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94D45" w:rsidRPr="001E39F8" w14:paraId="65A105C5" w14:textId="77777777">
        <w:trPr>
          <w:jc w:val="center"/>
        </w:trPr>
        <w:tc>
          <w:tcPr>
            <w:tcW w:w="4680" w:type="dxa"/>
          </w:tcPr>
          <w:p w14:paraId="4C96E6B2" w14:textId="77777777" w:rsidR="00594D45" w:rsidRPr="001E39F8" w:rsidRDefault="00EB6600">
            <w:pPr>
              <w:spacing w:after="40"/>
              <w:rPr>
                <w:rFonts w:ascii="Calibri" w:hAnsi="Calibri" w:cs="Calibri"/>
                <w:lang w:val="pl-PL"/>
              </w:rPr>
            </w:pPr>
            <w:r w:rsidRPr="001E39F8">
              <w:rPr>
                <w:rFonts w:ascii="Calibri" w:hAnsi="Calibri" w:cs="Calibri"/>
                <w:b/>
                <w:sz w:val="20"/>
                <w:lang w:val="pl-PL"/>
              </w:rPr>
              <w:t>Pracownik:</w:t>
            </w:r>
            <w:r w:rsidRPr="001E39F8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541D1EB1" w14:textId="77777777" w:rsidR="00594D45" w:rsidRPr="001E39F8" w:rsidRDefault="00EB6600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t>Imię i nazwisko: ........................................................</w:t>
            </w: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Stanowisko/Dział: ........................................................</w:t>
            </w: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Numer PESEL: ........................................................</w:t>
            </w:r>
          </w:p>
        </w:tc>
        <w:tc>
          <w:tcPr>
            <w:tcW w:w="4680" w:type="dxa"/>
          </w:tcPr>
          <w:p w14:paraId="7C2F58F2" w14:textId="77777777" w:rsidR="00594D45" w:rsidRPr="001E39F8" w:rsidRDefault="00EB6600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  <w:p w14:paraId="3F74244A" w14:textId="77777777" w:rsidR="00594D45" w:rsidRPr="001E39F8" w:rsidRDefault="00EB6600">
            <w:pPr>
              <w:rPr>
                <w:rFonts w:ascii="Calibri" w:hAnsi="Calibri" w:cs="Calibri"/>
                <w:lang w:val="pl-PL"/>
              </w:rPr>
            </w:pPr>
            <w:r w:rsidRPr="001E39F8">
              <w:rPr>
                <w:rFonts w:ascii="Calibri" w:hAnsi="Calibri" w:cs="Calibri"/>
                <w:b/>
                <w:sz w:val="20"/>
                <w:lang w:val="pl-PL"/>
              </w:rPr>
              <w:t>Pracodawca:</w:t>
            </w:r>
            <w:r w:rsidRPr="001E39F8">
              <w:rPr>
                <w:rFonts w:ascii="Calibri" w:hAnsi="Calibri" w:cs="Calibri"/>
                <w:b/>
                <w:sz w:val="20"/>
                <w:lang w:val="pl-PL"/>
              </w:rPr>
              <w:br/>
            </w: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t>Nazwa firmy: ........................................................</w:t>
            </w:r>
            <w:r w:rsidRPr="001E39F8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Adres: ....................................................................</w:t>
            </w:r>
          </w:p>
        </w:tc>
      </w:tr>
    </w:tbl>
    <w:p w14:paraId="6D673D11" w14:textId="77777777" w:rsidR="00594D45" w:rsidRPr="001E39F8" w:rsidRDefault="00594D45">
      <w:pPr>
        <w:spacing w:after="360"/>
        <w:rPr>
          <w:rFonts w:ascii="Calibri" w:hAnsi="Calibri" w:cs="Calibri"/>
          <w:lang w:val="pl-PL"/>
        </w:rPr>
      </w:pPr>
    </w:p>
    <w:p w14:paraId="2C9EA199" w14:textId="77777777" w:rsidR="00594D45" w:rsidRPr="001E39F8" w:rsidRDefault="00EB6600">
      <w:pPr>
        <w:spacing w:after="80"/>
        <w:jc w:val="center"/>
        <w:rPr>
          <w:rFonts w:ascii="Calibri" w:hAnsi="Calibri" w:cs="Calibri"/>
          <w:lang w:val="pl-PL"/>
        </w:rPr>
      </w:pPr>
      <w:r w:rsidRPr="001E39F8">
        <w:rPr>
          <w:rFonts w:ascii="Calibri" w:hAnsi="Calibri" w:cs="Calibri"/>
          <w:b/>
          <w:color w:val="111111"/>
          <w:sz w:val="28"/>
          <w:lang w:val="pl-PL"/>
        </w:rPr>
        <w:t>POTWIERDZENIE ZAPOZNANIA SIĘ Z PROCEDURĄ ANTYMOBBINGOWĄ</w:t>
      </w:r>
    </w:p>
    <w:p w14:paraId="5CAA3E20" w14:textId="77777777" w:rsidR="00594D45" w:rsidRPr="001E39F8" w:rsidRDefault="00EB6600">
      <w:pPr>
        <w:spacing w:after="440"/>
        <w:jc w:val="center"/>
        <w:rPr>
          <w:rFonts w:ascii="Calibri" w:hAnsi="Calibri" w:cs="Calibri"/>
          <w:lang w:val="pl-PL"/>
        </w:rPr>
      </w:pPr>
      <w:r w:rsidRPr="001E39F8">
        <w:rPr>
          <w:rFonts w:ascii="Calibri" w:hAnsi="Calibri" w:cs="Calibri"/>
          <w:i/>
          <w:color w:val="555555"/>
          <w:sz w:val="19"/>
          <w:lang w:val="pl-PL"/>
        </w:rPr>
        <w:t>(oświadczenie pracownika w związku z art. 94³ Kodeksu pracy)</w:t>
      </w:r>
    </w:p>
    <w:p w14:paraId="0A1E3FC6" w14:textId="77777777" w:rsidR="00594D45" w:rsidRPr="001E39F8" w:rsidRDefault="00EB6600">
      <w:pPr>
        <w:spacing w:after="280" w:line="312" w:lineRule="auto"/>
        <w:rPr>
          <w:rFonts w:ascii="Calibri" w:hAnsi="Calibri" w:cs="Calibri"/>
          <w:lang w:val="pl-PL"/>
        </w:rPr>
      </w:pPr>
      <w:r w:rsidRPr="001E39F8">
        <w:rPr>
          <w:rFonts w:ascii="Calibri" w:hAnsi="Calibri" w:cs="Calibri"/>
          <w:lang w:val="pl-PL"/>
        </w:rPr>
        <w:t xml:space="preserve">Ja, niżej podpisany/a, niniejszym oświadczam, że zapoznałem/am się z treścią Wewnętrznej Procedury Antymobbingowej obowiązującej w firmie </w:t>
      </w:r>
      <w:r w:rsidRPr="001E39F8">
        <w:rPr>
          <w:rFonts w:ascii="Calibri" w:hAnsi="Calibri" w:cs="Calibri"/>
          <w:color w:val="444444"/>
          <w:lang w:val="pl-PL"/>
        </w:rPr>
        <w:t>....................................................................................................</w:t>
      </w:r>
      <w:r w:rsidRPr="001E39F8">
        <w:rPr>
          <w:rFonts w:ascii="Calibri" w:hAnsi="Calibri" w:cs="Calibri"/>
          <w:lang w:val="pl-PL"/>
        </w:rPr>
        <w:t>.</w:t>
      </w:r>
      <w:r w:rsidRPr="001E39F8">
        <w:rPr>
          <w:rFonts w:ascii="Calibri" w:hAnsi="Calibri" w:cs="Calibri"/>
          <w:lang w:val="pl-PL"/>
        </w:rPr>
        <w:br/>
      </w:r>
    </w:p>
    <w:p w14:paraId="458142DB" w14:textId="77777777" w:rsidR="00594D45" w:rsidRPr="001E39F8" w:rsidRDefault="00EB6600">
      <w:pPr>
        <w:spacing w:after="320" w:line="300" w:lineRule="auto"/>
        <w:rPr>
          <w:rFonts w:ascii="Calibri" w:hAnsi="Calibri" w:cs="Calibri"/>
          <w:lang w:val="pl-PL"/>
        </w:rPr>
      </w:pPr>
      <w:r w:rsidRPr="001E39F8">
        <w:rPr>
          <w:rFonts w:ascii="Calibri" w:hAnsi="Calibri" w:cs="Calibri"/>
          <w:b/>
          <w:lang w:val="pl-PL"/>
        </w:rPr>
        <w:t>Jednocześnie oświadczam i potwierdzam, że:</w:t>
      </w:r>
      <w:r w:rsidRPr="001E39F8">
        <w:rPr>
          <w:rFonts w:ascii="Calibri" w:hAnsi="Calibri" w:cs="Calibri"/>
          <w:b/>
          <w:lang w:val="pl-PL"/>
        </w:rPr>
        <w:br/>
      </w:r>
      <w:r w:rsidRPr="001E39F8">
        <w:rPr>
          <w:rFonts w:ascii="Calibri" w:hAnsi="Calibri" w:cs="Calibri"/>
          <w:b/>
          <w:lang w:val="pl-PL"/>
        </w:rPr>
        <w:br/>
      </w:r>
      <w:r w:rsidRPr="001E39F8">
        <w:rPr>
          <w:rFonts w:ascii="Calibri" w:hAnsi="Calibri" w:cs="Calibri"/>
          <w:sz w:val="19"/>
          <w:lang w:val="pl-PL"/>
        </w:rPr>
        <w:t>1. Otrzymałem/am własny egzemplarz Procedury Antymobbingowej (lub zostałem/am poinformowany/a o miejscu jej udostępnienia w sieci wewnętrznej / intranecie / tablicy ogłoszeń).</w:t>
      </w:r>
      <w:r w:rsidRPr="001E39F8">
        <w:rPr>
          <w:rFonts w:ascii="Calibri" w:hAnsi="Calibri" w:cs="Calibri"/>
          <w:sz w:val="19"/>
          <w:lang w:val="pl-PL"/>
        </w:rPr>
        <w:br/>
      </w:r>
      <w:r w:rsidRPr="001E39F8">
        <w:rPr>
          <w:rFonts w:ascii="Calibri" w:hAnsi="Calibri" w:cs="Calibri"/>
          <w:sz w:val="19"/>
          <w:lang w:val="pl-PL"/>
        </w:rPr>
        <w:br/>
        <w:t>2. Zrozumiałem/am zasady oraz procedury zgłaszania przypadków mobbingu, dyskryminacji lub innych niepożądanych zachowań w miejscu pracy.</w:t>
      </w:r>
      <w:r w:rsidRPr="001E39F8">
        <w:rPr>
          <w:rFonts w:ascii="Calibri" w:hAnsi="Calibri" w:cs="Calibri"/>
          <w:sz w:val="19"/>
          <w:lang w:val="pl-PL"/>
        </w:rPr>
        <w:br/>
      </w:r>
      <w:r w:rsidRPr="001E39F8">
        <w:rPr>
          <w:rFonts w:ascii="Calibri" w:hAnsi="Calibri" w:cs="Calibri"/>
          <w:sz w:val="19"/>
          <w:lang w:val="pl-PL"/>
        </w:rPr>
        <w:br/>
        <w:t>3. Zostałem/am poinformowany/a o moich prawach i obowiązkach wynikających z art. 94³ Kodeksu pracy oraz o obowiązku pracodawcy w zakresie przeciwdziałania mobbingowi.</w:t>
      </w:r>
      <w:r w:rsidRPr="001E39F8">
        <w:rPr>
          <w:rFonts w:ascii="Calibri" w:hAnsi="Calibri" w:cs="Calibri"/>
          <w:sz w:val="19"/>
          <w:lang w:val="pl-PL"/>
        </w:rPr>
        <w:br/>
      </w:r>
      <w:r w:rsidRPr="001E39F8">
        <w:rPr>
          <w:rFonts w:ascii="Calibri" w:hAnsi="Calibri" w:cs="Calibri"/>
          <w:sz w:val="19"/>
          <w:lang w:val="pl-PL"/>
        </w:rPr>
        <w:br/>
        <w:t>4. Zobowiązuję się do przestrzegania zasad współżycia społecznego, przeciwdziałania wszelkim przejawom mobbingu oraz do niezwłocznego zgłaszania wykrytych nieprawidłowości zgodnie z obowiązującą procedurą.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94D45" w:rsidRPr="001E39F8" w14:paraId="7F96F3DF" w14:textId="77777777">
        <w:trPr>
          <w:jc w:val="center"/>
        </w:trPr>
        <w:tc>
          <w:tcPr>
            <w:tcW w:w="9360" w:type="dxa"/>
            <w:shd w:val="clear" w:color="auto" w:fill="F9FAFB"/>
          </w:tcPr>
          <w:p w14:paraId="0AEEA0AE" w14:textId="77777777" w:rsidR="00594D45" w:rsidRPr="001E39F8" w:rsidRDefault="00EB6600">
            <w:pPr>
              <w:spacing w:before="120" w:after="120"/>
              <w:rPr>
                <w:rFonts w:ascii="Calibri" w:hAnsi="Calibri" w:cs="Calibri"/>
                <w:lang w:val="pl-PL"/>
              </w:rPr>
            </w:pPr>
            <w:r w:rsidRPr="001E39F8">
              <w:rPr>
                <w:rFonts w:ascii="Calibri" w:hAnsi="Calibri" w:cs="Calibri"/>
                <w:b/>
                <w:sz w:val="18"/>
                <w:lang w:val="pl-PL"/>
              </w:rPr>
              <w:t>Oświadczenie dołącza się do akt osobowych pracownika (Część B).</w:t>
            </w:r>
            <w:r w:rsidRPr="001E39F8">
              <w:rPr>
                <w:rFonts w:ascii="Calibri" w:hAnsi="Calibri" w:cs="Calibri"/>
                <w:b/>
                <w:sz w:val="18"/>
                <w:lang w:val="pl-PL"/>
              </w:rPr>
              <w:br/>
            </w:r>
            <w:r w:rsidRPr="001E39F8">
              <w:rPr>
                <w:rFonts w:ascii="Calibri" w:hAnsi="Calibri" w:cs="Calibri"/>
                <w:color w:val="555555"/>
                <w:sz w:val="17"/>
                <w:lang w:val="pl-PL"/>
              </w:rPr>
              <w:t>Data wprowadzenia procedury w zakładzie pracy: ........................................ r.</w:t>
            </w:r>
          </w:p>
        </w:tc>
      </w:tr>
    </w:tbl>
    <w:p w14:paraId="5D16A8D9" w14:textId="77777777" w:rsidR="00594D45" w:rsidRPr="001E39F8" w:rsidRDefault="00594D45">
      <w:pPr>
        <w:spacing w:after="480"/>
        <w:rPr>
          <w:rFonts w:ascii="Calibri" w:hAnsi="Calibri" w:cs="Calibri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94D45" w:rsidRPr="001E39F8" w14:paraId="1A78591D" w14:textId="77777777">
        <w:trPr>
          <w:jc w:val="center"/>
        </w:trPr>
        <w:tc>
          <w:tcPr>
            <w:tcW w:w="4680" w:type="dxa"/>
          </w:tcPr>
          <w:p w14:paraId="495869F8" w14:textId="77777777" w:rsidR="00594D45" w:rsidRPr="001E39F8" w:rsidRDefault="00EB6600">
            <w:pPr>
              <w:jc w:val="center"/>
              <w:rPr>
                <w:rFonts w:ascii="Calibri" w:hAnsi="Calibri" w:cs="Calibri"/>
                <w:lang w:val="pl-PL"/>
              </w:rPr>
            </w:pPr>
            <w:r w:rsidRPr="001E39F8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1E39F8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1E39F8">
              <w:rPr>
                <w:rFonts w:ascii="Calibri" w:hAnsi="Calibri" w:cs="Calibri"/>
                <w:color w:val="666666"/>
                <w:sz w:val="18"/>
                <w:lang w:val="pl-PL"/>
              </w:rPr>
              <w:t>Czytelny podpis Pracownika</w:t>
            </w:r>
          </w:p>
        </w:tc>
        <w:tc>
          <w:tcPr>
            <w:tcW w:w="4680" w:type="dxa"/>
          </w:tcPr>
          <w:p w14:paraId="5FE62077" w14:textId="77777777" w:rsidR="00594D45" w:rsidRPr="001E39F8" w:rsidRDefault="00EB6600">
            <w:pPr>
              <w:jc w:val="center"/>
              <w:rPr>
                <w:rFonts w:ascii="Calibri" w:hAnsi="Calibri" w:cs="Calibri"/>
                <w:lang w:val="pl-PL"/>
              </w:rPr>
            </w:pPr>
            <w:r w:rsidRPr="001E39F8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1E39F8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1E39F8">
              <w:rPr>
                <w:rFonts w:ascii="Calibri" w:hAnsi="Calibri" w:cs="Calibri"/>
                <w:color w:val="666666"/>
                <w:sz w:val="18"/>
                <w:lang w:val="pl-PL"/>
              </w:rPr>
              <w:t>Data i podpis osoby przyjmującej oświadczenie</w:t>
            </w:r>
          </w:p>
        </w:tc>
      </w:tr>
    </w:tbl>
    <w:p w14:paraId="15FF65E2" w14:textId="77777777" w:rsidR="00EB6600" w:rsidRPr="001E39F8" w:rsidRDefault="00EB6600">
      <w:pPr>
        <w:rPr>
          <w:rFonts w:ascii="Calibri" w:hAnsi="Calibri" w:cs="Calibri"/>
          <w:lang w:val="pl-PL"/>
        </w:rPr>
      </w:pPr>
    </w:p>
    <w:sectPr w:rsidR="00EB6600" w:rsidRPr="001E39F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7839759">
    <w:abstractNumId w:val="8"/>
  </w:num>
  <w:num w:numId="2" w16cid:durableId="57824487">
    <w:abstractNumId w:val="6"/>
  </w:num>
  <w:num w:numId="3" w16cid:durableId="725690804">
    <w:abstractNumId w:val="5"/>
  </w:num>
  <w:num w:numId="4" w16cid:durableId="491145735">
    <w:abstractNumId w:val="4"/>
  </w:num>
  <w:num w:numId="5" w16cid:durableId="504832143">
    <w:abstractNumId w:val="7"/>
  </w:num>
  <w:num w:numId="6" w16cid:durableId="592324642">
    <w:abstractNumId w:val="3"/>
  </w:num>
  <w:num w:numId="7" w16cid:durableId="1832794381">
    <w:abstractNumId w:val="2"/>
  </w:num>
  <w:num w:numId="8" w16cid:durableId="270476171">
    <w:abstractNumId w:val="1"/>
  </w:num>
  <w:num w:numId="9" w16cid:durableId="1915621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24E"/>
    <w:rsid w:val="000A29C6"/>
    <w:rsid w:val="0015074B"/>
    <w:rsid w:val="001E39F8"/>
    <w:rsid w:val="0029639D"/>
    <w:rsid w:val="00326F90"/>
    <w:rsid w:val="00594D45"/>
    <w:rsid w:val="00606934"/>
    <w:rsid w:val="00AA1D8D"/>
    <w:rsid w:val="00B47730"/>
    <w:rsid w:val="00CB0664"/>
    <w:rsid w:val="00CD7378"/>
    <w:rsid w:val="00E00C82"/>
    <w:rsid w:val="00E80D7A"/>
    <w:rsid w:val="00EB66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DAB82A"/>
  <w14:defaultImageDpi w14:val="300"/>
  <w15:docId w15:val="{1EE164F7-EB83-42F2-BA27-AE73D262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2026-10-19T18:24:00Z</dcterms:created>
  <dcterms:modified xsi:type="dcterms:W3CDTF">2026-10-19T18:24:00Z</dcterms:modified>
  <cp:category/>
</cp:coreProperties>
</file>