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726C" w14:textId="77777777" w:rsidR="006B47B9" w:rsidRPr="000527E6" w:rsidRDefault="00A56841">
      <w:pPr>
        <w:jc w:val="right"/>
        <w:rPr>
          <w:rFonts w:cs="Calibri"/>
        </w:rPr>
      </w:pPr>
      <w:r w:rsidRPr="000527E6">
        <w:rPr>
          <w:rFonts w:cs="Calibri"/>
          <w:i/>
          <w:sz w:val="20"/>
        </w:rPr>
        <w:t>Miejscowość: ....................................., dnia .................... r.</w:t>
      </w:r>
    </w:p>
    <w:p w14:paraId="42B39025" w14:textId="77777777" w:rsidR="006B47B9" w:rsidRPr="000527E6" w:rsidRDefault="006B47B9">
      <w:pPr>
        <w:spacing w:after="12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6B47B9" w:rsidRPr="000527E6" w14:paraId="0D946B5F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7DADBF64" w14:textId="77777777" w:rsidR="006B47B9" w:rsidRPr="000527E6" w:rsidRDefault="00A56841">
            <w:pPr>
              <w:jc w:val="center"/>
              <w:rPr>
                <w:rFonts w:cs="Calibri"/>
              </w:rPr>
            </w:pPr>
            <w:r w:rsidRPr="000527E6">
              <w:rPr>
                <w:rFonts w:cs="Calibri"/>
                <w:b/>
                <w:color w:val="101828"/>
                <w:sz w:val="25"/>
              </w:rPr>
              <w:t>WNIOSEK O OBLIGATORYJNE OBNIŻENIE WYMIARU ETATU</w:t>
            </w:r>
          </w:p>
        </w:tc>
      </w:tr>
    </w:tbl>
    <w:p w14:paraId="11E7E1B9" w14:textId="77777777" w:rsidR="006B47B9" w:rsidRPr="000527E6" w:rsidRDefault="006B47B9">
      <w:pPr>
        <w:rPr>
          <w:rFonts w:cs="Calibri"/>
        </w:rPr>
      </w:pPr>
    </w:p>
    <w:p w14:paraId="07CB3141" w14:textId="77777777" w:rsidR="006B47B9" w:rsidRPr="000527E6" w:rsidRDefault="00A56841">
      <w:pPr>
        <w:spacing w:after="80"/>
        <w:rPr>
          <w:rFonts w:cs="Calibri"/>
        </w:rPr>
      </w:pPr>
      <w:r w:rsidRPr="000527E6">
        <w:rPr>
          <w:rFonts w:cs="Calibri"/>
          <w:b/>
          <w:color w:val="1D2939"/>
          <w:sz w:val="22"/>
        </w:rPr>
        <w:t>1. DANE PRACOWNIKA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6B47B9" w:rsidRPr="000527E6" w14:paraId="120E6880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D4330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b/>
                <w:sz w:val="19"/>
              </w:rPr>
              <w:t>Imię i 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7413B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6B47B9" w:rsidRPr="000527E6" w14:paraId="19E983D4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CBB7E9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b/>
                <w:sz w:val="19"/>
              </w:rPr>
              <w:t>Stanowisko / Dział: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B5571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6B47B9" w:rsidRPr="000527E6" w14:paraId="0FF4860D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32333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b/>
                <w:sz w:val="19"/>
              </w:rPr>
              <w:t>Adres zamieszkania: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A2470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32C75E64" w14:textId="77777777" w:rsidR="006B47B9" w:rsidRPr="000527E6" w:rsidRDefault="006B47B9">
      <w:pPr>
        <w:rPr>
          <w:rFonts w:cs="Calibri"/>
        </w:rPr>
      </w:pPr>
    </w:p>
    <w:p w14:paraId="257CE89D" w14:textId="77777777" w:rsidR="006B47B9" w:rsidRPr="000527E6" w:rsidRDefault="00A56841">
      <w:pPr>
        <w:spacing w:after="80"/>
        <w:rPr>
          <w:rFonts w:cs="Calibri"/>
        </w:rPr>
      </w:pPr>
      <w:r w:rsidRPr="000527E6">
        <w:rPr>
          <w:rFonts w:cs="Calibri"/>
          <w:b/>
          <w:color w:val="1D2939"/>
          <w:sz w:val="22"/>
        </w:rPr>
        <w:t>2. DANE PRACODAWCY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6B47B9" w:rsidRPr="000527E6" w14:paraId="3542FB85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4910C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b/>
                <w:sz w:val="19"/>
              </w:rPr>
              <w:t>Nazwa pracodawcy: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D542D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6B47B9" w:rsidRPr="000527E6" w14:paraId="2C19B022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7E77E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b/>
                <w:sz w:val="19"/>
              </w:rPr>
              <w:t>Adres siedziby: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38C63B" w14:textId="77777777" w:rsidR="006B47B9" w:rsidRPr="000527E6" w:rsidRDefault="00A56841">
            <w:pPr>
              <w:rPr>
                <w:rFonts w:cs="Calibri"/>
              </w:rPr>
            </w:pPr>
            <w:r w:rsidRPr="000527E6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7086D500" w14:textId="77777777" w:rsidR="006B47B9" w:rsidRPr="000527E6" w:rsidRDefault="006B47B9">
      <w:pPr>
        <w:rPr>
          <w:rFonts w:cs="Calibri"/>
        </w:rPr>
      </w:pPr>
    </w:p>
    <w:p w14:paraId="7FA65A3B" w14:textId="77777777" w:rsidR="006B47B9" w:rsidRPr="000527E6" w:rsidRDefault="00A56841">
      <w:pPr>
        <w:spacing w:after="80"/>
        <w:rPr>
          <w:rFonts w:cs="Calibri"/>
        </w:rPr>
      </w:pPr>
      <w:r w:rsidRPr="000527E6">
        <w:rPr>
          <w:rFonts w:cs="Calibri"/>
          <w:b/>
          <w:color w:val="1D2939"/>
          <w:sz w:val="22"/>
        </w:rPr>
        <w:t>3. TREŚĆ WNIOSKU I PODSTAWA PRAWNA</w:t>
      </w:r>
    </w:p>
    <w:p w14:paraId="2BE085BE" w14:textId="77777777" w:rsidR="006B47B9" w:rsidRPr="000527E6" w:rsidRDefault="00A56841">
      <w:pPr>
        <w:spacing w:after="160"/>
        <w:rPr>
          <w:rFonts w:cs="Calibri"/>
        </w:rPr>
      </w:pPr>
      <w:r w:rsidRPr="000527E6">
        <w:rPr>
          <w:rFonts w:cs="Calibri"/>
          <w:sz w:val="19"/>
        </w:rPr>
        <w:t>Na podstawie art. 186⁷ Ustawy z dnia 26 czerwca 1974 r. – Kodeks pracy (t.j. Dz. U. z 2023 r. poz. 1465 z późn. zm.), wnoszę o obniżenie wymiaru czasu pracy do wysokości: ..... / ..... etatu (nie niższej niż 1/2 etatu)</w:t>
      </w:r>
      <w:r w:rsidRPr="000527E6">
        <w:rPr>
          <w:rFonts w:cs="Calibri"/>
          <w:sz w:val="19"/>
        </w:rPr>
        <w:br/>
        <w:t>w okresie od dnia .................... r. do dnia .................... r.</w:t>
      </w:r>
      <w:r w:rsidRPr="000527E6">
        <w:rPr>
          <w:rFonts w:cs="Calibri"/>
          <w:sz w:val="19"/>
        </w:rPr>
        <w:br/>
      </w:r>
      <w:r w:rsidRPr="000527E6">
        <w:rPr>
          <w:rFonts w:cs="Calibri"/>
          <w:sz w:val="19"/>
        </w:rPr>
        <w:br/>
        <w:t>Jako pracownik uprawniony do urlopu wychowawczego składam niniejszy wniosek w celu sprawowania osobistej opieki nad dzieckiem:</w:t>
      </w:r>
      <w:r w:rsidRPr="000527E6">
        <w:rPr>
          <w:rFonts w:cs="Calibri"/>
          <w:sz w:val="19"/>
        </w:rPr>
        <w:br/>
        <w:t>• Imię i nazwisko dziecka: ........................................................................................................</w:t>
      </w:r>
      <w:r w:rsidRPr="000527E6">
        <w:rPr>
          <w:rFonts w:cs="Calibri"/>
          <w:sz w:val="19"/>
        </w:rPr>
        <w:br/>
        <w:t>• Data urodzenia dziecka: .................... r.</w:t>
      </w:r>
    </w:p>
    <w:p w14:paraId="5F778AAF" w14:textId="77777777" w:rsidR="006B47B9" w:rsidRPr="000527E6" w:rsidRDefault="006B47B9">
      <w:pPr>
        <w:spacing w:after="160"/>
        <w:rPr>
          <w:rFonts w:cs="Calibri"/>
        </w:rPr>
      </w:pPr>
    </w:p>
    <w:p w14:paraId="0810526A" w14:textId="77777777" w:rsidR="006B47B9" w:rsidRPr="000527E6" w:rsidRDefault="00A56841">
      <w:pPr>
        <w:spacing w:after="80"/>
        <w:rPr>
          <w:rFonts w:cs="Calibri"/>
        </w:rPr>
      </w:pPr>
      <w:r w:rsidRPr="000527E6">
        <w:rPr>
          <w:rFonts w:cs="Calibri"/>
          <w:b/>
          <w:color w:val="1D2939"/>
          <w:sz w:val="22"/>
        </w:rPr>
        <w:t>4. OŚWIADCZENIE PRACOWNIKA</w:t>
      </w:r>
    </w:p>
    <w:p w14:paraId="75366321" w14:textId="77777777" w:rsidR="006B47B9" w:rsidRPr="000527E6" w:rsidRDefault="00A56841">
      <w:pPr>
        <w:spacing w:after="160"/>
        <w:rPr>
          <w:rFonts w:cs="Calibri"/>
        </w:rPr>
      </w:pPr>
      <w:r w:rsidRPr="000527E6">
        <w:rPr>
          <w:rFonts w:cs="Calibri"/>
          <w:sz w:val="19"/>
        </w:rPr>
        <w:t>Oświadczam, że drugi z rodziców / opiekunów dziecka w wyżej wymienionym okresie:</w:t>
      </w:r>
      <w:r w:rsidRPr="000527E6">
        <w:rPr>
          <w:rFonts w:cs="Calibri"/>
          <w:sz w:val="19"/>
        </w:rPr>
        <w:br/>
      </w:r>
      <w:r w:rsidRPr="000527E6">
        <w:rPr>
          <w:rFonts w:cs="Calibri"/>
          <w:sz w:val="19"/>
        </w:rPr>
        <w:t>☐</w:t>
      </w:r>
      <w:r w:rsidRPr="000527E6">
        <w:rPr>
          <w:rFonts w:cs="Calibri"/>
          <w:sz w:val="19"/>
        </w:rPr>
        <w:t xml:space="preserve"> nie będzie korzystał z prawa do obniżenia wymiaru czasu pracy na podstawie art. 186⁷ Kodeksu pracy,</w:t>
      </w:r>
      <w:r w:rsidRPr="000527E6">
        <w:rPr>
          <w:rFonts w:cs="Calibri"/>
          <w:sz w:val="19"/>
        </w:rPr>
        <w:br/>
        <w:t>☐ nie korzysta z urlopu wychowawczego.</w:t>
      </w:r>
    </w:p>
    <w:p w14:paraId="4285D2CA" w14:textId="77777777" w:rsidR="006B47B9" w:rsidRPr="000527E6" w:rsidRDefault="006B47B9">
      <w:pPr>
        <w:spacing w:after="48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6B47B9" w:rsidRPr="000527E6" w14:paraId="663A64EE" w14:textId="77777777">
        <w:trPr>
          <w:jc w:val="center"/>
        </w:trPr>
        <w:tc>
          <w:tcPr>
            <w:tcW w:w="4752" w:type="dxa"/>
          </w:tcPr>
          <w:p w14:paraId="22F45525" w14:textId="77777777" w:rsidR="006B47B9" w:rsidRPr="000527E6" w:rsidRDefault="00A56841">
            <w:pPr>
              <w:jc w:val="center"/>
              <w:rPr>
                <w:rFonts w:cs="Calibri"/>
              </w:rPr>
            </w:pPr>
            <w:r w:rsidRPr="000527E6">
              <w:rPr>
                <w:rFonts w:cs="Calibri"/>
                <w:sz w:val="20"/>
              </w:rPr>
              <w:t>....................................................................</w:t>
            </w:r>
            <w:r w:rsidRPr="000527E6">
              <w:rPr>
                <w:rFonts w:cs="Calibri"/>
                <w:sz w:val="20"/>
              </w:rPr>
              <w:br/>
            </w:r>
            <w:r w:rsidRPr="000527E6">
              <w:rPr>
                <w:rFonts w:cs="Calibri"/>
                <w:i/>
                <w:sz w:val="17"/>
              </w:rPr>
              <w:t>Data i czytelny podpis Pracownika</w:t>
            </w:r>
          </w:p>
        </w:tc>
        <w:tc>
          <w:tcPr>
            <w:tcW w:w="4752" w:type="dxa"/>
          </w:tcPr>
          <w:p w14:paraId="1273240B" w14:textId="77777777" w:rsidR="006B47B9" w:rsidRPr="000527E6" w:rsidRDefault="00A56841">
            <w:pPr>
              <w:jc w:val="center"/>
              <w:rPr>
                <w:rFonts w:cs="Calibri"/>
              </w:rPr>
            </w:pPr>
            <w:r w:rsidRPr="000527E6">
              <w:rPr>
                <w:rFonts w:cs="Calibri"/>
                <w:sz w:val="20"/>
              </w:rPr>
              <w:t>....................................................................</w:t>
            </w:r>
            <w:r w:rsidRPr="000527E6">
              <w:rPr>
                <w:rFonts w:cs="Calibri"/>
                <w:sz w:val="20"/>
              </w:rPr>
              <w:br/>
            </w:r>
            <w:r w:rsidRPr="000527E6">
              <w:rPr>
                <w:rFonts w:cs="Calibri"/>
                <w:i/>
                <w:sz w:val="17"/>
              </w:rPr>
              <w:t>Potwierdzenie przyjęcia / Podpis Pracodawcy</w:t>
            </w:r>
          </w:p>
        </w:tc>
      </w:tr>
      <w:tr w:rsidR="006B47B9" w:rsidRPr="000527E6" w14:paraId="69972FD9" w14:textId="77777777">
        <w:trPr>
          <w:jc w:val="center"/>
        </w:trPr>
        <w:tc>
          <w:tcPr>
            <w:tcW w:w="4968" w:type="dxa"/>
          </w:tcPr>
          <w:p w14:paraId="693EDB5F" w14:textId="77777777" w:rsidR="006B47B9" w:rsidRPr="000527E6" w:rsidRDefault="006B47B9">
            <w:pPr>
              <w:rPr>
                <w:rFonts w:cs="Calibri"/>
              </w:rPr>
            </w:pPr>
          </w:p>
        </w:tc>
        <w:tc>
          <w:tcPr>
            <w:tcW w:w="4968" w:type="dxa"/>
          </w:tcPr>
          <w:p w14:paraId="2B72AE58" w14:textId="77777777" w:rsidR="006B47B9" w:rsidRPr="000527E6" w:rsidRDefault="006B47B9">
            <w:pPr>
              <w:rPr>
                <w:rFonts w:cs="Calibri"/>
              </w:rPr>
            </w:pPr>
          </w:p>
        </w:tc>
      </w:tr>
    </w:tbl>
    <w:p w14:paraId="6813756A" w14:textId="77777777" w:rsidR="00A56841" w:rsidRPr="000527E6" w:rsidRDefault="00A56841">
      <w:pPr>
        <w:rPr>
          <w:rFonts w:cs="Calibri"/>
        </w:rPr>
      </w:pPr>
    </w:p>
    <w:sectPr w:rsidR="00A56841" w:rsidRPr="000527E6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6150120">
    <w:abstractNumId w:val="8"/>
  </w:num>
  <w:num w:numId="2" w16cid:durableId="998772874">
    <w:abstractNumId w:val="6"/>
  </w:num>
  <w:num w:numId="3" w16cid:durableId="367030158">
    <w:abstractNumId w:val="5"/>
  </w:num>
  <w:num w:numId="4" w16cid:durableId="88698700">
    <w:abstractNumId w:val="4"/>
  </w:num>
  <w:num w:numId="5" w16cid:durableId="1428889217">
    <w:abstractNumId w:val="7"/>
  </w:num>
  <w:num w:numId="6" w16cid:durableId="482232545">
    <w:abstractNumId w:val="3"/>
  </w:num>
  <w:num w:numId="7" w16cid:durableId="1276209970">
    <w:abstractNumId w:val="2"/>
  </w:num>
  <w:num w:numId="8" w16cid:durableId="5864620">
    <w:abstractNumId w:val="1"/>
  </w:num>
  <w:num w:numId="9" w16cid:durableId="81588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7E6"/>
    <w:rsid w:val="0006063C"/>
    <w:rsid w:val="0015074B"/>
    <w:rsid w:val="0029639D"/>
    <w:rsid w:val="00326F90"/>
    <w:rsid w:val="006B47B9"/>
    <w:rsid w:val="00A56841"/>
    <w:rsid w:val="00AA1D8D"/>
    <w:rsid w:val="00B47730"/>
    <w:rsid w:val="00CB0664"/>
    <w:rsid w:val="00DB39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8149A3"/>
  <w14:defaultImageDpi w14:val="300"/>
  <w15:docId w15:val="{6DB9C514-639A-4F55-809E-2067BE7E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2026-10-25T15:39:00Z</dcterms:created>
  <dcterms:modified xsi:type="dcterms:W3CDTF">2026-10-25T15:39:00Z</dcterms:modified>
  <cp:category/>
</cp:coreProperties>
</file>