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A60C74" w:rsidRPr="00A066B2" w14:paraId="42BFE66D" w14:textId="77777777">
        <w:trPr>
          <w:jc w:val="center"/>
        </w:trPr>
        <w:tc>
          <w:tcPr>
            <w:tcW w:w="4680" w:type="dxa"/>
          </w:tcPr>
          <w:p w14:paraId="3C8B64D0" w14:textId="77777777" w:rsidR="00A60C74" w:rsidRPr="00A066B2" w:rsidRDefault="00C042CA">
            <w:pPr>
              <w:spacing w:after="40"/>
              <w:rPr>
                <w:rFonts w:ascii="Calibri" w:hAnsi="Calibri" w:cs="Calibri"/>
              </w:rPr>
            </w:pPr>
            <w:r w:rsidRPr="00A066B2">
              <w:rPr>
                <w:rFonts w:ascii="Calibri" w:hAnsi="Calibri" w:cs="Calibri"/>
                <w:b/>
                <w:sz w:val="20"/>
              </w:rPr>
              <w:t>Wnioskodawca:</w:t>
            </w:r>
            <w:r w:rsidRPr="00A066B2">
              <w:rPr>
                <w:rFonts w:ascii="Calibri" w:hAnsi="Calibri" w:cs="Calibri"/>
                <w:b/>
                <w:sz w:val="20"/>
              </w:rPr>
              <w:br/>
            </w:r>
          </w:p>
          <w:p w14:paraId="4AA74EFC" w14:textId="77777777" w:rsidR="00A60C74" w:rsidRPr="00A066B2" w:rsidRDefault="00C042CA">
            <w:pPr>
              <w:spacing w:before="40" w:line="312" w:lineRule="auto"/>
              <w:rPr>
                <w:rFonts w:ascii="Calibri" w:hAnsi="Calibri" w:cs="Calibri"/>
              </w:rPr>
            </w:pPr>
            <w:r w:rsidRPr="00A066B2">
              <w:rPr>
                <w:rFonts w:ascii="Calibri" w:hAnsi="Calibri" w:cs="Calibri"/>
                <w:color w:val="555555"/>
                <w:sz w:val="19"/>
              </w:rPr>
              <w:t>Imię i nazwisko: ........................................................</w:t>
            </w:r>
            <w:r w:rsidRPr="00A066B2">
              <w:rPr>
                <w:rFonts w:ascii="Calibri" w:hAnsi="Calibri" w:cs="Calibri"/>
                <w:color w:val="555555"/>
                <w:sz w:val="19"/>
              </w:rPr>
              <w:br/>
              <w:t>Stanowisko/Dział: ........................................................</w:t>
            </w:r>
            <w:r w:rsidRPr="00A066B2">
              <w:rPr>
                <w:rFonts w:ascii="Calibri" w:hAnsi="Calibri" w:cs="Calibri"/>
                <w:color w:val="555555"/>
                <w:sz w:val="19"/>
              </w:rPr>
              <w:br/>
              <w:t>Numer PESEL: ........................................................</w:t>
            </w:r>
          </w:p>
        </w:tc>
        <w:tc>
          <w:tcPr>
            <w:tcW w:w="4680" w:type="dxa"/>
          </w:tcPr>
          <w:p w14:paraId="0F8E0812" w14:textId="77777777" w:rsidR="00A60C74" w:rsidRPr="00A066B2" w:rsidRDefault="00C042CA">
            <w:pPr>
              <w:spacing w:after="400"/>
              <w:jc w:val="right"/>
              <w:rPr>
                <w:rFonts w:ascii="Calibri" w:hAnsi="Calibri" w:cs="Calibri"/>
              </w:rPr>
            </w:pPr>
            <w:r w:rsidRPr="00A066B2">
              <w:rPr>
                <w:rFonts w:ascii="Calibri" w:hAnsi="Calibri" w:cs="Calibri"/>
                <w:color w:val="555555"/>
                <w:sz w:val="19"/>
              </w:rPr>
              <w:t>Miejscowość: ........................., dnia ................... r.</w:t>
            </w:r>
            <w:r w:rsidRPr="00A066B2">
              <w:rPr>
                <w:rFonts w:ascii="Calibri" w:hAnsi="Calibri" w:cs="Calibri"/>
                <w:color w:val="555555"/>
                <w:sz w:val="19"/>
              </w:rPr>
              <w:br/>
            </w:r>
            <w:r w:rsidRPr="00A066B2">
              <w:rPr>
                <w:rFonts w:ascii="Calibri" w:hAnsi="Calibri" w:cs="Calibri"/>
                <w:color w:val="555555"/>
                <w:sz w:val="19"/>
              </w:rPr>
              <w:br/>
            </w:r>
          </w:p>
          <w:p w14:paraId="56D84AF1" w14:textId="77777777" w:rsidR="00A60C74" w:rsidRPr="00A066B2" w:rsidRDefault="00C042CA">
            <w:pPr>
              <w:rPr>
                <w:rFonts w:ascii="Calibri" w:hAnsi="Calibri" w:cs="Calibri"/>
              </w:rPr>
            </w:pPr>
            <w:r w:rsidRPr="00A066B2">
              <w:rPr>
                <w:rFonts w:ascii="Calibri" w:hAnsi="Calibri" w:cs="Calibri"/>
                <w:b/>
                <w:sz w:val="20"/>
              </w:rPr>
              <w:t>Pracodawca:</w:t>
            </w:r>
            <w:r w:rsidRPr="00A066B2">
              <w:rPr>
                <w:rFonts w:ascii="Calibri" w:hAnsi="Calibri" w:cs="Calibri"/>
                <w:b/>
                <w:sz w:val="20"/>
              </w:rPr>
              <w:br/>
            </w:r>
            <w:r w:rsidRPr="00A066B2">
              <w:rPr>
                <w:rFonts w:ascii="Calibri" w:hAnsi="Calibri" w:cs="Calibri"/>
                <w:color w:val="555555"/>
                <w:sz w:val="19"/>
              </w:rPr>
              <w:t>Nazwa firmy: ........................................................</w:t>
            </w:r>
            <w:r w:rsidRPr="00A066B2">
              <w:rPr>
                <w:rFonts w:ascii="Calibri" w:hAnsi="Calibri" w:cs="Calibri"/>
                <w:color w:val="555555"/>
                <w:sz w:val="19"/>
              </w:rPr>
              <w:br/>
              <w:t>Adres: ....................................................................</w:t>
            </w:r>
          </w:p>
        </w:tc>
      </w:tr>
    </w:tbl>
    <w:p w14:paraId="56F7CC7F" w14:textId="77777777" w:rsidR="00A60C74" w:rsidRPr="00A066B2" w:rsidRDefault="00A60C74">
      <w:pPr>
        <w:spacing w:after="360"/>
        <w:rPr>
          <w:rFonts w:ascii="Calibri" w:hAnsi="Calibri" w:cs="Calibri"/>
        </w:rPr>
      </w:pPr>
    </w:p>
    <w:p w14:paraId="7B6D095D" w14:textId="77777777" w:rsidR="00A60C74" w:rsidRPr="00A066B2" w:rsidRDefault="00C042CA">
      <w:pPr>
        <w:spacing w:after="120"/>
        <w:jc w:val="center"/>
        <w:rPr>
          <w:rFonts w:ascii="Calibri" w:hAnsi="Calibri" w:cs="Calibri"/>
        </w:rPr>
      </w:pPr>
      <w:r w:rsidRPr="00A066B2">
        <w:rPr>
          <w:rFonts w:ascii="Calibri" w:hAnsi="Calibri" w:cs="Calibri"/>
          <w:b/>
          <w:color w:val="111111"/>
          <w:sz w:val="30"/>
        </w:rPr>
        <w:t>WNIOSEK O ZWOLNIENIE OD PRACY</w:t>
      </w:r>
      <w:r w:rsidRPr="00A066B2">
        <w:rPr>
          <w:rFonts w:ascii="Calibri" w:hAnsi="Calibri" w:cs="Calibri"/>
          <w:b/>
          <w:color w:val="111111"/>
          <w:sz w:val="30"/>
        </w:rPr>
        <w:br/>
      </w:r>
      <w:r w:rsidRPr="00A066B2">
        <w:rPr>
          <w:rFonts w:ascii="Calibri" w:hAnsi="Calibri" w:cs="Calibri"/>
          <w:b/>
          <w:color w:val="111111"/>
          <w:sz w:val="30"/>
        </w:rPr>
        <w:t>Z POWODU SIŁY WYŻSZEJ</w:t>
      </w:r>
    </w:p>
    <w:p w14:paraId="210D1DD6" w14:textId="77777777" w:rsidR="00A60C74" w:rsidRPr="00A066B2" w:rsidRDefault="00C042CA">
      <w:pPr>
        <w:spacing w:after="440"/>
        <w:jc w:val="center"/>
        <w:rPr>
          <w:rFonts w:ascii="Calibri" w:hAnsi="Calibri" w:cs="Calibri"/>
        </w:rPr>
      </w:pPr>
      <w:r w:rsidRPr="00A066B2">
        <w:rPr>
          <w:rFonts w:ascii="Calibri" w:hAnsi="Calibri" w:cs="Calibri"/>
          <w:i/>
          <w:color w:val="555555"/>
          <w:sz w:val="20"/>
        </w:rPr>
        <w:t>(na podstawie art. 148¹ Kodeksu pracy)</w:t>
      </w:r>
    </w:p>
    <w:p w14:paraId="0F3E67B2" w14:textId="77777777" w:rsidR="00A60C74" w:rsidRPr="00A066B2" w:rsidRDefault="00C042CA">
      <w:pPr>
        <w:spacing w:after="280" w:line="300" w:lineRule="auto"/>
        <w:rPr>
          <w:rFonts w:ascii="Calibri" w:hAnsi="Calibri" w:cs="Calibri"/>
        </w:rPr>
      </w:pPr>
      <w:r w:rsidRPr="00A066B2">
        <w:rPr>
          <w:rFonts w:ascii="Calibri" w:hAnsi="Calibri" w:cs="Calibri"/>
        </w:rPr>
        <w:t>Wnioskuję o udzielenie zwolnienia od pracy z powodu działania siły wyższej w pilnych sprawach rodzinnych spowodowanych chorobą lub wypadkiem, jeżeli jest niezbędna natychmiastowa obecność pracownika, w wymiarze:</w:t>
      </w:r>
      <w:r w:rsidRPr="00A066B2">
        <w:rPr>
          <w:rFonts w:ascii="Calibri" w:hAnsi="Calibri" w:cs="Calibri"/>
        </w:rPr>
        <w:br/>
      </w:r>
    </w:p>
    <w:p w14:paraId="681CE00B" w14:textId="77777777" w:rsidR="00A60C74" w:rsidRPr="00A066B2" w:rsidRDefault="00C042CA">
      <w:pPr>
        <w:spacing w:after="240" w:line="312" w:lineRule="auto"/>
        <w:ind w:left="288"/>
        <w:rPr>
          <w:rFonts w:ascii="Calibri" w:hAnsi="Calibri" w:cs="Calibri"/>
        </w:rPr>
      </w:pPr>
      <w:r w:rsidRPr="00A066B2">
        <w:rPr>
          <w:rFonts w:ascii="Calibri" w:hAnsi="Calibri" w:cs="Calibri"/>
          <w:b/>
        </w:rPr>
        <w:t>[  ]  ...........</w:t>
      </w:r>
      <w:r w:rsidRPr="00A066B2">
        <w:rPr>
          <w:rFonts w:ascii="Calibri" w:hAnsi="Calibri" w:cs="Calibri"/>
        </w:rPr>
        <w:t xml:space="preserve"> dni (wymiar maksymalny: 2 dni w roku kalendarzowym)</w:t>
      </w:r>
      <w:r w:rsidRPr="00A066B2">
        <w:rPr>
          <w:rFonts w:ascii="Calibri" w:hAnsi="Calibri" w:cs="Calibri"/>
        </w:rPr>
        <w:br/>
      </w:r>
      <w:r w:rsidRPr="00A066B2">
        <w:rPr>
          <w:rFonts w:ascii="Calibri" w:hAnsi="Calibri" w:cs="Calibri"/>
          <w:b/>
        </w:rPr>
        <w:t xml:space="preserve">[  ]  </w:t>
      </w:r>
      <w:r w:rsidRPr="00A066B2">
        <w:rPr>
          <w:rFonts w:ascii="Calibri" w:hAnsi="Calibri" w:cs="Calibri"/>
        </w:rPr>
        <w:t>........... godzin (wymiar maksymalny: 16 godzin w roku kalendarzowym)</w:t>
      </w:r>
    </w:p>
    <w:p w14:paraId="36CBF1AB" w14:textId="77777777" w:rsidR="00A60C74" w:rsidRPr="00A066B2" w:rsidRDefault="00C042CA">
      <w:pPr>
        <w:spacing w:before="160" w:after="320"/>
        <w:rPr>
          <w:rFonts w:ascii="Calibri" w:hAnsi="Calibri" w:cs="Calibri"/>
        </w:rPr>
      </w:pPr>
      <w:r w:rsidRPr="00A066B2">
        <w:rPr>
          <w:rFonts w:ascii="Calibri" w:hAnsi="Calibri" w:cs="Calibri"/>
          <w:b/>
        </w:rPr>
        <w:t>Termin zwolnienia od pracy:</w:t>
      </w:r>
      <w:r w:rsidRPr="00A066B2">
        <w:rPr>
          <w:rFonts w:ascii="Calibri" w:hAnsi="Calibri" w:cs="Calibri"/>
          <w:b/>
        </w:rPr>
        <w:br/>
      </w:r>
      <w:r w:rsidRPr="00A066B2">
        <w:rPr>
          <w:rFonts w:ascii="Calibri" w:hAnsi="Calibri" w:cs="Calibri"/>
          <w:sz w:val="20"/>
        </w:rPr>
        <w:t xml:space="preserve">W dniu / w okresie od: </w:t>
      </w:r>
      <w:r w:rsidRPr="00A066B2">
        <w:rPr>
          <w:rFonts w:ascii="Calibri" w:hAnsi="Calibri" w:cs="Calibri"/>
        </w:rPr>
        <w:t xml:space="preserve">........................................ r.  </w:t>
      </w:r>
      <w:r w:rsidRPr="00A066B2">
        <w:rPr>
          <w:rFonts w:ascii="Calibri" w:hAnsi="Calibri" w:cs="Calibri"/>
          <w:sz w:val="20"/>
        </w:rPr>
        <w:t xml:space="preserve">do: </w:t>
      </w:r>
      <w:r w:rsidRPr="00A066B2">
        <w:rPr>
          <w:rFonts w:ascii="Calibri" w:hAnsi="Calibri" w:cs="Calibri"/>
        </w:rPr>
        <w:t>........................................ r.</w:t>
      </w:r>
      <w:r w:rsidRPr="00A066B2">
        <w:rPr>
          <w:rFonts w:ascii="Calibri" w:hAnsi="Calibri" w:cs="Calibri"/>
        </w:rPr>
        <w:br/>
      </w:r>
      <w:r w:rsidRPr="00A066B2">
        <w:rPr>
          <w:rFonts w:ascii="Calibri" w:hAnsi="Calibri" w:cs="Calibri"/>
          <w:sz w:val="20"/>
        </w:rPr>
        <w:t xml:space="preserve">W godzinach (jeśli dotyczy): od: </w:t>
      </w:r>
      <w:r w:rsidRPr="00A066B2">
        <w:rPr>
          <w:rFonts w:ascii="Calibri" w:hAnsi="Calibri" w:cs="Calibri"/>
        </w:rPr>
        <w:t xml:space="preserve">............................  </w:t>
      </w:r>
      <w:r w:rsidRPr="00A066B2">
        <w:rPr>
          <w:rFonts w:ascii="Calibri" w:hAnsi="Calibri" w:cs="Calibri"/>
          <w:sz w:val="20"/>
        </w:rPr>
        <w:t xml:space="preserve">do: </w:t>
      </w:r>
      <w:r w:rsidRPr="00A066B2">
        <w:rPr>
          <w:rFonts w:ascii="Calibri" w:hAnsi="Calibri" w:cs="Calibri"/>
        </w:rPr>
        <w:t>............................</w:t>
      </w:r>
    </w:p>
    <w:p w14:paraId="490307A2" w14:textId="77777777" w:rsidR="00A60C74" w:rsidRPr="00A066B2" w:rsidRDefault="00C042CA">
      <w:pPr>
        <w:spacing w:before="160" w:after="160"/>
        <w:rPr>
          <w:rFonts w:ascii="Calibri" w:hAnsi="Calibri" w:cs="Calibri"/>
        </w:rPr>
      </w:pPr>
      <w:r w:rsidRPr="00A066B2">
        <w:rPr>
          <w:rFonts w:ascii="Calibri" w:hAnsi="Calibri" w:cs="Calibri"/>
          <w:b/>
        </w:rPr>
        <w:t>Uzasadnienie wniosku: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A60C74" w:rsidRPr="00A066B2" w14:paraId="455C5B0A" w14:textId="77777777">
        <w:trPr>
          <w:jc w:val="center"/>
        </w:trPr>
        <w:tc>
          <w:tcPr>
            <w:tcW w:w="9360" w:type="dxa"/>
            <w:shd w:val="clear" w:color="auto" w:fill="F9FAFB"/>
          </w:tcPr>
          <w:p w14:paraId="1448BBE1" w14:textId="77777777" w:rsidR="00A60C74" w:rsidRPr="00A066B2" w:rsidRDefault="00C042CA">
            <w:pPr>
              <w:spacing w:before="120" w:after="120"/>
              <w:rPr>
                <w:rFonts w:ascii="Calibri" w:hAnsi="Calibri" w:cs="Calibri"/>
              </w:rPr>
            </w:pPr>
            <w:r w:rsidRPr="00A066B2">
              <w:rPr>
                <w:rFonts w:ascii="Calibri" w:hAnsi="Calibri" w:cs="Calibri"/>
                <w:b/>
                <w:sz w:val="19"/>
              </w:rPr>
              <w:t>Przyczyna udzielenia zwolnienia (pilna sprawa rodzinna spowodowana chorobą lub wypadkiem):</w:t>
            </w:r>
            <w:r w:rsidRPr="00A066B2">
              <w:rPr>
                <w:rFonts w:ascii="Calibri" w:hAnsi="Calibri" w:cs="Calibri"/>
                <w:b/>
                <w:sz w:val="19"/>
              </w:rPr>
              <w:br/>
            </w:r>
            <w:r w:rsidRPr="00A066B2">
              <w:rPr>
                <w:rFonts w:ascii="Calibri" w:hAnsi="Calibri" w:cs="Calibri"/>
                <w:color w:val="666666"/>
              </w:rPr>
              <w:t>.......................................................................................................................................................</w:t>
            </w:r>
            <w:r w:rsidRPr="00A066B2">
              <w:rPr>
                <w:rFonts w:ascii="Calibri" w:hAnsi="Calibri" w:cs="Calibri"/>
                <w:color w:val="666666"/>
              </w:rPr>
              <w:br/>
            </w:r>
            <w:r w:rsidRPr="00A066B2">
              <w:rPr>
                <w:rFonts w:ascii="Calibri" w:hAnsi="Calibri" w:cs="Calibri"/>
                <w:color w:val="666666"/>
              </w:rPr>
              <w:t>.......................................................................................................................................................</w:t>
            </w:r>
          </w:p>
        </w:tc>
      </w:tr>
    </w:tbl>
    <w:p w14:paraId="031D603C" w14:textId="77777777" w:rsidR="00A60C74" w:rsidRPr="00A066B2" w:rsidRDefault="00C042CA">
      <w:pPr>
        <w:spacing w:before="280" w:after="480" w:line="288" w:lineRule="auto"/>
        <w:rPr>
          <w:rFonts w:ascii="Calibri" w:hAnsi="Calibri" w:cs="Calibri"/>
        </w:rPr>
      </w:pPr>
      <w:r w:rsidRPr="00A066B2">
        <w:rPr>
          <w:rFonts w:ascii="Calibri" w:hAnsi="Calibri" w:cs="Calibri"/>
          <w:b/>
          <w:sz w:val="18"/>
        </w:rPr>
        <w:t>Pouczenie:</w:t>
      </w:r>
      <w:r w:rsidRPr="00A066B2">
        <w:rPr>
          <w:rFonts w:ascii="Calibri" w:hAnsi="Calibri" w:cs="Calibri"/>
          <w:b/>
          <w:sz w:val="18"/>
        </w:rPr>
        <w:br/>
      </w:r>
      <w:r w:rsidRPr="00A066B2">
        <w:rPr>
          <w:rFonts w:ascii="Calibri" w:hAnsi="Calibri" w:cs="Calibri"/>
          <w:i/>
          <w:color w:val="555555"/>
          <w:sz w:val="17"/>
        </w:rPr>
        <w:t>1. W okresie tego zwolnienia od pracy pracownik zachowuje prawo do wynagrodzenia w wysokości 50% wynagrodzenia obliczanego jak za czas urlopu wypoczynkowego.</w:t>
      </w:r>
      <w:r w:rsidRPr="00A066B2">
        <w:rPr>
          <w:rFonts w:ascii="Calibri" w:hAnsi="Calibri" w:cs="Calibri"/>
          <w:i/>
          <w:color w:val="555555"/>
          <w:sz w:val="17"/>
        </w:rPr>
        <w:br/>
        <w:t>2. O sposobie wykorzystania zwolnienia (w dniach lub godzinach) w danym roku kalendarzowym decyduje pracownik w pierwszym wniosku złożonym w danym roku.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A60C74" w:rsidRPr="00A066B2" w14:paraId="3C4F6EAA" w14:textId="77777777">
        <w:trPr>
          <w:jc w:val="center"/>
        </w:trPr>
        <w:tc>
          <w:tcPr>
            <w:tcW w:w="4680" w:type="dxa"/>
          </w:tcPr>
          <w:p w14:paraId="190189DB" w14:textId="77777777" w:rsidR="00A60C74" w:rsidRPr="00A066B2" w:rsidRDefault="00C042CA">
            <w:pPr>
              <w:jc w:val="center"/>
              <w:rPr>
                <w:rFonts w:ascii="Calibri" w:hAnsi="Calibri" w:cs="Calibri"/>
              </w:rPr>
            </w:pPr>
            <w:r w:rsidRPr="00A066B2">
              <w:rPr>
                <w:rFonts w:ascii="Calibri" w:hAnsi="Calibri" w:cs="Calibri"/>
                <w:color w:val="888888"/>
              </w:rPr>
              <w:t>.......................................................</w:t>
            </w:r>
            <w:r w:rsidRPr="00A066B2">
              <w:rPr>
                <w:rFonts w:ascii="Calibri" w:hAnsi="Calibri" w:cs="Calibri"/>
                <w:color w:val="888888"/>
              </w:rPr>
              <w:br/>
            </w:r>
            <w:r w:rsidRPr="00A066B2">
              <w:rPr>
                <w:rFonts w:ascii="Calibri" w:hAnsi="Calibri" w:cs="Calibri"/>
                <w:color w:val="666666"/>
                <w:sz w:val="18"/>
              </w:rPr>
              <w:t>Podpis Pracownika</w:t>
            </w:r>
          </w:p>
        </w:tc>
        <w:tc>
          <w:tcPr>
            <w:tcW w:w="4680" w:type="dxa"/>
          </w:tcPr>
          <w:p w14:paraId="6B1268E8" w14:textId="77777777" w:rsidR="00A60C74" w:rsidRPr="00A066B2" w:rsidRDefault="00C042CA">
            <w:pPr>
              <w:jc w:val="center"/>
              <w:rPr>
                <w:rFonts w:ascii="Calibri" w:hAnsi="Calibri" w:cs="Calibri"/>
              </w:rPr>
            </w:pPr>
            <w:r w:rsidRPr="00A066B2">
              <w:rPr>
                <w:rFonts w:ascii="Calibri" w:hAnsi="Calibri" w:cs="Calibri"/>
                <w:color w:val="888888"/>
              </w:rPr>
              <w:t>.......................................................</w:t>
            </w:r>
            <w:r w:rsidRPr="00A066B2">
              <w:rPr>
                <w:rFonts w:ascii="Calibri" w:hAnsi="Calibri" w:cs="Calibri"/>
                <w:color w:val="888888"/>
              </w:rPr>
              <w:br/>
            </w:r>
            <w:r w:rsidRPr="00A066B2">
              <w:rPr>
                <w:rFonts w:ascii="Calibri" w:hAnsi="Calibri" w:cs="Calibri"/>
                <w:color w:val="666666"/>
                <w:sz w:val="18"/>
              </w:rPr>
              <w:t>Decyzja / Podpis Pracodawcy</w:t>
            </w:r>
          </w:p>
        </w:tc>
      </w:tr>
    </w:tbl>
    <w:p w14:paraId="4E553644" w14:textId="77777777" w:rsidR="00C042CA" w:rsidRPr="00A066B2" w:rsidRDefault="00C042CA">
      <w:pPr>
        <w:rPr>
          <w:rFonts w:ascii="Calibri" w:hAnsi="Calibri" w:cs="Calibri"/>
        </w:rPr>
      </w:pPr>
    </w:p>
    <w:sectPr w:rsidR="00C042CA" w:rsidRPr="00A066B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9784441">
    <w:abstractNumId w:val="8"/>
  </w:num>
  <w:num w:numId="2" w16cid:durableId="1831676018">
    <w:abstractNumId w:val="6"/>
  </w:num>
  <w:num w:numId="3" w16cid:durableId="1797144151">
    <w:abstractNumId w:val="5"/>
  </w:num>
  <w:num w:numId="4" w16cid:durableId="1500583944">
    <w:abstractNumId w:val="4"/>
  </w:num>
  <w:num w:numId="5" w16cid:durableId="784888250">
    <w:abstractNumId w:val="7"/>
  </w:num>
  <w:num w:numId="6" w16cid:durableId="1828546114">
    <w:abstractNumId w:val="3"/>
  </w:num>
  <w:num w:numId="7" w16cid:durableId="1234314005">
    <w:abstractNumId w:val="2"/>
  </w:num>
  <w:num w:numId="8" w16cid:durableId="89281297">
    <w:abstractNumId w:val="1"/>
  </w:num>
  <w:num w:numId="9" w16cid:durableId="759301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1673"/>
    <w:rsid w:val="00326F90"/>
    <w:rsid w:val="00A066B2"/>
    <w:rsid w:val="00A60C74"/>
    <w:rsid w:val="00AA1D8D"/>
    <w:rsid w:val="00B47730"/>
    <w:rsid w:val="00C042C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86EBD7"/>
  <w14:defaultImageDpi w14:val="300"/>
  <w15:docId w15:val="{C4A94D1E-084E-4D96-A64B-E87F5C03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2026-10-14T18:18:00Z</dcterms:created>
  <dcterms:modified xsi:type="dcterms:W3CDTF">2026-10-14T18:18:00Z</dcterms:modified>
  <cp:category/>
</cp:coreProperties>
</file>