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95D8A" w14:textId="77777777" w:rsidR="002B437C" w:rsidRPr="00B01804" w:rsidRDefault="00004937">
      <w:pPr>
        <w:jc w:val="right"/>
        <w:rPr>
          <w:rFonts w:cs="Calibri"/>
        </w:rPr>
      </w:pPr>
      <w:r w:rsidRPr="00B01804">
        <w:rPr>
          <w:rFonts w:cs="Calibri"/>
          <w:i/>
          <w:sz w:val="20"/>
        </w:rPr>
        <w:t>Miejscowość: ....................................., dnia .................... r.</w:t>
      </w:r>
    </w:p>
    <w:p w14:paraId="246658B1" w14:textId="77777777" w:rsidR="002B437C" w:rsidRPr="00B01804" w:rsidRDefault="002B437C">
      <w:pPr>
        <w:spacing w:after="12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2B437C" w:rsidRPr="00B01804" w14:paraId="190D901E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056544D0" w14:textId="2CA19D33" w:rsidR="002B437C" w:rsidRPr="00B01804" w:rsidRDefault="00004937">
            <w:pPr>
              <w:jc w:val="center"/>
              <w:rPr>
                <w:rFonts w:cs="Calibri"/>
              </w:rPr>
            </w:pPr>
            <w:r w:rsidRPr="00B01804">
              <w:rPr>
                <w:rFonts w:cs="Calibri"/>
                <w:b/>
                <w:color w:val="101828"/>
                <w:sz w:val="26"/>
              </w:rPr>
              <w:t>WNIOSEK O WZNOWIENIE WPŁAT DO PPK</w:t>
            </w:r>
          </w:p>
        </w:tc>
      </w:tr>
    </w:tbl>
    <w:p w14:paraId="385E9D59" w14:textId="77777777" w:rsidR="002B437C" w:rsidRPr="00B01804" w:rsidRDefault="002B437C">
      <w:pPr>
        <w:rPr>
          <w:rFonts w:cs="Calibri"/>
        </w:rPr>
      </w:pPr>
    </w:p>
    <w:p w14:paraId="20C73FFE" w14:textId="77777777" w:rsidR="002B437C" w:rsidRPr="00B01804" w:rsidRDefault="00004937">
      <w:pPr>
        <w:spacing w:after="80"/>
        <w:rPr>
          <w:rFonts w:cs="Calibri"/>
        </w:rPr>
      </w:pPr>
      <w:r w:rsidRPr="00B01804">
        <w:rPr>
          <w:rFonts w:cs="Calibri"/>
          <w:b/>
          <w:color w:val="1D2939"/>
          <w:sz w:val="22"/>
        </w:rPr>
        <w:t>1. DANE UCZESTNIKA PPK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2B437C" w:rsidRPr="00B01804" w14:paraId="7A203BE8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EB2E4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b/>
                <w:sz w:val="19"/>
              </w:rPr>
              <w:t>Imię (imiona):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19078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2B437C" w:rsidRPr="00B01804" w14:paraId="41FD6B57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A73E33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b/>
                <w:sz w:val="19"/>
              </w:rPr>
              <w:t>Nazwisko: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9FB60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2B437C" w:rsidRPr="00B01804" w14:paraId="679EBD29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0BBDCD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b/>
                <w:sz w:val="19"/>
              </w:rPr>
              <w:t>Numer PESEL (lub data urodzenia*):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7D291C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2B437C" w:rsidRPr="00B01804" w14:paraId="67C27C58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CBAB41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b/>
                <w:sz w:val="19"/>
              </w:rPr>
              <w:t>Seria i numer dowodu / paszportu*: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75C2E4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2B291BCE" w14:textId="77777777" w:rsidR="002B437C" w:rsidRPr="00B01804" w:rsidRDefault="00004937">
      <w:pPr>
        <w:rPr>
          <w:rFonts w:cs="Calibri"/>
        </w:rPr>
      </w:pPr>
      <w:r w:rsidRPr="00B01804">
        <w:rPr>
          <w:rFonts w:cs="Calibri"/>
          <w:i/>
          <w:color w:val="667085"/>
          <w:sz w:val="16"/>
        </w:rPr>
        <w:t>*Wypełnić w przypadku braku numeru PESEL.</w:t>
      </w:r>
    </w:p>
    <w:p w14:paraId="631C6D86" w14:textId="77777777" w:rsidR="002B437C" w:rsidRPr="00B01804" w:rsidRDefault="00004937">
      <w:pPr>
        <w:spacing w:after="80"/>
        <w:rPr>
          <w:rFonts w:cs="Calibri"/>
        </w:rPr>
      </w:pPr>
      <w:r w:rsidRPr="00B01804">
        <w:rPr>
          <w:rFonts w:cs="Calibri"/>
          <w:b/>
          <w:color w:val="1D2939"/>
          <w:sz w:val="22"/>
        </w:rPr>
        <w:t>2. DANE PODMIOTU ZATRUDNIAJĄCEGO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2B437C" w:rsidRPr="00B01804" w14:paraId="0048B338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296A7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b/>
                <w:sz w:val="19"/>
              </w:rPr>
              <w:t>Nazwa podmiotu zatrudniającego: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7A70DC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  <w:tr w:rsidR="002B437C" w:rsidRPr="00B01804" w14:paraId="03B65A81" w14:textId="77777777">
        <w:trPr>
          <w:jc w:val="center"/>
        </w:trPr>
        <w:tc>
          <w:tcPr>
            <w:tcW w:w="374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10123C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b/>
                <w:sz w:val="19"/>
              </w:rPr>
              <w:t>NIP / REGON:</w:t>
            </w:r>
          </w:p>
        </w:tc>
        <w:tc>
          <w:tcPr>
            <w:tcW w:w="6048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845B1" w14:textId="77777777" w:rsidR="002B437C" w:rsidRPr="00B01804" w:rsidRDefault="00004937">
            <w:pPr>
              <w:rPr>
                <w:rFonts w:cs="Calibri"/>
              </w:rPr>
            </w:pPr>
            <w:r w:rsidRPr="00B01804">
              <w:rPr>
                <w:rFonts w:cs="Calibri"/>
                <w:sz w:val="19"/>
              </w:rPr>
              <w:t>................................................................................</w:t>
            </w:r>
          </w:p>
        </w:tc>
      </w:tr>
    </w:tbl>
    <w:p w14:paraId="05BAB15C" w14:textId="77777777" w:rsidR="002B437C" w:rsidRPr="00B01804" w:rsidRDefault="002B437C">
      <w:pPr>
        <w:rPr>
          <w:rFonts w:cs="Calibri"/>
        </w:rPr>
      </w:pPr>
    </w:p>
    <w:p w14:paraId="6632D8C7" w14:textId="77777777" w:rsidR="002B437C" w:rsidRPr="00B01804" w:rsidRDefault="00004937">
      <w:pPr>
        <w:spacing w:after="80"/>
        <w:rPr>
          <w:rFonts w:cs="Calibri"/>
        </w:rPr>
      </w:pPr>
      <w:r w:rsidRPr="00B01804">
        <w:rPr>
          <w:rFonts w:cs="Calibri"/>
          <w:b/>
          <w:color w:val="1D2939"/>
          <w:sz w:val="22"/>
        </w:rPr>
        <w:t>3. TREŚĆ WNIOSKU</w:t>
      </w:r>
    </w:p>
    <w:p w14:paraId="47B3408A" w14:textId="77777777" w:rsidR="002B437C" w:rsidRPr="00B01804" w:rsidRDefault="00004937">
      <w:pPr>
        <w:spacing w:after="160"/>
        <w:rPr>
          <w:rFonts w:cs="Calibri"/>
        </w:rPr>
      </w:pPr>
      <w:r w:rsidRPr="00B01804">
        <w:rPr>
          <w:rFonts w:cs="Calibri"/>
          <w:sz w:val="20"/>
        </w:rPr>
        <w:t>Na podstawie art. 23 ust. 4 ustawy z dnia 4 października 2018 r. o pracowniczych planach kapitałowych (t.j. Dz. U. z 2023 r. poz. 410 z późn. zm.), wnoszę o wznowienie dokonywania wpłat do Pracowniczych Planów Kapitałowych (PPK).</w:t>
      </w:r>
      <w:r w:rsidRPr="00B01804">
        <w:rPr>
          <w:rFonts w:cs="Calibri"/>
          <w:sz w:val="20"/>
        </w:rPr>
        <w:br/>
      </w:r>
      <w:r w:rsidRPr="00B01804">
        <w:rPr>
          <w:rFonts w:cs="Calibri"/>
          <w:sz w:val="20"/>
        </w:rPr>
        <w:br/>
        <w:t>Wnioskuję o naliczanie i odprowadzanie wpłat do PPK począwszy od miesiąca następującego po miesiącu, w którym złożono niniejszy wniosek.</w:t>
      </w:r>
    </w:p>
    <w:p w14:paraId="42BFC905" w14:textId="77777777" w:rsidR="002B437C" w:rsidRPr="00B01804" w:rsidRDefault="002B437C">
      <w:pPr>
        <w:spacing w:after="560"/>
        <w:rPr>
          <w:rFonts w:cs="Calibr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2B437C" w:rsidRPr="00B01804" w14:paraId="248E0E4E" w14:textId="77777777">
        <w:trPr>
          <w:jc w:val="center"/>
        </w:trPr>
        <w:tc>
          <w:tcPr>
            <w:tcW w:w="4752" w:type="dxa"/>
          </w:tcPr>
          <w:p w14:paraId="528FAB51" w14:textId="77777777" w:rsidR="002B437C" w:rsidRPr="00B01804" w:rsidRDefault="00004937">
            <w:pPr>
              <w:jc w:val="center"/>
              <w:rPr>
                <w:rFonts w:cs="Calibri"/>
              </w:rPr>
            </w:pPr>
            <w:r w:rsidRPr="00B01804">
              <w:rPr>
                <w:rFonts w:cs="Calibri"/>
                <w:sz w:val="20"/>
              </w:rPr>
              <w:t>....................................................................</w:t>
            </w:r>
            <w:r w:rsidRPr="00B01804">
              <w:rPr>
                <w:rFonts w:cs="Calibri"/>
                <w:sz w:val="20"/>
              </w:rPr>
              <w:br/>
            </w:r>
            <w:r w:rsidRPr="00B01804">
              <w:rPr>
                <w:rFonts w:cs="Calibri"/>
                <w:i/>
                <w:sz w:val="17"/>
              </w:rPr>
              <w:t>Data i czytelny podpis Uczestnika PPK</w:t>
            </w:r>
          </w:p>
        </w:tc>
        <w:tc>
          <w:tcPr>
            <w:tcW w:w="4752" w:type="dxa"/>
          </w:tcPr>
          <w:p w14:paraId="6CAC2ED8" w14:textId="77777777" w:rsidR="002B437C" w:rsidRPr="00B01804" w:rsidRDefault="00004937">
            <w:pPr>
              <w:jc w:val="center"/>
              <w:rPr>
                <w:rFonts w:cs="Calibri"/>
              </w:rPr>
            </w:pPr>
            <w:r w:rsidRPr="00B01804">
              <w:rPr>
                <w:rFonts w:cs="Calibri"/>
                <w:sz w:val="20"/>
              </w:rPr>
              <w:t>....................................................................</w:t>
            </w:r>
            <w:r w:rsidRPr="00B01804">
              <w:rPr>
                <w:rFonts w:cs="Calibri"/>
                <w:sz w:val="20"/>
              </w:rPr>
              <w:br/>
            </w:r>
            <w:r w:rsidRPr="00B01804">
              <w:rPr>
                <w:rFonts w:cs="Calibri"/>
                <w:i/>
                <w:sz w:val="17"/>
              </w:rPr>
              <w:t>Data i podpis podmiotu przyjmującego</w:t>
            </w:r>
          </w:p>
        </w:tc>
      </w:tr>
      <w:tr w:rsidR="002B437C" w:rsidRPr="00B01804" w14:paraId="6B1435A7" w14:textId="77777777">
        <w:trPr>
          <w:jc w:val="center"/>
        </w:trPr>
        <w:tc>
          <w:tcPr>
            <w:tcW w:w="4968" w:type="dxa"/>
          </w:tcPr>
          <w:p w14:paraId="78C7874C" w14:textId="77777777" w:rsidR="002B437C" w:rsidRPr="00B01804" w:rsidRDefault="002B437C">
            <w:pPr>
              <w:rPr>
                <w:rFonts w:cs="Calibri"/>
              </w:rPr>
            </w:pPr>
          </w:p>
        </w:tc>
        <w:tc>
          <w:tcPr>
            <w:tcW w:w="4968" w:type="dxa"/>
          </w:tcPr>
          <w:p w14:paraId="199E5AF5" w14:textId="77777777" w:rsidR="002B437C" w:rsidRPr="00B01804" w:rsidRDefault="002B437C">
            <w:pPr>
              <w:rPr>
                <w:rFonts w:cs="Calibri"/>
              </w:rPr>
            </w:pPr>
          </w:p>
        </w:tc>
      </w:tr>
    </w:tbl>
    <w:p w14:paraId="015B40E8" w14:textId="77777777" w:rsidR="00004937" w:rsidRPr="00B01804" w:rsidRDefault="00004937">
      <w:pPr>
        <w:rPr>
          <w:rFonts w:cs="Calibri"/>
        </w:rPr>
      </w:pPr>
    </w:p>
    <w:sectPr w:rsidR="00004937" w:rsidRPr="00B01804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5886207">
    <w:abstractNumId w:val="8"/>
  </w:num>
  <w:num w:numId="2" w16cid:durableId="121850143">
    <w:abstractNumId w:val="6"/>
  </w:num>
  <w:num w:numId="3" w16cid:durableId="333149141">
    <w:abstractNumId w:val="5"/>
  </w:num>
  <w:num w:numId="4" w16cid:durableId="1728339827">
    <w:abstractNumId w:val="4"/>
  </w:num>
  <w:num w:numId="5" w16cid:durableId="558982762">
    <w:abstractNumId w:val="7"/>
  </w:num>
  <w:num w:numId="6" w16cid:durableId="1309093085">
    <w:abstractNumId w:val="3"/>
  </w:num>
  <w:num w:numId="7" w16cid:durableId="382367623">
    <w:abstractNumId w:val="2"/>
  </w:num>
  <w:num w:numId="8" w16cid:durableId="1702433467">
    <w:abstractNumId w:val="1"/>
  </w:num>
  <w:num w:numId="9" w16cid:durableId="545028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937"/>
    <w:rsid w:val="00034616"/>
    <w:rsid w:val="0006063C"/>
    <w:rsid w:val="0015074B"/>
    <w:rsid w:val="0029639D"/>
    <w:rsid w:val="002B437C"/>
    <w:rsid w:val="00326F90"/>
    <w:rsid w:val="003E03B9"/>
    <w:rsid w:val="003F625D"/>
    <w:rsid w:val="00AA1D8D"/>
    <w:rsid w:val="00B01804"/>
    <w:rsid w:val="00B47730"/>
    <w:rsid w:val="00CB0664"/>
    <w:rsid w:val="00E575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5408A"/>
  <w14:defaultImageDpi w14:val="300"/>
  <w15:docId w15:val="{78E44811-C513-4271-862E-76C95090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2026-10-22T16:01:00Z</dcterms:created>
  <dcterms:modified xsi:type="dcterms:W3CDTF">2026-10-22T16:04:00Z</dcterms:modified>
  <cp:category/>
</cp:coreProperties>
</file>