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76EFC" w14:textId="77777777" w:rsidR="00CF4644" w:rsidRPr="002D15C5" w:rsidRDefault="00E72316">
      <w:pPr>
        <w:jc w:val="right"/>
        <w:rPr>
          <w:rFonts w:cs="Calibri"/>
          <w:lang w:val="pl-PL"/>
        </w:rPr>
      </w:pPr>
      <w:r w:rsidRPr="002D15C5">
        <w:rPr>
          <w:rFonts w:cs="Calibri"/>
          <w:i/>
          <w:sz w:val="20"/>
          <w:lang w:val="pl-PL"/>
        </w:rPr>
        <w:t>Miejscowość: ....................................., dnia .................... r.</w:t>
      </w:r>
    </w:p>
    <w:p w14:paraId="17C98407" w14:textId="77777777" w:rsidR="00CF4644" w:rsidRPr="002D15C5" w:rsidRDefault="00CF4644">
      <w:pPr>
        <w:spacing w:after="120"/>
        <w:rPr>
          <w:rFonts w:cs="Calibri"/>
          <w:lang w:val="pl-PL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92"/>
      </w:tblGrid>
      <w:tr w:rsidR="00CF4644" w:rsidRPr="002D15C5" w14:paraId="6C639104" w14:textId="77777777">
        <w:trPr>
          <w:jc w:val="center"/>
        </w:trPr>
        <w:tc>
          <w:tcPr>
            <w:tcW w:w="9792" w:type="dxa"/>
            <w:tcBorders>
              <w:top w:val="single" w:sz="6" w:space="0" w:color="D0D5DD"/>
              <w:left w:val="single" w:sz="6" w:space="0" w:color="D0D5DD"/>
              <w:bottom w:val="single" w:sz="6" w:space="0" w:color="D0D5DD"/>
              <w:right w:val="single" w:sz="6" w:space="0" w:color="D0D5DD"/>
            </w:tcBorders>
            <w:shd w:val="clear" w:color="auto" w:fill="F2F4F7"/>
            <w:tcMar>
              <w:top w:w="180" w:type="dxa"/>
              <w:left w:w="200" w:type="dxa"/>
              <w:bottom w:w="180" w:type="dxa"/>
              <w:right w:w="200" w:type="dxa"/>
            </w:tcMar>
          </w:tcPr>
          <w:p w14:paraId="28DAC926" w14:textId="77777777" w:rsidR="00CF4644" w:rsidRPr="002D15C5" w:rsidRDefault="00E72316">
            <w:pPr>
              <w:jc w:val="center"/>
              <w:rPr>
                <w:rFonts w:cs="Calibri"/>
                <w:lang w:val="pl-PL"/>
              </w:rPr>
            </w:pPr>
            <w:r w:rsidRPr="002D15C5">
              <w:rPr>
                <w:rFonts w:cs="Calibri"/>
                <w:b/>
                <w:color w:val="101828"/>
                <w:sz w:val="25"/>
                <w:lang w:val="pl-PL"/>
              </w:rPr>
              <w:t>WNIOSEK O WPŁATĘ WYNAGRODZENIA NA KONTO OSOBY TRZECIEJ</w:t>
            </w:r>
          </w:p>
        </w:tc>
      </w:tr>
    </w:tbl>
    <w:p w14:paraId="42BF3AF7" w14:textId="77777777" w:rsidR="00CF4644" w:rsidRPr="002D15C5" w:rsidRDefault="00CF4644">
      <w:pPr>
        <w:rPr>
          <w:rFonts w:cs="Calibri"/>
          <w:lang w:val="pl-PL"/>
        </w:rPr>
      </w:pPr>
    </w:p>
    <w:p w14:paraId="3D4600F4" w14:textId="77777777" w:rsidR="00CF4644" w:rsidRPr="002D15C5" w:rsidRDefault="00E72316">
      <w:pPr>
        <w:spacing w:after="80"/>
        <w:rPr>
          <w:rFonts w:cs="Calibri"/>
          <w:lang w:val="pl-PL"/>
        </w:rPr>
      </w:pPr>
      <w:r w:rsidRPr="002D15C5">
        <w:rPr>
          <w:rFonts w:cs="Calibri"/>
          <w:b/>
          <w:color w:val="1D2939"/>
          <w:sz w:val="22"/>
          <w:lang w:val="pl-PL"/>
        </w:rPr>
        <w:t>1. DANE PRACOWNIKA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744"/>
        <w:gridCol w:w="6048"/>
      </w:tblGrid>
      <w:tr w:rsidR="00CF4644" w:rsidRPr="002D15C5" w14:paraId="7633A87E" w14:textId="77777777">
        <w:trPr>
          <w:jc w:val="center"/>
        </w:trPr>
        <w:tc>
          <w:tcPr>
            <w:tcW w:w="374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9F67B5" w14:textId="77777777" w:rsidR="00CF4644" w:rsidRPr="002D15C5" w:rsidRDefault="00E72316">
            <w:pPr>
              <w:rPr>
                <w:rFonts w:cs="Calibri"/>
                <w:lang w:val="pl-PL"/>
              </w:rPr>
            </w:pPr>
            <w:r w:rsidRPr="002D15C5">
              <w:rPr>
                <w:rFonts w:cs="Calibri"/>
                <w:b/>
                <w:sz w:val="19"/>
                <w:lang w:val="pl-PL"/>
              </w:rPr>
              <w:t>Imię i nazwisko:</w:t>
            </w:r>
          </w:p>
        </w:tc>
        <w:tc>
          <w:tcPr>
            <w:tcW w:w="604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5A6725" w14:textId="77777777" w:rsidR="00CF4644" w:rsidRPr="002D15C5" w:rsidRDefault="00E72316">
            <w:pPr>
              <w:rPr>
                <w:rFonts w:cs="Calibri"/>
                <w:lang w:val="pl-PL"/>
              </w:rPr>
            </w:pPr>
            <w:r w:rsidRPr="002D15C5">
              <w:rPr>
                <w:rFonts w:cs="Calibri"/>
                <w:sz w:val="19"/>
                <w:lang w:val="pl-PL"/>
              </w:rPr>
              <w:t>................................................................................</w:t>
            </w:r>
          </w:p>
        </w:tc>
      </w:tr>
      <w:tr w:rsidR="00CF4644" w:rsidRPr="002D15C5" w14:paraId="53F91135" w14:textId="77777777">
        <w:trPr>
          <w:jc w:val="center"/>
        </w:trPr>
        <w:tc>
          <w:tcPr>
            <w:tcW w:w="374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D3D080" w14:textId="77777777" w:rsidR="00CF4644" w:rsidRPr="002D15C5" w:rsidRDefault="00E72316">
            <w:pPr>
              <w:rPr>
                <w:rFonts w:cs="Calibri"/>
                <w:lang w:val="pl-PL"/>
              </w:rPr>
            </w:pPr>
            <w:r w:rsidRPr="002D15C5">
              <w:rPr>
                <w:rFonts w:cs="Calibri"/>
                <w:b/>
                <w:sz w:val="19"/>
                <w:lang w:val="pl-PL"/>
              </w:rPr>
              <w:t>Stanowisko / Dział:</w:t>
            </w:r>
          </w:p>
        </w:tc>
        <w:tc>
          <w:tcPr>
            <w:tcW w:w="604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F29989" w14:textId="77777777" w:rsidR="00CF4644" w:rsidRPr="002D15C5" w:rsidRDefault="00E72316">
            <w:pPr>
              <w:rPr>
                <w:rFonts w:cs="Calibri"/>
                <w:lang w:val="pl-PL"/>
              </w:rPr>
            </w:pPr>
            <w:r w:rsidRPr="002D15C5">
              <w:rPr>
                <w:rFonts w:cs="Calibri"/>
                <w:sz w:val="19"/>
                <w:lang w:val="pl-PL"/>
              </w:rPr>
              <w:t>................................................................................</w:t>
            </w:r>
          </w:p>
        </w:tc>
      </w:tr>
      <w:tr w:rsidR="00CF4644" w:rsidRPr="002D15C5" w14:paraId="7CA7F868" w14:textId="77777777">
        <w:trPr>
          <w:jc w:val="center"/>
        </w:trPr>
        <w:tc>
          <w:tcPr>
            <w:tcW w:w="374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160296" w14:textId="77777777" w:rsidR="00CF4644" w:rsidRPr="002D15C5" w:rsidRDefault="00E72316">
            <w:pPr>
              <w:rPr>
                <w:rFonts w:cs="Calibri"/>
                <w:lang w:val="pl-PL"/>
              </w:rPr>
            </w:pPr>
            <w:r w:rsidRPr="002D15C5">
              <w:rPr>
                <w:rFonts w:cs="Calibri"/>
                <w:b/>
                <w:sz w:val="19"/>
                <w:lang w:val="pl-PL"/>
              </w:rPr>
              <w:t>Numer PESEL:</w:t>
            </w:r>
          </w:p>
        </w:tc>
        <w:tc>
          <w:tcPr>
            <w:tcW w:w="604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6DF04A" w14:textId="77777777" w:rsidR="00CF4644" w:rsidRPr="002D15C5" w:rsidRDefault="00E72316">
            <w:pPr>
              <w:rPr>
                <w:rFonts w:cs="Calibri"/>
                <w:lang w:val="pl-PL"/>
              </w:rPr>
            </w:pPr>
            <w:r w:rsidRPr="002D15C5">
              <w:rPr>
                <w:rFonts w:cs="Calibri"/>
                <w:sz w:val="19"/>
                <w:lang w:val="pl-PL"/>
              </w:rPr>
              <w:t>................................................................................</w:t>
            </w:r>
          </w:p>
        </w:tc>
      </w:tr>
    </w:tbl>
    <w:p w14:paraId="1D0B49F4" w14:textId="77777777" w:rsidR="00CF4644" w:rsidRPr="002D15C5" w:rsidRDefault="00E72316">
      <w:pPr>
        <w:spacing w:after="80"/>
        <w:rPr>
          <w:rFonts w:cs="Calibri"/>
          <w:lang w:val="pl-PL"/>
        </w:rPr>
      </w:pPr>
      <w:r w:rsidRPr="002D15C5">
        <w:rPr>
          <w:rFonts w:cs="Calibri"/>
          <w:b/>
          <w:color w:val="1D2939"/>
          <w:sz w:val="22"/>
          <w:lang w:val="pl-PL"/>
        </w:rPr>
        <w:t>2. DANE PRACODAWCY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744"/>
        <w:gridCol w:w="6048"/>
      </w:tblGrid>
      <w:tr w:rsidR="00CF4644" w:rsidRPr="002D15C5" w14:paraId="4CDF809C" w14:textId="77777777">
        <w:trPr>
          <w:jc w:val="center"/>
        </w:trPr>
        <w:tc>
          <w:tcPr>
            <w:tcW w:w="374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20DA20" w14:textId="77777777" w:rsidR="00CF4644" w:rsidRPr="002D15C5" w:rsidRDefault="00E72316">
            <w:pPr>
              <w:rPr>
                <w:rFonts w:cs="Calibri"/>
                <w:lang w:val="pl-PL"/>
              </w:rPr>
            </w:pPr>
            <w:r w:rsidRPr="002D15C5">
              <w:rPr>
                <w:rFonts w:cs="Calibri"/>
                <w:b/>
                <w:sz w:val="19"/>
                <w:lang w:val="pl-PL"/>
              </w:rPr>
              <w:t>Nazwa pracodawcy:</w:t>
            </w:r>
          </w:p>
        </w:tc>
        <w:tc>
          <w:tcPr>
            <w:tcW w:w="604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5CD836" w14:textId="77777777" w:rsidR="00CF4644" w:rsidRPr="002D15C5" w:rsidRDefault="00E72316">
            <w:pPr>
              <w:rPr>
                <w:rFonts w:cs="Calibri"/>
                <w:lang w:val="pl-PL"/>
              </w:rPr>
            </w:pPr>
            <w:r w:rsidRPr="002D15C5">
              <w:rPr>
                <w:rFonts w:cs="Calibri"/>
                <w:sz w:val="19"/>
                <w:lang w:val="pl-PL"/>
              </w:rPr>
              <w:t>................................................................................</w:t>
            </w:r>
          </w:p>
        </w:tc>
      </w:tr>
      <w:tr w:rsidR="00CF4644" w:rsidRPr="002D15C5" w14:paraId="4379818A" w14:textId="77777777">
        <w:trPr>
          <w:jc w:val="center"/>
        </w:trPr>
        <w:tc>
          <w:tcPr>
            <w:tcW w:w="374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55B737" w14:textId="77777777" w:rsidR="00CF4644" w:rsidRPr="002D15C5" w:rsidRDefault="00E72316">
            <w:pPr>
              <w:rPr>
                <w:rFonts w:cs="Calibri"/>
                <w:lang w:val="pl-PL"/>
              </w:rPr>
            </w:pPr>
            <w:r w:rsidRPr="002D15C5">
              <w:rPr>
                <w:rFonts w:cs="Calibri"/>
                <w:b/>
                <w:sz w:val="19"/>
                <w:lang w:val="pl-PL"/>
              </w:rPr>
              <w:t>Adres siedziby:</w:t>
            </w:r>
          </w:p>
        </w:tc>
        <w:tc>
          <w:tcPr>
            <w:tcW w:w="604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628AF4" w14:textId="77777777" w:rsidR="00CF4644" w:rsidRPr="002D15C5" w:rsidRDefault="00E72316">
            <w:pPr>
              <w:rPr>
                <w:rFonts w:cs="Calibri"/>
                <w:lang w:val="pl-PL"/>
              </w:rPr>
            </w:pPr>
            <w:r w:rsidRPr="002D15C5">
              <w:rPr>
                <w:rFonts w:cs="Calibri"/>
                <w:sz w:val="19"/>
                <w:lang w:val="pl-PL"/>
              </w:rPr>
              <w:t>................................................................................</w:t>
            </w:r>
          </w:p>
        </w:tc>
      </w:tr>
    </w:tbl>
    <w:p w14:paraId="5F974469" w14:textId="77777777" w:rsidR="00CF4644" w:rsidRPr="002D15C5" w:rsidRDefault="00E72316">
      <w:pPr>
        <w:spacing w:after="80"/>
        <w:rPr>
          <w:rFonts w:cs="Calibri"/>
          <w:lang w:val="pl-PL"/>
        </w:rPr>
      </w:pPr>
      <w:r w:rsidRPr="002D15C5">
        <w:rPr>
          <w:rFonts w:cs="Calibri"/>
          <w:b/>
          <w:color w:val="1D2939"/>
          <w:sz w:val="22"/>
          <w:lang w:val="pl-PL"/>
        </w:rPr>
        <w:t>3. DANE WŁAŚCICIELA RACHUNKU BANKOWEGO (OSOBY TRZECIEJ)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744"/>
        <w:gridCol w:w="6048"/>
      </w:tblGrid>
      <w:tr w:rsidR="00CF4644" w:rsidRPr="002D15C5" w14:paraId="04552E8A" w14:textId="77777777">
        <w:trPr>
          <w:jc w:val="center"/>
        </w:trPr>
        <w:tc>
          <w:tcPr>
            <w:tcW w:w="374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285466" w14:textId="77777777" w:rsidR="00CF4644" w:rsidRPr="002D15C5" w:rsidRDefault="00E72316">
            <w:pPr>
              <w:rPr>
                <w:rFonts w:cs="Calibri"/>
                <w:lang w:val="pl-PL"/>
              </w:rPr>
            </w:pPr>
            <w:r w:rsidRPr="002D15C5">
              <w:rPr>
                <w:rFonts w:cs="Calibri"/>
                <w:b/>
                <w:sz w:val="19"/>
                <w:lang w:val="pl-PL"/>
              </w:rPr>
              <w:t>Imię i nazwisko właściciela rachunku:</w:t>
            </w:r>
          </w:p>
        </w:tc>
        <w:tc>
          <w:tcPr>
            <w:tcW w:w="604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3AA83E" w14:textId="77777777" w:rsidR="00CF4644" w:rsidRPr="002D15C5" w:rsidRDefault="00E72316">
            <w:pPr>
              <w:rPr>
                <w:rFonts w:cs="Calibri"/>
                <w:lang w:val="pl-PL"/>
              </w:rPr>
            </w:pPr>
            <w:r w:rsidRPr="002D15C5">
              <w:rPr>
                <w:rFonts w:cs="Calibri"/>
                <w:sz w:val="19"/>
                <w:lang w:val="pl-PL"/>
              </w:rPr>
              <w:t>................................................................................</w:t>
            </w:r>
          </w:p>
        </w:tc>
      </w:tr>
      <w:tr w:rsidR="00CF4644" w:rsidRPr="002D15C5" w14:paraId="42CBD74C" w14:textId="77777777">
        <w:trPr>
          <w:jc w:val="center"/>
        </w:trPr>
        <w:tc>
          <w:tcPr>
            <w:tcW w:w="374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E719B5" w14:textId="77777777" w:rsidR="00CF4644" w:rsidRPr="002D15C5" w:rsidRDefault="00E72316">
            <w:pPr>
              <w:rPr>
                <w:rFonts w:cs="Calibri"/>
                <w:lang w:val="pl-PL"/>
              </w:rPr>
            </w:pPr>
            <w:r w:rsidRPr="002D15C5">
              <w:rPr>
                <w:rFonts w:cs="Calibri"/>
                <w:b/>
                <w:sz w:val="19"/>
                <w:lang w:val="pl-PL"/>
              </w:rPr>
              <w:t>Stopień pokrewieństwa / relacja:</w:t>
            </w:r>
          </w:p>
        </w:tc>
        <w:tc>
          <w:tcPr>
            <w:tcW w:w="604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D209BA" w14:textId="77777777" w:rsidR="00CF4644" w:rsidRPr="002D15C5" w:rsidRDefault="00E72316">
            <w:pPr>
              <w:rPr>
                <w:rFonts w:cs="Calibri"/>
                <w:lang w:val="pl-PL"/>
              </w:rPr>
            </w:pPr>
            <w:r w:rsidRPr="002D15C5">
              <w:rPr>
                <w:rFonts w:cs="Calibri"/>
                <w:sz w:val="19"/>
                <w:lang w:val="pl-PL"/>
              </w:rPr>
              <w:t>................................................................................</w:t>
            </w:r>
          </w:p>
        </w:tc>
      </w:tr>
      <w:tr w:rsidR="00CF4644" w:rsidRPr="002D15C5" w14:paraId="65DAB1CE" w14:textId="77777777">
        <w:trPr>
          <w:jc w:val="center"/>
        </w:trPr>
        <w:tc>
          <w:tcPr>
            <w:tcW w:w="374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0F5754" w14:textId="77777777" w:rsidR="00CF4644" w:rsidRPr="002D15C5" w:rsidRDefault="00E72316">
            <w:pPr>
              <w:rPr>
                <w:rFonts w:cs="Calibri"/>
                <w:lang w:val="pl-PL"/>
              </w:rPr>
            </w:pPr>
            <w:r w:rsidRPr="002D15C5">
              <w:rPr>
                <w:rFonts w:cs="Calibri"/>
                <w:b/>
                <w:sz w:val="19"/>
                <w:lang w:val="pl-PL"/>
              </w:rPr>
              <w:t>Nazwa banku:</w:t>
            </w:r>
          </w:p>
        </w:tc>
        <w:tc>
          <w:tcPr>
            <w:tcW w:w="604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95E763" w14:textId="77777777" w:rsidR="00CF4644" w:rsidRPr="002D15C5" w:rsidRDefault="00E72316">
            <w:pPr>
              <w:rPr>
                <w:rFonts w:cs="Calibri"/>
                <w:lang w:val="pl-PL"/>
              </w:rPr>
            </w:pPr>
            <w:r w:rsidRPr="002D15C5">
              <w:rPr>
                <w:rFonts w:cs="Calibri"/>
                <w:sz w:val="19"/>
                <w:lang w:val="pl-PL"/>
              </w:rPr>
              <w:t>................................................................................</w:t>
            </w:r>
          </w:p>
        </w:tc>
      </w:tr>
      <w:tr w:rsidR="00CF4644" w:rsidRPr="002D15C5" w14:paraId="50B15FDF" w14:textId="77777777">
        <w:trPr>
          <w:jc w:val="center"/>
        </w:trPr>
        <w:tc>
          <w:tcPr>
            <w:tcW w:w="374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E41ACF" w14:textId="77777777" w:rsidR="00CF4644" w:rsidRPr="002D15C5" w:rsidRDefault="00E72316">
            <w:pPr>
              <w:rPr>
                <w:rFonts w:cs="Calibri"/>
                <w:lang w:val="pl-PL"/>
              </w:rPr>
            </w:pPr>
            <w:r w:rsidRPr="002D15C5">
              <w:rPr>
                <w:rFonts w:cs="Calibri"/>
                <w:b/>
                <w:sz w:val="19"/>
                <w:lang w:val="pl-PL"/>
              </w:rPr>
              <w:t>Numer rachunku bankowego (26 cyfr):</w:t>
            </w:r>
          </w:p>
        </w:tc>
        <w:tc>
          <w:tcPr>
            <w:tcW w:w="604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E52B0C" w14:textId="08DB204E" w:rsidR="00CF4644" w:rsidRPr="002D15C5" w:rsidRDefault="00E72316">
            <w:pPr>
              <w:rPr>
                <w:rFonts w:cs="Calibri"/>
                <w:lang w:val="pl-PL"/>
              </w:rPr>
            </w:pPr>
            <w:r w:rsidRPr="002D15C5">
              <w:rPr>
                <w:rFonts w:cs="Calibri"/>
                <w:sz w:val="19"/>
                <w:lang w:val="pl-PL"/>
              </w:rPr>
              <w:t xml:space="preserve">PL __ __ __ __  __ __ __ __  __ __ __ __  __ __ __ __  __ __ __ __  __ __ __ </w:t>
            </w:r>
          </w:p>
        </w:tc>
      </w:tr>
    </w:tbl>
    <w:p w14:paraId="0B15A9DE" w14:textId="77777777" w:rsidR="00CF4644" w:rsidRPr="002D15C5" w:rsidRDefault="00E72316">
      <w:pPr>
        <w:spacing w:after="80"/>
        <w:rPr>
          <w:rFonts w:cs="Calibri"/>
          <w:lang w:val="pl-PL"/>
        </w:rPr>
      </w:pPr>
      <w:r w:rsidRPr="002D15C5">
        <w:rPr>
          <w:rFonts w:cs="Calibri"/>
          <w:b/>
          <w:color w:val="1D2939"/>
          <w:sz w:val="22"/>
          <w:lang w:val="pl-PL"/>
        </w:rPr>
        <w:t>4. TREŚĆ WNIOSKU I OŚWIADCZENIE PRACOWNIKA</w:t>
      </w:r>
    </w:p>
    <w:p w14:paraId="59225FAC" w14:textId="77777777" w:rsidR="00CF4644" w:rsidRDefault="00E72316">
      <w:pPr>
        <w:spacing w:after="160"/>
        <w:rPr>
          <w:rFonts w:cs="Calibri"/>
          <w:sz w:val="19"/>
          <w:lang w:val="pl-PL"/>
        </w:rPr>
      </w:pPr>
      <w:r w:rsidRPr="002D15C5">
        <w:rPr>
          <w:rFonts w:cs="Calibri"/>
          <w:sz w:val="19"/>
          <w:lang w:val="pl-PL"/>
        </w:rPr>
        <w:t>Na podstawie art. 86 § 3 Ustawy z dnia 26 czerwca 1974 r. – Kodeks pracy (</w:t>
      </w:r>
      <w:proofErr w:type="spellStart"/>
      <w:r w:rsidRPr="002D15C5">
        <w:rPr>
          <w:rFonts w:cs="Calibri"/>
          <w:sz w:val="19"/>
          <w:lang w:val="pl-PL"/>
        </w:rPr>
        <w:t>t.j</w:t>
      </w:r>
      <w:proofErr w:type="spellEnd"/>
      <w:r w:rsidRPr="002D15C5">
        <w:rPr>
          <w:rFonts w:cs="Calibri"/>
          <w:sz w:val="19"/>
          <w:lang w:val="pl-PL"/>
        </w:rPr>
        <w:t xml:space="preserve">. Dz. U. z 2023 r. poz. 1465 z </w:t>
      </w:r>
      <w:proofErr w:type="spellStart"/>
      <w:r w:rsidRPr="002D15C5">
        <w:rPr>
          <w:rFonts w:cs="Calibri"/>
          <w:sz w:val="19"/>
          <w:lang w:val="pl-PL"/>
        </w:rPr>
        <w:t>późn</w:t>
      </w:r>
      <w:proofErr w:type="spellEnd"/>
      <w:r w:rsidRPr="002D15C5">
        <w:rPr>
          <w:rFonts w:cs="Calibri"/>
          <w:sz w:val="19"/>
          <w:lang w:val="pl-PL"/>
        </w:rPr>
        <w:t>. zm.), wnoszę o przekazywanie mojego wynagrodzenia za pracę (oraz innych należności ze stosunku pracy) od dnia .................... r. na wyżej wskazany rachunek bankowy należący do osoby trzeciej.</w:t>
      </w:r>
      <w:r w:rsidRPr="002D15C5">
        <w:rPr>
          <w:rFonts w:cs="Calibri"/>
          <w:sz w:val="19"/>
          <w:lang w:val="pl-PL"/>
        </w:rPr>
        <w:br/>
      </w:r>
      <w:r w:rsidRPr="002D15C5">
        <w:rPr>
          <w:rFonts w:cs="Calibri"/>
          <w:sz w:val="19"/>
          <w:lang w:val="pl-PL"/>
        </w:rPr>
        <w:br/>
        <w:t>Oświadczam, że składam niniejszy wniosek dobrowolnie i świadomie. Przelew wynagrodzenia na podany rachunek bankowy będę traktować jako pełne i skuteczne spełnienie przez Pracodawcę obowiązku wypłaty wynagrodzenia za pracę. Pracodawca nie ponosi odpowiedzialności za rozliczenia finansowe pomiędzy mną a właścicielem rachunku.</w:t>
      </w:r>
    </w:p>
    <w:p w14:paraId="2BBF5BBD" w14:textId="77777777" w:rsidR="002D15C5" w:rsidRPr="002D15C5" w:rsidRDefault="002D15C5">
      <w:pPr>
        <w:spacing w:after="160"/>
        <w:rPr>
          <w:rFonts w:cs="Calibri"/>
          <w:lang w:val="pl-PL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68"/>
        <w:gridCol w:w="4968"/>
      </w:tblGrid>
      <w:tr w:rsidR="00CF4644" w:rsidRPr="002D15C5" w14:paraId="4E36D085" w14:textId="77777777" w:rsidTr="002D15C5">
        <w:trPr>
          <w:jc w:val="center"/>
        </w:trPr>
        <w:tc>
          <w:tcPr>
            <w:tcW w:w="4968" w:type="dxa"/>
          </w:tcPr>
          <w:p w14:paraId="70CA5B47" w14:textId="77777777" w:rsidR="00CF4644" w:rsidRPr="002D15C5" w:rsidRDefault="00E72316">
            <w:pPr>
              <w:jc w:val="center"/>
              <w:rPr>
                <w:rFonts w:cs="Calibri"/>
                <w:lang w:val="pl-PL"/>
              </w:rPr>
            </w:pPr>
            <w:r w:rsidRPr="002D15C5">
              <w:rPr>
                <w:rFonts w:cs="Calibri"/>
                <w:sz w:val="20"/>
                <w:lang w:val="pl-PL"/>
              </w:rPr>
              <w:t>....................................................................</w:t>
            </w:r>
            <w:r w:rsidRPr="002D15C5">
              <w:rPr>
                <w:rFonts w:cs="Calibri"/>
                <w:sz w:val="20"/>
                <w:lang w:val="pl-PL"/>
              </w:rPr>
              <w:br/>
            </w:r>
            <w:r w:rsidRPr="002D15C5">
              <w:rPr>
                <w:rFonts w:cs="Calibri"/>
                <w:i/>
                <w:sz w:val="17"/>
                <w:lang w:val="pl-PL"/>
              </w:rPr>
              <w:t>Data i czytelny podpis Pracownika</w:t>
            </w:r>
          </w:p>
        </w:tc>
        <w:tc>
          <w:tcPr>
            <w:tcW w:w="4968" w:type="dxa"/>
          </w:tcPr>
          <w:p w14:paraId="1E1CB41F" w14:textId="77777777" w:rsidR="00CF4644" w:rsidRPr="002D15C5" w:rsidRDefault="00E72316">
            <w:pPr>
              <w:jc w:val="center"/>
              <w:rPr>
                <w:rFonts w:cs="Calibri"/>
                <w:lang w:val="pl-PL"/>
              </w:rPr>
            </w:pPr>
            <w:r w:rsidRPr="002D15C5">
              <w:rPr>
                <w:rFonts w:cs="Calibri"/>
                <w:sz w:val="20"/>
                <w:lang w:val="pl-PL"/>
              </w:rPr>
              <w:t>....................................................................</w:t>
            </w:r>
            <w:r w:rsidRPr="002D15C5">
              <w:rPr>
                <w:rFonts w:cs="Calibri"/>
                <w:sz w:val="20"/>
                <w:lang w:val="pl-PL"/>
              </w:rPr>
              <w:br/>
            </w:r>
            <w:r w:rsidRPr="002D15C5">
              <w:rPr>
                <w:rFonts w:cs="Calibri"/>
                <w:i/>
                <w:sz w:val="17"/>
                <w:lang w:val="pl-PL"/>
              </w:rPr>
              <w:t>Potwierdzenie przyjęcia / Dział Kadrowo-Płacowy</w:t>
            </w:r>
          </w:p>
        </w:tc>
      </w:tr>
      <w:tr w:rsidR="00CF4644" w:rsidRPr="002D15C5" w14:paraId="732C48D2" w14:textId="77777777">
        <w:trPr>
          <w:jc w:val="center"/>
        </w:trPr>
        <w:tc>
          <w:tcPr>
            <w:tcW w:w="4968" w:type="dxa"/>
          </w:tcPr>
          <w:p w14:paraId="27EA4E31" w14:textId="77777777" w:rsidR="00CF4644" w:rsidRPr="002D15C5" w:rsidRDefault="00CF4644">
            <w:pPr>
              <w:rPr>
                <w:rFonts w:cs="Calibri"/>
                <w:lang w:val="pl-PL"/>
              </w:rPr>
            </w:pPr>
          </w:p>
        </w:tc>
        <w:tc>
          <w:tcPr>
            <w:tcW w:w="4968" w:type="dxa"/>
          </w:tcPr>
          <w:p w14:paraId="62C67967" w14:textId="77777777" w:rsidR="00CF4644" w:rsidRPr="002D15C5" w:rsidRDefault="00CF4644">
            <w:pPr>
              <w:rPr>
                <w:rFonts w:cs="Calibri"/>
                <w:lang w:val="pl-PL"/>
              </w:rPr>
            </w:pPr>
          </w:p>
        </w:tc>
      </w:tr>
    </w:tbl>
    <w:p w14:paraId="04F2896B" w14:textId="77777777" w:rsidR="00E72316" w:rsidRPr="002D15C5" w:rsidRDefault="00E72316" w:rsidP="002D15C5">
      <w:pPr>
        <w:rPr>
          <w:rFonts w:cs="Calibri"/>
          <w:lang w:val="pl-PL"/>
        </w:rPr>
      </w:pPr>
    </w:p>
    <w:sectPr w:rsidR="00E72316" w:rsidRPr="002D15C5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54996507">
    <w:abstractNumId w:val="8"/>
  </w:num>
  <w:num w:numId="2" w16cid:durableId="651956739">
    <w:abstractNumId w:val="6"/>
  </w:num>
  <w:num w:numId="3" w16cid:durableId="1378361547">
    <w:abstractNumId w:val="5"/>
  </w:num>
  <w:num w:numId="4" w16cid:durableId="286548637">
    <w:abstractNumId w:val="4"/>
  </w:num>
  <w:num w:numId="5" w16cid:durableId="635525348">
    <w:abstractNumId w:val="7"/>
  </w:num>
  <w:num w:numId="6" w16cid:durableId="1217469245">
    <w:abstractNumId w:val="3"/>
  </w:num>
  <w:num w:numId="7" w16cid:durableId="596595394">
    <w:abstractNumId w:val="2"/>
  </w:num>
  <w:num w:numId="8" w16cid:durableId="605238211">
    <w:abstractNumId w:val="1"/>
  </w:num>
  <w:num w:numId="9" w16cid:durableId="11263118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D15C5"/>
    <w:rsid w:val="00326F90"/>
    <w:rsid w:val="005264F5"/>
    <w:rsid w:val="009B1C08"/>
    <w:rsid w:val="00AA1D8D"/>
    <w:rsid w:val="00B47730"/>
    <w:rsid w:val="00B85630"/>
    <w:rsid w:val="00CB0664"/>
    <w:rsid w:val="00CF4644"/>
    <w:rsid w:val="00D44E61"/>
    <w:rsid w:val="00DE4269"/>
    <w:rsid w:val="00E7231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D027F5"/>
  <w14:defaultImageDpi w14:val="300"/>
  <w15:docId w15:val="{5AFD7E4B-2994-4E0B-8C0D-EE943512E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Calibri" w:hAnsi="Calibri"/>
      <w:color w:val="262626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297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>Dawid</cp:lastModifiedBy>
  <cp:revision>3</cp:revision>
  <dcterms:created xsi:type="dcterms:W3CDTF">2026-10-25T16:07:00Z</dcterms:created>
  <dcterms:modified xsi:type="dcterms:W3CDTF">2026-10-25T16:12:00Z</dcterms:modified>
  <cp:category/>
</cp:coreProperties>
</file>