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206749" w:rsidRPr="004B2E82" w14:paraId="18046965" w14:textId="77777777">
        <w:trPr>
          <w:jc w:val="center"/>
        </w:trPr>
        <w:tc>
          <w:tcPr>
            <w:tcW w:w="4680" w:type="dxa"/>
          </w:tcPr>
          <w:p w14:paraId="363B43D1" w14:textId="77777777" w:rsidR="00206749" w:rsidRPr="004B2E82" w:rsidRDefault="00D4185C">
            <w:pPr>
              <w:spacing w:after="40"/>
              <w:rPr>
                <w:rFonts w:ascii="Calibri" w:hAnsi="Calibri" w:cs="Calibri"/>
                <w:lang w:val="pl-PL"/>
              </w:rPr>
            </w:pPr>
            <w:r w:rsidRPr="004B2E82">
              <w:rPr>
                <w:rFonts w:ascii="Calibri" w:hAnsi="Calibri" w:cs="Calibri"/>
                <w:b/>
                <w:sz w:val="20"/>
                <w:lang w:val="pl-PL"/>
              </w:rPr>
              <w:t>Wnioskodawca:</w:t>
            </w:r>
            <w:r w:rsidRPr="004B2E82">
              <w:rPr>
                <w:rFonts w:ascii="Calibri" w:hAnsi="Calibri" w:cs="Calibri"/>
                <w:b/>
                <w:sz w:val="20"/>
                <w:lang w:val="pl-PL"/>
              </w:rPr>
              <w:br/>
            </w:r>
          </w:p>
          <w:p w14:paraId="1AA576EE" w14:textId="73ED0CAC" w:rsidR="00206749" w:rsidRPr="004B2E82" w:rsidRDefault="00D4185C">
            <w:pPr>
              <w:spacing w:before="40" w:line="312" w:lineRule="auto"/>
              <w:rPr>
                <w:rFonts w:ascii="Calibri" w:hAnsi="Calibri" w:cs="Calibri"/>
                <w:lang w:val="pl-PL"/>
              </w:rPr>
            </w:pPr>
            <w:r w:rsidRPr="004B2E82">
              <w:rPr>
                <w:rFonts w:ascii="Calibri" w:hAnsi="Calibri" w:cs="Calibri"/>
                <w:color w:val="555555"/>
                <w:sz w:val="19"/>
                <w:lang w:val="pl-PL"/>
              </w:rPr>
              <w:t xml:space="preserve">Imię i nazwisko: </w:t>
            </w:r>
            <w:r w:rsidR="004B2E82" w:rsidRPr="004B2E82">
              <w:rPr>
                <w:rFonts w:ascii="Calibri" w:hAnsi="Calibri" w:cs="Calibri"/>
                <w:color w:val="555555"/>
                <w:sz w:val="19"/>
                <w:lang w:val="pl-PL"/>
              </w:rPr>
              <w:t>…</w:t>
            </w:r>
            <w:r w:rsidRPr="004B2E82">
              <w:rPr>
                <w:rFonts w:ascii="Calibri" w:hAnsi="Calibri" w:cs="Calibri"/>
                <w:color w:val="555555"/>
                <w:sz w:val="19"/>
                <w:lang w:val="pl-PL"/>
              </w:rPr>
              <w:t>........................................................</w:t>
            </w:r>
            <w:r w:rsidRPr="004B2E82">
              <w:rPr>
                <w:rFonts w:ascii="Calibri" w:hAnsi="Calibri" w:cs="Calibri"/>
                <w:color w:val="555555"/>
                <w:sz w:val="19"/>
                <w:lang w:val="pl-PL"/>
              </w:rPr>
              <w:br/>
              <w:t>Stanowisko/Dział: ........................................................</w:t>
            </w:r>
            <w:r w:rsidRPr="004B2E82">
              <w:rPr>
                <w:rFonts w:ascii="Calibri" w:hAnsi="Calibri" w:cs="Calibri"/>
                <w:color w:val="555555"/>
                <w:sz w:val="19"/>
                <w:lang w:val="pl-PL"/>
              </w:rPr>
              <w:br/>
              <w:t>Numer PESEL: .......................................</w:t>
            </w:r>
            <w:r w:rsidR="004B2E82" w:rsidRPr="004B2E82">
              <w:rPr>
                <w:rFonts w:ascii="Calibri" w:hAnsi="Calibri" w:cs="Calibri"/>
                <w:color w:val="555555"/>
                <w:sz w:val="19"/>
                <w:lang w:val="pl-PL"/>
              </w:rPr>
              <w:t>......</w:t>
            </w:r>
            <w:r w:rsidRPr="004B2E82">
              <w:rPr>
                <w:rFonts w:ascii="Calibri" w:hAnsi="Calibri" w:cs="Calibri"/>
                <w:color w:val="555555"/>
                <w:sz w:val="19"/>
                <w:lang w:val="pl-PL"/>
              </w:rPr>
              <w:t>.................</w:t>
            </w:r>
          </w:p>
        </w:tc>
        <w:tc>
          <w:tcPr>
            <w:tcW w:w="4680" w:type="dxa"/>
          </w:tcPr>
          <w:p w14:paraId="58D03F4F" w14:textId="77777777" w:rsidR="00206749" w:rsidRPr="004B2E82" w:rsidRDefault="00D4185C">
            <w:pPr>
              <w:spacing w:after="400"/>
              <w:jc w:val="right"/>
              <w:rPr>
                <w:rFonts w:ascii="Calibri" w:hAnsi="Calibri" w:cs="Calibri"/>
                <w:lang w:val="pl-PL"/>
              </w:rPr>
            </w:pPr>
            <w:r w:rsidRPr="004B2E82">
              <w:rPr>
                <w:rFonts w:ascii="Calibri" w:hAnsi="Calibri" w:cs="Calibri"/>
                <w:color w:val="555555"/>
                <w:sz w:val="19"/>
                <w:lang w:val="pl-PL"/>
              </w:rPr>
              <w:t>Miejscowość: ........................., dnia ................... r.</w:t>
            </w:r>
            <w:r w:rsidRPr="004B2E82">
              <w:rPr>
                <w:rFonts w:ascii="Calibri" w:hAnsi="Calibri" w:cs="Calibri"/>
                <w:color w:val="555555"/>
                <w:sz w:val="19"/>
                <w:lang w:val="pl-PL"/>
              </w:rPr>
              <w:br/>
            </w:r>
            <w:r w:rsidRPr="004B2E82">
              <w:rPr>
                <w:rFonts w:ascii="Calibri" w:hAnsi="Calibri" w:cs="Calibri"/>
                <w:color w:val="555555"/>
                <w:sz w:val="19"/>
                <w:lang w:val="pl-PL"/>
              </w:rPr>
              <w:br/>
            </w:r>
          </w:p>
          <w:p w14:paraId="4819920A" w14:textId="77777777" w:rsidR="00206749" w:rsidRPr="004B2E82" w:rsidRDefault="00D4185C">
            <w:pPr>
              <w:rPr>
                <w:rFonts w:ascii="Calibri" w:hAnsi="Calibri" w:cs="Calibri"/>
                <w:lang w:val="pl-PL"/>
              </w:rPr>
            </w:pPr>
            <w:r w:rsidRPr="004B2E82">
              <w:rPr>
                <w:rFonts w:ascii="Calibri" w:hAnsi="Calibri" w:cs="Calibri"/>
                <w:b/>
                <w:sz w:val="20"/>
                <w:lang w:val="pl-PL"/>
              </w:rPr>
              <w:t>Pracodawca:</w:t>
            </w:r>
            <w:r w:rsidRPr="004B2E82">
              <w:rPr>
                <w:rFonts w:ascii="Calibri" w:hAnsi="Calibri" w:cs="Calibri"/>
                <w:b/>
                <w:sz w:val="20"/>
                <w:lang w:val="pl-PL"/>
              </w:rPr>
              <w:br/>
            </w:r>
            <w:r w:rsidRPr="004B2E82">
              <w:rPr>
                <w:rFonts w:ascii="Calibri" w:hAnsi="Calibri" w:cs="Calibri"/>
                <w:color w:val="555555"/>
                <w:sz w:val="19"/>
                <w:lang w:val="pl-PL"/>
              </w:rPr>
              <w:t>Nazwa firmy: ........................................................</w:t>
            </w:r>
            <w:r w:rsidRPr="004B2E82">
              <w:rPr>
                <w:rFonts w:ascii="Calibri" w:hAnsi="Calibri" w:cs="Calibri"/>
                <w:color w:val="555555"/>
                <w:sz w:val="19"/>
                <w:lang w:val="pl-PL"/>
              </w:rPr>
              <w:br/>
              <w:t>Adres: ....................................................................</w:t>
            </w:r>
          </w:p>
        </w:tc>
      </w:tr>
    </w:tbl>
    <w:p w14:paraId="7C4C0069" w14:textId="77777777" w:rsidR="00206749" w:rsidRPr="004B2E82" w:rsidRDefault="00206749">
      <w:pPr>
        <w:spacing w:after="360"/>
        <w:rPr>
          <w:rFonts w:ascii="Calibri" w:hAnsi="Calibri" w:cs="Calibri"/>
          <w:lang w:val="pl-PL"/>
        </w:rPr>
      </w:pPr>
    </w:p>
    <w:p w14:paraId="0AB8A93E" w14:textId="77777777" w:rsidR="00206749" w:rsidRPr="004B2E82" w:rsidRDefault="00D4185C">
      <w:pPr>
        <w:spacing w:after="360"/>
        <w:jc w:val="center"/>
        <w:rPr>
          <w:rFonts w:ascii="Calibri" w:hAnsi="Calibri" w:cs="Calibri"/>
          <w:lang w:val="pl-PL"/>
        </w:rPr>
      </w:pPr>
      <w:r w:rsidRPr="004B2E82">
        <w:rPr>
          <w:rFonts w:ascii="Calibri" w:hAnsi="Calibri" w:cs="Calibri"/>
          <w:b/>
          <w:color w:val="111111"/>
          <w:sz w:val="32"/>
          <w:lang w:val="pl-PL"/>
        </w:rPr>
        <w:t>WNIOSEK O URLOP OPIEKUŃCZY</w:t>
      </w:r>
    </w:p>
    <w:p w14:paraId="694174FB" w14:textId="77777777" w:rsidR="00206749" w:rsidRPr="004B2E82" w:rsidRDefault="00D4185C">
      <w:pPr>
        <w:spacing w:after="480"/>
        <w:jc w:val="center"/>
        <w:rPr>
          <w:rFonts w:ascii="Calibri" w:hAnsi="Calibri" w:cs="Calibri"/>
          <w:lang w:val="pl-PL"/>
        </w:rPr>
      </w:pPr>
      <w:r w:rsidRPr="004B2E82">
        <w:rPr>
          <w:rFonts w:ascii="Calibri" w:hAnsi="Calibri" w:cs="Calibri"/>
          <w:i/>
          <w:color w:val="555555"/>
          <w:sz w:val="20"/>
          <w:lang w:val="pl-PL"/>
        </w:rPr>
        <w:t>(na podstawie art. 173¹ Kodeksu pracy)</w:t>
      </w:r>
    </w:p>
    <w:p w14:paraId="0F31A9A3" w14:textId="77777777" w:rsidR="00206749" w:rsidRPr="004B2E82" w:rsidRDefault="00D4185C">
      <w:pPr>
        <w:spacing w:after="280" w:line="300" w:lineRule="auto"/>
        <w:rPr>
          <w:rFonts w:ascii="Calibri" w:hAnsi="Calibri" w:cs="Calibri"/>
          <w:lang w:val="pl-PL"/>
        </w:rPr>
      </w:pPr>
      <w:r w:rsidRPr="004B2E82">
        <w:rPr>
          <w:rFonts w:ascii="Calibri" w:hAnsi="Calibri" w:cs="Calibri"/>
          <w:lang w:val="pl-PL"/>
        </w:rPr>
        <w:t xml:space="preserve">Proszę o udzielenie urlopu opiekuńczego w wymiarze </w:t>
      </w:r>
      <w:r w:rsidRPr="004B2E82">
        <w:rPr>
          <w:rFonts w:ascii="Calibri" w:hAnsi="Calibri" w:cs="Calibri"/>
          <w:b/>
          <w:lang w:val="pl-PL"/>
        </w:rPr>
        <w:t>...........</w:t>
      </w:r>
      <w:r w:rsidRPr="004B2E82">
        <w:rPr>
          <w:rFonts w:ascii="Calibri" w:hAnsi="Calibri" w:cs="Calibri"/>
          <w:lang w:val="pl-PL"/>
        </w:rPr>
        <w:t xml:space="preserve"> dni w okresie:</w:t>
      </w:r>
      <w:r w:rsidRPr="004B2E82">
        <w:rPr>
          <w:rFonts w:ascii="Calibri" w:hAnsi="Calibri" w:cs="Calibri"/>
          <w:lang w:val="pl-PL"/>
        </w:rPr>
        <w:br/>
      </w:r>
    </w:p>
    <w:p w14:paraId="7F458DA1" w14:textId="77777777" w:rsidR="00206749" w:rsidRPr="004B2E82" w:rsidRDefault="00D4185C">
      <w:pPr>
        <w:spacing w:after="320"/>
        <w:ind w:left="432"/>
        <w:rPr>
          <w:rFonts w:ascii="Calibri" w:hAnsi="Calibri" w:cs="Calibri"/>
          <w:lang w:val="pl-PL"/>
        </w:rPr>
      </w:pPr>
      <w:r w:rsidRPr="004B2E82">
        <w:rPr>
          <w:rFonts w:ascii="Calibri" w:hAnsi="Calibri" w:cs="Calibri"/>
          <w:lang w:val="pl-PL"/>
        </w:rPr>
        <w:t>od dnia ........................................ r. do dnia ........................................ r.</w:t>
      </w:r>
    </w:p>
    <w:p w14:paraId="2A575B44" w14:textId="77777777" w:rsidR="00206749" w:rsidRPr="004B2E82" w:rsidRDefault="00D4185C">
      <w:pPr>
        <w:spacing w:before="240" w:after="160"/>
        <w:rPr>
          <w:rFonts w:ascii="Calibri" w:hAnsi="Calibri" w:cs="Calibri"/>
          <w:lang w:val="pl-PL"/>
        </w:rPr>
      </w:pPr>
      <w:r w:rsidRPr="004B2E82">
        <w:rPr>
          <w:rFonts w:ascii="Calibri" w:hAnsi="Calibri" w:cs="Calibri"/>
          <w:b/>
          <w:sz w:val="22"/>
          <w:lang w:val="pl-PL"/>
        </w:rPr>
        <w:t>1. Dane osoby wymagającej osobistej opieki lub wsparcia: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5760"/>
      </w:tblGrid>
      <w:tr w:rsidR="00206749" w:rsidRPr="004B2E82" w14:paraId="6619D877" w14:textId="77777777">
        <w:trPr>
          <w:jc w:val="center"/>
        </w:trPr>
        <w:tc>
          <w:tcPr>
            <w:tcW w:w="3600" w:type="dxa"/>
            <w:shd w:val="clear" w:color="auto" w:fill="F9FAFB"/>
          </w:tcPr>
          <w:p w14:paraId="74550A41" w14:textId="36381774" w:rsidR="00206749" w:rsidRPr="004B2E82" w:rsidRDefault="00D4185C">
            <w:pPr>
              <w:spacing w:before="80" w:after="80"/>
              <w:rPr>
                <w:rFonts w:ascii="Calibri" w:hAnsi="Calibri" w:cs="Calibri"/>
                <w:lang w:val="pl-PL"/>
              </w:rPr>
            </w:pPr>
            <w:r w:rsidRPr="004B2E82">
              <w:rPr>
                <w:rFonts w:ascii="Calibri" w:hAnsi="Calibri" w:cs="Calibri"/>
                <w:b/>
                <w:sz w:val="19"/>
                <w:lang w:val="pl-PL"/>
              </w:rPr>
              <w:t>Imię i nazwisko osoby</w:t>
            </w:r>
            <w:r w:rsidR="004B2E82">
              <w:rPr>
                <w:rFonts w:ascii="Calibri" w:hAnsi="Calibri" w:cs="Calibri"/>
                <w:b/>
                <w:sz w:val="19"/>
                <w:lang w:val="pl-PL"/>
              </w:rPr>
              <w:t xml:space="preserve"> nad którą sprawowana jest opieka</w:t>
            </w:r>
            <w:r w:rsidRPr="004B2E82">
              <w:rPr>
                <w:rFonts w:ascii="Calibri" w:hAnsi="Calibri" w:cs="Calibri"/>
                <w:b/>
                <w:sz w:val="19"/>
                <w:lang w:val="pl-PL"/>
              </w:rPr>
              <w:t>:</w:t>
            </w:r>
          </w:p>
        </w:tc>
        <w:tc>
          <w:tcPr>
            <w:tcW w:w="5760" w:type="dxa"/>
            <w:shd w:val="clear" w:color="auto" w:fill="F9FAFB"/>
          </w:tcPr>
          <w:p w14:paraId="7D77558C" w14:textId="77777777" w:rsidR="00206749" w:rsidRPr="004B2E82" w:rsidRDefault="00D4185C">
            <w:pPr>
              <w:spacing w:before="80" w:after="80"/>
              <w:rPr>
                <w:rFonts w:ascii="Calibri" w:hAnsi="Calibri" w:cs="Calibri"/>
                <w:lang w:val="pl-PL"/>
              </w:rPr>
            </w:pPr>
            <w:r w:rsidRPr="004B2E82">
              <w:rPr>
                <w:rFonts w:ascii="Calibri" w:hAnsi="Calibri" w:cs="Calibri"/>
                <w:color w:val="444444"/>
                <w:sz w:val="19"/>
                <w:lang w:val="pl-PL"/>
              </w:rPr>
              <w:t>....................................................................................................</w:t>
            </w:r>
          </w:p>
        </w:tc>
      </w:tr>
      <w:tr w:rsidR="00206749" w:rsidRPr="004B2E82" w14:paraId="79C26811" w14:textId="77777777">
        <w:trPr>
          <w:jc w:val="center"/>
        </w:trPr>
        <w:tc>
          <w:tcPr>
            <w:tcW w:w="3600" w:type="dxa"/>
            <w:shd w:val="clear" w:color="auto" w:fill="F9FAFB"/>
          </w:tcPr>
          <w:p w14:paraId="089229C5" w14:textId="77777777" w:rsidR="00206749" w:rsidRPr="004B2E82" w:rsidRDefault="00D4185C">
            <w:pPr>
              <w:spacing w:before="80" w:after="80"/>
              <w:rPr>
                <w:rFonts w:ascii="Calibri" w:hAnsi="Calibri" w:cs="Calibri"/>
                <w:lang w:val="pl-PL"/>
              </w:rPr>
            </w:pPr>
            <w:r w:rsidRPr="004B2E82">
              <w:rPr>
                <w:rFonts w:ascii="Calibri" w:hAnsi="Calibri" w:cs="Calibri"/>
                <w:b/>
                <w:sz w:val="19"/>
                <w:lang w:val="pl-PL"/>
              </w:rPr>
              <w:t>Stopień pokrewieństwa / zamieszkanie:</w:t>
            </w:r>
          </w:p>
        </w:tc>
        <w:tc>
          <w:tcPr>
            <w:tcW w:w="5760" w:type="dxa"/>
            <w:shd w:val="clear" w:color="auto" w:fill="F9FAFB"/>
          </w:tcPr>
          <w:p w14:paraId="6A592A8E" w14:textId="77777777" w:rsidR="00206749" w:rsidRPr="004B2E82" w:rsidRDefault="00D4185C">
            <w:pPr>
              <w:spacing w:before="80" w:after="80"/>
              <w:rPr>
                <w:rFonts w:ascii="Calibri" w:hAnsi="Calibri" w:cs="Calibri"/>
                <w:lang w:val="pl-PL"/>
              </w:rPr>
            </w:pPr>
            <w:r w:rsidRPr="004B2E82">
              <w:rPr>
                <w:rFonts w:ascii="Calibri" w:hAnsi="Calibri" w:cs="Calibri"/>
                <w:color w:val="444444"/>
                <w:sz w:val="19"/>
                <w:lang w:val="pl-PL"/>
              </w:rPr>
              <w:t>[  ] małżonek   [  ] dzieci   [  ] rodzice</w:t>
            </w:r>
            <w:r w:rsidRPr="004B2E82">
              <w:rPr>
                <w:rFonts w:ascii="Calibri" w:hAnsi="Calibri" w:cs="Calibri"/>
                <w:color w:val="444444"/>
                <w:sz w:val="19"/>
                <w:lang w:val="pl-PL"/>
              </w:rPr>
              <w:br/>
              <w:t>[  ] osoba zamieszkująca w tym samym gospodarstwie domowym</w:t>
            </w:r>
          </w:p>
        </w:tc>
      </w:tr>
      <w:tr w:rsidR="00206749" w:rsidRPr="004B2E82" w14:paraId="6FF8C14C" w14:textId="77777777">
        <w:trPr>
          <w:jc w:val="center"/>
        </w:trPr>
        <w:tc>
          <w:tcPr>
            <w:tcW w:w="3600" w:type="dxa"/>
            <w:shd w:val="clear" w:color="auto" w:fill="F9FAFB"/>
          </w:tcPr>
          <w:p w14:paraId="321F5641" w14:textId="77777777" w:rsidR="00206749" w:rsidRPr="004B2E82" w:rsidRDefault="00D4185C">
            <w:pPr>
              <w:spacing w:before="80" w:after="80"/>
              <w:rPr>
                <w:rFonts w:ascii="Calibri" w:hAnsi="Calibri" w:cs="Calibri"/>
                <w:lang w:val="pl-PL"/>
              </w:rPr>
            </w:pPr>
            <w:r w:rsidRPr="004B2E82">
              <w:rPr>
                <w:rFonts w:ascii="Calibri" w:hAnsi="Calibri" w:cs="Calibri"/>
                <w:b/>
                <w:sz w:val="19"/>
                <w:lang w:val="pl-PL"/>
              </w:rPr>
              <w:t>Przyczyna konieczności opieki:</w:t>
            </w:r>
          </w:p>
        </w:tc>
        <w:tc>
          <w:tcPr>
            <w:tcW w:w="5760" w:type="dxa"/>
            <w:shd w:val="clear" w:color="auto" w:fill="F9FAFB"/>
          </w:tcPr>
          <w:p w14:paraId="2451A00F" w14:textId="77777777" w:rsidR="004B2E82" w:rsidRDefault="00D4185C" w:rsidP="004B2E82">
            <w:pPr>
              <w:spacing w:before="80" w:after="80"/>
              <w:rPr>
                <w:rFonts w:ascii="Calibri" w:hAnsi="Calibri" w:cs="Calibri"/>
                <w:color w:val="444444"/>
                <w:sz w:val="19"/>
                <w:lang w:val="pl-PL"/>
              </w:rPr>
            </w:pPr>
            <w:r w:rsidRPr="004B2E82">
              <w:rPr>
                <w:rFonts w:ascii="Calibri" w:hAnsi="Calibri" w:cs="Calibri"/>
                <w:color w:val="444444"/>
                <w:sz w:val="19"/>
                <w:lang w:val="pl-PL"/>
              </w:rPr>
              <w:t>Poważne względy medyczne / pilne przyczyny rodzinne spowodowane chorobą lub wypadkiem:</w:t>
            </w:r>
          </w:p>
          <w:p w14:paraId="773CBBAD" w14:textId="19BF5680" w:rsidR="00206749" w:rsidRPr="004B2E82" w:rsidRDefault="00D4185C" w:rsidP="004B2E82">
            <w:pPr>
              <w:spacing w:before="80" w:after="80"/>
              <w:rPr>
                <w:rFonts w:ascii="Calibri" w:hAnsi="Calibri" w:cs="Calibri"/>
                <w:lang w:val="pl-PL"/>
              </w:rPr>
            </w:pPr>
            <w:r w:rsidRPr="004B2E82">
              <w:rPr>
                <w:rFonts w:ascii="Calibri" w:hAnsi="Calibri" w:cs="Calibri"/>
                <w:color w:val="444444"/>
                <w:sz w:val="19"/>
                <w:lang w:val="pl-PL"/>
              </w:rPr>
              <w:t>....................................................................................................</w:t>
            </w:r>
            <w:r w:rsidRPr="004B2E82">
              <w:rPr>
                <w:rFonts w:ascii="Calibri" w:hAnsi="Calibri" w:cs="Calibri"/>
                <w:color w:val="444444"/>
                <w:sz w:val="19"/>
                <w:lang w:val="pl-PL"/>
              </w:rPr>
              <w:br/>
            </w:r>
            <w:r w:rsidR="004B2E82" w:rsidRPr="004B2E82">
              <w:rPr>
                <w:rFonts w:ascii="Calibri" w:hAnsi="Calibri" w:cs="Calibri"/>
                <w:color w:val="444444"/>
                <w:sz w:val="19"/>
                <w:lang w:val="pl-PL"/>
              </w:rPr>
              <w:t>...................................................................................................</w:t>
            </w:r>
            <w:r w:rsidR="004B2E82" w:rsidRPr="004B2E82">
              <w:rPr>
                <w:rFonts w:ascii="Calibri" w:hAnsi="Calibri" w:cs="Calibri"/>
                <w:color w:val="444444"/>
                <w:sz w:val="19"/>
                <w:lang w:val="pl-PL"/>
              </w:rPr>
              <w:br/>
            </w:r>
            <w:r w:rsidRPr="004B2E82">
              <w:rPr>
                <w:rFonts w:ascii="Calibri" w:hAnsi="Calibri" w:cs="Calibri"/>
                <w:color w:val="444444"/>
                <w:sz w:val="19"/>
                <w:lang w:val="pl-PL"/>
              </w:rPr>
              <w:t>....................................................................................................</w:t>
            </w:r>
          </w:p>
        </w:tc>
      </w:tr>
    </w:tbl>
    <w:p w14:paraId="351C7EB7" w14:textId="77777777" w:rsidR="00206749" w:rsidRPr="004B2E82" w:rsidRDefault="00D4185C">
      <w:pPr>
        <w:spacing w:before="320" w:after="480" w:line="288" w:lineRule="auto"/>
        <w:rPr>
          <w:rFonts w:ascii="Calibri" w:hAnsi="Calibri" w:cs="Calibri"/>
          <w:lang w:val="pl-PL"/>
        </w:rPr>
      </w:pPr>
      <w:r w:rsidRPr="004B2E82">
        <w:rPr>
          <w:rFonts w:ascii="Calibri" w:hAnsi="Calibri" w:cs="Calibri"/>
          <w:b/>
          <w:sz w:val="19"/>
          <w:lang w:val="pl-PL"/>
        </w:rPr>
        <w:t>Oświadczenie wnioskodawcy:</w:t>
      </w:r>
      <w:r w:rsidRPr="004B2E82">
        <w:rPr>
          <w:rFonts w:ascii="Calibri" w:hAnsi="Calibri" w:cs="Calibri"/>
          <w:b/>
          <w:sz w:val="19"/>
          <w:lang w:val="pl-PL"/>
        </w:rPr>
        <w:br/>
      </w:r>
      <w:r w:rsidRPr="004B2E82">
        <w:rPr>
          <w:rFonts w:ascii="Calibri" w:hAnsi="Calibri" w:cs="Calibri"/>
          <w:i/>
          <w:color w:val="555555"/>
          <w:sz w:val="18"/>
          <w:lang w:val="pl-PL"/>
        </w:rPr>
        <w:t>Oświadczam, że wyżej wymienione dane są zgodne ze stanem faktycznym, a osoba wymagająca opieki wymaga przeze mnie osobistej opieki lub wsparcia z poważnych względów medycznych.</w:t>
      </w:r>
    </w:p>
    <w:p w14:paraId="213600EF" w14:textId="77777777" w:rsidR="00206749" w:rsidRPr="004B2E82" w:rsidRDefault="00206749">
      <w:pPr>
        <w:spacing w:after="400"/>
        <w:rPr>
          <w:rFonts w:ascii="Calibri" w:hAnsi="Calibri" w:cs="Calibri"/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206749" w:rsidRPr="004B2E82" w14:paraId="4021EA62" w14:textId="77777777">
        <w:trPr>
          <w:jc w:val="center"/>
        </w:trPr>
        <w:tc>
          <w:tcPr>
            <w:tcW w:w="4680" w:type="dxa"/>
          </w:tcPr>
          <w:p w14:paraId="2FCE8B1F" w14:textId="77777777" w:rsidR="00206749" w:rsidRPr="004B2E82" w:rsidRDefault="00D4185C">
            <w:pPr>
              <w:jc w:val="center"/>
              <w:rPr>
                <w:rFonts w:ascii="Calibri" w:hAnsi="Calibri" w:cs="Calibri"/>
                <w:lang w:val="pl-PL"/>
              </w:rPr>
            </w:pPr>
            <w:r w:rsidRPr="004B2E82">
              <w:rPr>
                <w:rFonts w:ascii="Calibri" w:hAnsi="Calibri" w:cs="Calibri"/>
                <w:color w:val="888888"/>
                <w:lang w:val="pl-PL"/>
              </w:rPr>
              <w:t>.......................................................</w:t>
            </w:r>
            <w:r w:rsidRPr="004B2E82">
              <w:rPr>
                <w:rFonts w:ascii="Calibri" w:hAnsi="Calibri" w:cs="Calibri"/>
                <w:color w:val="888888"/>
                <w:lang w:val="pl-PL"/>
              </w:rPr>
              <w:br/>
            </w:r>
            <w:r w:rsidRPr="004B2E82">
              <w:rPr>
                <w:rFonts w:ascii="Calibri" w:hAnsi="Calibri" w:cs="Calibri"/>
                <w:color w:val="666666"/>
                <w:sz w:val="18"/>
                <w:lang w:val="pl-PL"/>
              </w:rPr>
              <w:t>Podpis Pracownika</w:t>
            </w:r>
          </w:p>
        </w:tc>
        <w:tc>
          <w:tcPr>
            <w:tcW w:w="4680" w:type="dxa"/>
          </w:tcPr>
          <w:p w14:paraId="21BBE3E1" w14:textId="77777777" w:rsidR="00206749" w:rsidRPr="004B2E82" w:rsidRDefault="00D4185C">
            <w:pPr>
              <w:jc w:val="center"/>
              <w:rPr>
                <w:rFonts w:ascii="Calibri" w:hAnsi="Calibri" w:cs="Calibri"/>
                <w:lang w:val="pl-PL"/>
              </w:rPr>
            </w:pPr>
            <w:r w:rsidRPr="004B2E82">
              <w:rPr>
                <w:rFonts w:ascii="Calibri" w:hAnsi="Calibri" w:cs="Calibri"/>
                <w:color w:val="888888"/>
                <w:lang w:val="pl-PL"/>
              </w:rPr>
              <w:t>.......................................................</w:t>
            </w:r>
            <w:r w:rsidRPr="004B2E82">
              <w:rPr>
                <w:rFonts w:ascii="Calibri" w:hAnsi="Calibri" w:cs="Calibri"/>
                <w:color w:val="888888"/>
                <w:lang w:val="pl-PL"/>
              </w:rPr>
              <w:br/>
            </w:r>
            <w:r w:rsidRPr="004B2E82">
              <w:rPr>
                <w:rFonts w:ascii="Calibri" w:hAnsi="Calibri" w:cs="Calibri"/>
                <w:color w:val="666666"/>
                <w:sz w:val="18"/>
                <w:lang w:val="pl-PL"/>
              </w:rPr>
              <w:t>Decyzja / Podpis Pracodawcy</w:t>
            </w:r>
          </w:p>
        </w:tc>
      </w:tr>
    </w:tbl>
    <w:p w14:paraId="70297B8E" w14:textId="77777777" w:rsidR="00D4185C" w:rsidRPr="004B2E82" w:rsidRDefault="00D4185C">
      <w:pPr>
        <w:rPr>
          <w:rFonts w:ascii="Calibri" w:hAnsi="Calibri" w:cs="Calibri"/>
          <w:lang w:val="pl-PL"/>
        </w:rPr>
      </w:pPr>
    </w:p>
    <w:sectPr w:rsidR="00D4185C" w:rsidRPr="004B2E82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87766191">
    <w:abstractNumId w:val="8"/>
  </w:num>
  <w:num w:numId="2" w16cid:durableId="155390205">
    <w:abstractNumId w:val="6"/>
  </w:num>
  <w:num w:numId="3" w16cid:durableId="734813134">
    <w:abstractNumId w:val="5"/>
  </w:num>
  <w:num w:numId="4" w16cid:durableId="1680353413">
    <w:abstractNumId w:val="4"/>
  </w:num>
  <w:num w:numId="5" w16cid:durableId="1636256471">
    <w:abstractNumId w:val="7"/>
  </w:num>
  <w:num w:numId="6" w16cid:durableId="1710180925">
    <w:abstractNumId w:val="3"/>
  </w:num>
  <w:num w:numId="7" w16cid:durableId="990450396">
    <w:abstractNumId w:val="2"/>
  </w:num>
  <w:num w:numId="8" w16cid:durableId="1872760059">
    <w:abstractNumId w:val="1"/>
  </w:num>
  <w:num w:numId="9" w16cid:durableId="987514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6749"/>
    <w:rsid w:val="0029639D"/>
    <w:rsid w:val="00326F90"/>
    <w:rsid w:val="003C03FE"/>
    <w:rsid w:val="003F7782"/>
    <w:rsid w:val="004B2E82"/>
    <w:rsid w:val="00735EE0"/>
    <w:rsid w:val="00AA1D8D"/>
    <w:rsid w:val="00B47730"/>
    <w:rsid w:val="00CB0664"/>
    <w:rsid w:val="00D4185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AF4A78"/>
  <w14:defaultImageDpi w14:val="300"/>
  <w15:docId w15:val="{ECD2B611-6B8A-4481-A949-228AA3A59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color w:val="333333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266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>Dawid</cp:lastModifiedBy>
  <cp:revision>3</cp:revision>
  <dcterms:created xsi:type="dcterms:W3CDTF">2026-10-13T18:13:00Z</dcterms:created>
  <dcterms:modified xsi:type="dcterms:W3CDTF">2026-10-13T18:16:00Z</dcterms:modified>
  <cp:category/>
</cp:coreProperties>
</file>