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680"/>
        <w:gridCol w:w="4680"/>
      </w:tblGrid>
      <w:tr w:rsidR="008C4A0F" w:rsidRPr="00A42642" w14:paraId="73E332A0" w14:textId="77777777">
        <w:trPr>
          <w:jc w:val="center"/>
        </w:trPr>
        <w:tc>
          <w:tcPr>
            <w:tcW w:w="4680" w:type="dxa"/>
          </w:tcPr>
          <w:p w14:paraId="33623515" w14:textId="77777777" w:rsidR="008C4A0F" w:rsidRPr="00A42642" w:rsidRDefault="000F47AD">
            <w:pPr>
              <w:spacing w:after="40"/>
              <w:rPr>
                <w:rFonts w:ascii="Calibri" w:hAnsi="Calibri" w:cs="Calibri"/>
                <w:lang w:val="pl-PL"/>
              </w:rPr>
            </w:pPr>
            <w:r w:rsidRPr="00A42642">
              <w:rPr>
                <w:rFonts w:ascii="Calibri" w:hAnsi="Calibri" w:cs="Calibri"/>
                <w:b/>
                <w:sz w:val="20"/>
                <w:lang w:val="pl-PL"/>
              </w:rPr>
              <w:t>Wnioskodawca:</w:t>
            </w:r>
            <w:r w:rsidRPr="00A42642">
              <w:rPr>
                <w:rFonts w:ascii="Calibri" w:hAnsi="Calibri" w:cs="Calibri"/>
                <w:b/>
                <w:sz w:val="20"/>
                <w:lang w:val="pl-PL"/>
              </w:rPr>
              <w:br/>
            </w:r>
          </w:p>
          <w:p w14:paraId="599B481C" w14:textId="77777777" w:rsidR="008C4A0F" w:rsidRPr="00A42642" w:rsidRDefault="000F47AD">
            <w:pPr>
              <w:spacing w:before="40" w:line="312" w:lineRule="auto"/>
              <w:rPr>
                <w:rFonts w:ascii="Calibri" w:hAnsi="Calibri" w:cs="Calibri"/>
                <w:lang w:val="pl-PL"/>
              </w:rPr>
            </w:pPr>
            <w:r w:rsidRPr="00A42642">
              <w:rPr>
                <w:rFonts w:ascii="Calibri" w:hAnsi="Calibri" w:cs="Calibri"/>
                <w:color w:val="555555"/>
                <w:sz w:val="19"/>
                <w:lang w:val="pl-PL"/>
              </w:rPr>
              <w:t>Imię i nazwisko: ........................................................</w:t>
            </w:r>
            <w:r w:rsidRPr="00A42642">
              <w:rPr>
                <w:rFonts w:ascii="Calibri" w:hAnsi="Calibri" w:cs="Calibri"/>
                <w:color w:val="555555"/>
                <w:sz w:val="19"/>
                <w:lang w:val="pl-PL"/>
              </w:rPr>
              <w:br/>
              <w:t>Stanowisko/Dział: ........................................................</w:t>
            </w:r>
            <w:r w:rsidRPr="00A42642">
              <w:rPr>
                <w:rFonts w:ascii="Calibri" w:hAnsi="Calibri" w:cs="Calibri"/>
                <w:color w:val="555555"/>
                <w:sz w:val="19"/>
                <w:lang w:val="pl-PL"/>
              </w:rPr>
              <w:br/>
              <w:t>Numer PESEL: ........................................................</w:t>
            </w:r>
          </w:p>
        </w:tc>
        <w:tc>
          <w:tcPr>
            <w:tcW w:w="4680" w:type="dxa"/>
          </w:tcPr>
          <w:p w14:paraId="352A4013" w14:textId="77777777" w:rsidR="008C4A0F" w:rsidRPr="00A42642" w:rsidRDefault="000F47AD">
            <w:pPr>
              <w:spacing w:after="400"/>
              <w:jc w:val="right"/>
              <w:rPr>
                <w:rFonts w:ascii="Calibri" w:hAnsi="Calibri" w:cs="Calibri"/>
                <w:lang w:val="pl-PL"/>
              </w:rPr>
            </w:pPr>
            <w:r w:rsidRPr="00A42642">
              <w:rPr>
                <w:rFonts w:ascii="Calibri" w:hAnsi="Calibri" w:cs="Calibri"/>
                <w:color w:val="555555"/>
                <w:sz w:val="19"/>
                <w:lang w:val="pl-PL"/>
              </w:rPr>
              <w:t>Miejscowość: ........................., dnia ................... r.</w:t>
            </w:r>
            <w:r w:rsidRPr="00A42642">
              <w:rPr>
                <w:rFonts w:ascii="Calibri" w:hAnsi="Calibri" w:cs="Calibri"/>
                <w:color w:val="555555"/>
                <w:sz w:val="19"/>
                <w:lang w:val="pl-PL"/>
              </w:rPr>
              <w:br/>
            </w:r>
            <w:r w:rsidRPr="00A42642">
              <w:rPr>
                <w:rFonts w:ascii="Calibri" w:hAnsi="Calibri" w:cs="Calibri"/>
                <w:color w:val="555555"/>
                <w:sz w:val="19"/>
                <w:lang w:val="pl-PL"/>
              </w:rPr>
              <w:br/>
            </w:r>
          </w:p>
          <w:p w14:paraId="30E8F3F1" w14:textId="77777777" w:rsidR="008C4A0F" w:rsidRPr="00A42642" w:rsidRDefault="000F47AD">
            <w:pPr>
              <w:rPr>
                <w:rFonts w:ascii="Calibri" w:hAnsi="Calibri" w:cs="Calibri"/>
                <w:lang w:val="pl-PL"/>
              </w:rPr>
            </w:pPr>
            <w:r w:rsidRPr="00A42642">
              <w:rPr>
                <w:rFonts w:ascii="Calibri" w:hAnsi="Calibri" w:cs="Calibri"/>
                <w:b/>
                <w:sz w:val="20"/>
                <w:lang w:val="pl-PL"/>
              </w:rPr>
              <w:t>Pracodawca:</w:t>
            </w:r>
            <w:r w:rsidRPr="00A42642">
              <w:rPr>
                <w:rFonts w:ascii="Calibri" w:hAnsi="Calibri" w:cs="Calibri"/>
                <w:b/>
                <w:sz w:val="20"/>
                <w:lang w:val="pl-PL"/>
              </w:rPr>
              <w:br/>
            </w:r>
            <w:r w:rsidRPr="00A42642">
              <w:rPr>
                <w:rFonts w:ascii="Calibri" w:hAnsi="Calibri" w:cs="Calibri"/>
                <w:color w:val="555555"/>
                <w:sz w:val="19"/>
                <w:lang w:val="pl-PL"/>
              </w:rPr>
              <w:t>Nazwa firmy: ........................................................</w:t>
            </w:r>
            <w:r w:rsidRPr="00A42642">
              <w:rPr>
                <w:rFonts w:ascii="Calibri" w:hAnsi="Calibri" w:cs="Calibri"/>
                <w:color w:val="555555"/>
                <w:sz w:val="19"/>
                <w:lang w:val="pl-PL"/>
              </w:rPr>
              <w:br/>
              <w:t>Adres: ....................................................................</w:t>
            </w:r>
          </w:p>
        </w:tc>
      </w:tr>
    </w:tbl>
    <w:p w14:paraId="6E1A084D" w14:textId="77777777" w:rsidR="008C4A0F" w:rsidRPr="00A42642" w:rsidRDefault="008C4A0F">
      <w:pPr>
        <w:spacing w:after="360"/>
        <w:rPr>
          <w:rFonts w:ascii="Calibri" w:hAnsi="Calibri" w:cs="Calibri"/>
          <w:lang w:val="pl-PL"/>
        </w:rPr>
      </w:pPr>
    </w:p>
    <w:p w14:paraId="77BD6CA1" w14:textId="77777777" w:rsidR="008C4A0F" w:rsidRPr="00A42642" w:rsidRDefault="000F47AD">
      <w:pPr>
        <w:spacing w:after="120"/>
        <w:jc w:val="center"/>
        <w:rPr>
          <w:rFonts w:ascii="Calibri" w:hAnsi="Calibri" w:cs="Calibri"/>
          <w:lang w:val="pl-PL"/>
        </w:rPr>
      </w:pPr>
      <w:r w:rsidRPr="00A42642">
        <w:rPr>
          <w:rFonts w:ascii="Calibri" w:hAnsi="Calibri" w:cs="Calibri"/>
          <w:b/>
          <w:color w:val="111111"/>
          <w:sz w:val="32"/>
          <w:lang w:val="pl-PL"/>
        </w:rPr>
        <w:t>WNIOSEK O URLOP OJCOWSKI</w:t>
      </w:r>
    </w:p>
    <w:p w14:paraId="38FD43AA" w14:textId="77777777" w:rsidR="008C4A0F" w:rsidRPr="00A42642" w:rsidRDefault="000F47AD">
      <w:pPr>
        <w:spacing w:after="440"/>
        <w:jc w:val="center"/>
        <w:rPr>
          <w:rFonts w:ascii="Calibri" w:hAnsi="Calibri" w:cs="Calibri"/>
          <w:lang w:val="pl-PL"/>
        </w:rPr>
      </w:pPr>
      <w:r w:rsidRPr="00A42642">
        <w:rPr>
          <w:rFonts w:ascii="Calibri" w:hAnsi="Calibri" w:cs="Calibri"/>
          <w:i/>
          <w:color w:val="555555"/>
          <w:sz w:val="20"/>
          <w:lang w:val="pl-PL"/>
        </w:rPr>
        <w:t>(na podstawie art. 182³ Kodeksu pracy)</w:t>
      </w:r>
    </w:p>
    <w:p w14:paraId="6719AF3E" w14:textId="77777777" w:rsidR="008C4A0F" w:rsidRPr="00A42642" w:rsidRDefault="000F47AD">
      <w:pPr>
        <w:spacing w:after="280" w:line="300" w:lineRule="auto"/>
        <w:rPr>
          <w:rFonts w:ascii="Calibri" w:hAnsi="Calibri" w:cs="Calibri"/>
          <w:lang w:val="pl-PL"/>
        </w:rPr>
      </w:pPr>
      <w:r w:rsidRPr="00A42642">
        <w:rPr>
          <w:rFonts w:ascii="Calibri" w:hAnsi="Calibri" w:cs="Calibri"/>
          <w:lang w:val="pl-PL"/>
        </w:rPr>
        <w:t>Na podstawie art. 182³ § 1 Kodeksu pracy, wnoszę o udzielenie urlopu ojcowskiego na dziecko:</w:t>
      </w:r>
      <w:r w:rsidRPr="00A42642">
        <w:rPr>
          <w:rFonts w:ascii="Calibri" w:hAnsi="Calibri" w:cs="Calibri"/>
          <w:lang w:val="pl-PL"/>
        </w:rPr>
        <w:br/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600"/>
        <w:gridCol w:w="5760"/>
      </w:tblGrid>
      <w:tr w:rsidR="008C4A0F" w:rsidRPr="00A42642" w14:paraId="7B8B8528" w14:textId="77777777">
        <w:trPr>
          <w:jc w:val="center"/>
        </w:trPr>
        <w:tc>
          <w:tcPr>
            <w:tcW w:w="3600" w:type="dxa"/>
            <w:shd w:val="clear" w:color="auto" w:fill="F9FAFB"/>
          </w:tcPr>
          <w:p w14:paraId="5F64B93C" w14:textId="77777777" w:rsidR="008C4A0F" w:rsidRPr="00A42642" w:rsidRDefault="000F47AD">
            <w:pPr>
              <w:spacing w:before="60" w:after="60"/>
              <w:rPr>
                <w:rFonts w:ascii="Calibri" w:hAnsi="Calibri" w:cs="Calibri"/>
                <w:lang w:val="pl-PL"/>
              </w:rPr>
            </w:pPr>
            <w:r w:rsidRPr="00A42642">
              <w:rPr>
                <w:rFonts w:ascii="Calibri" w:hAnsi="Calibri" w:cs="Calibri"/>
                <w:b/>
                <w:sz w:val="19"/>
                <w:lang w:val="pl-PL"/>
              </w:rPr>
              <w:t>Imię i nazwisko dziecka:</w:t>
            </w:r>
          </w:p>
        </w:tc>
        <w:tc>
          <w:tcPr>
            <w:tcW w:w="5760" w:type="dxa"/>
            <w:shd w:val="clear" w:color="auto" w:fill="F9FAFB"/>
          </w:tcPr>
          <w:p w14:paraId="3623193A" w14:textId="77777777" w:rsidR="008C4A0F" w:rsidRPr="00A42642" w:rsidRDefault="000F47AD">
            <w:pPr>
              <w:spacing w:before="60" w:after="60"/>
              <w:rPr>
                <w:rFonts w:ascii="Calibri" w:hAnsi="Calibri" w:cs="Calibri"/>
                <w:lang w:val="pl-PL"/>
              </w:rPr>
            </w:pPr>
            <w:r w:rsidRPr="00A42642">
              <w:rPr>
                <w:rFonts w:ascii="Calibri" w:hAnsi="Calibri" w:cs="Calibri"/>
                <w:color w:val="444444"/>
                <w:sz w:val="19"/>
                <w:lang w:val="pl-PL"/>
              </w:rPr>
              <w:t>....................................................................................................</w:t>
            </w:r>
          </w:p>
        </w:tc>
      </w:tr>
      <w:tr w:rsidR="008C4A0F" w:rsidRPr="00A42642" w14:paraId="74776AA2" w14:textId="77777777">
        <w:trPr>
          <w:jc w:val="center"/>
        </w:trPr>
        <w:tc>
          <w:tcPr>
            <w:tcW w:w="3600" w:type="dxa"/>
            <w:shd w:val="clear" w:color="auto" w:fill="F9FAFB"/>
          </w:tcPr>
          <w:p w14:paraId="32804D7D" w14:textId="77777777" w:rsidR="008C4A0F" w:rsidRPr="00A42642" w:rsidRDefault="000F47AD">
            <w:pPr>
              <w:spacing w:before="60" w:after="60"/>
              <w:rPr>
                <w:rFonts w:ascii="Calibri" w:hAnsi="Calibri" w:cs="Calibri"/>
                <w:lang w:val="pl-PL"/>
              </w:rPr>
            </w:pPr>
            <w:r w:rsidRPr="00A42642">
              <w:rPr>
                <w:rFonts w:ascii="Calibri" w:hAnsi="Calibri" w:cs="Calibri"/>
                <w:b/>
                <w:sz w:val="19"/>
                <w:lang w:val="pl-PL"/>
              </w:rPr>
              <w:t>Data urodzenia dziecka:</w:t>
            </w:r>
          </w:p>
        </w:tc>
        <w:tc>
          <w:tcPr>
            <w:tcW w:w="5760" w:type="dxa"/>
            <w:shd w:val="clear" w:color="auto" w:fill="F9FAFB"/>
          </w:tcPr>
          <w:p w14:paraId="7F2974EB" w14:textId="77777777" w:rsidR="008C4A0F" w:rsidRPr="00A42642" w:rsidRDefault="000F47AD">
            <w:pPr>
              <w:spacing w:before="60" w:after="60"/>
              <w:rPr>
                <w:rFonts w:ascii="Calibri" w:hAnsi="Calibri" w:cs="Calibri"/>
                <w:lang w:val="pl-PL"/>
              </w:rPr>
            </w:pPr>
            <w:r w:rsidRPr="00A42642">
              <w:rPr>
                <w:rFonts w:ascii="Calibri" w:hAnsi="Calibri" w:cs="Calibri"/>
                <w:color w:val="444444"/>
                <w:sz w:val="19"/>
                <w:lang w:val="pl-PL"/>
              </w:rPr>
              <w:t>........................................ r.</w:t>
            </w:r>
          </w:p>
        </w:tc>
      </w:tr>
    </w:tbl>
    <w:p w14:paraId="2442AE15" w14:textId="77777777" w:rsidR="008C4A0F" w:rsidRPr="00A42642" w:rsidRDefault="008C4A0F">
      <w:pPr>
        <w:rPr>
          <w:rFonts w:ascii="Calibri" w:hAnsi="Calibri" w:cs="Calibri"/>
          <w:lang w:val="pl-PL"/>
        </w:rPr>
      </w:pPr>
    </w:p>
    <w:p w14:paraId="2D1D1E64" w14:textId="77777777" w:rsidR="008C4A0F" w:rsidRPr="00A42642" w:rsidRDefault="000F47AD">
      <w:pPr>
        <w:spacing w:after="240" w:line="300" w:lineRule="auto"/>
        <w:rPr>
          <w:rFonts w:ascii="Calibri" w:hAnsi="Calibri" w:cs="Calibri"/>
          <w:lang w:val="pl-PL"/>
        </w:rPr>
      </w:pPr>
      <w:r w:rsidRPr="00A42642">
        <w:rPr>
          <w:rFonts w:ascii="Calibri" w:hAnsi="Calibri" w:cs="Calibri"/>
          <w:lang w:val="pl-PL"/>
        </w:rPr>
        <w:t xml:space="preserve">Wniosek dotyczy udzielenia urlopu ojcowskiego w wymiarze: </w:t>
      </w:r>
      <w:r w:rsidRPr="00A42642">
        <w:rPr>
          <w:rFonts w:ascii="Calibri" w:hAnsi="Calibri" w:cs="Calibri"/>
          <w:b/>
          <w:lang w:val="pl-PL"/>
        </w:rPr>
        <w:t>........... tygodnia/tygodni (max. 2 tygodnie)</w:t>
      </w:r>
      <w:r w:rsidRPr="00A42642">
        <w:rPr>
          <w:rFonts w:ascii="Calibri" w:hAnsi="Calibri" w:cs="Calibri"/>
          <w:b/>
          <w:lang w:val="pl-PL"/>
        </w:rPr>
        <w:br/>
      </w:r>
    </w:p>
    <w:p w14:paraId="5123B619" w14:textId="77777777" w:rsidR="008C4A0F" w:rsidRPr="00A42642" w:rsidRDefault="000F47AD">
      <w:pPr>
        <w:spacing w:after="320"/>
        <w:ind w:left="288"/>
        <w:rPr>
          <w:rFonts w:ascii="Calibri" w:hAnsi="Calibri" w:cs="Calibri"/>
          <w:lang w:val="pl-PL"/>
        </w:rPr>
      </w:pPr>
      <w:r w:rsidRPr="00A42642">
        <w:rPr>
          <w:rFonts w:ascii="Calibri" w:hAnsi="Calibri" w:cs="Calibri"/>
          <w:lang w:val="pl-PL"/>
        </w:rPr>
        <w:t>od dnia ........................................ r. do dnia ........................................ r. (włącznie)</w:t>
      </w:r>
    </w:p>
    <w:p w14:paraId="620DB9C4" w14:textId="77777777" w:rsidR="008C4A0F" w:rsidRPr="00A42642" w:rsidRDefault="000F47AD">
      <w:pPr>
        <w:spacing w:before="160" w:after="120"/>
        <w:rPr>
          <w:rFonts w:ascii="Calibri" w:hAnsi="Calibri" w:cs="Calibri"/>
          <w:lang w:val="pl-PL"/>
        </w:rPr>
      </w:pPr>
      <w:r w:rsidRPr="00A42642">
        <w:rPr>
          <w:rFonts w:ascii="Calibri" w:hAnsi="Calibri" w:cs="Calibri"/>
          <w:b/>
          <w:lang w:val="pl-PL"/>
        </w:rPr>
        <w:t>Oświadczenia wnioskodawcy:</w:t>
      </w:r>
    </w:p>
    <w:p w14:paraId="439C887E" w14:textId="77777777" w:rsidR="008C4A0F" w:rsidRPr="00A42642" w:rsidRDefault="000F47AD">
      <w:pPr>
        <w:spacing w:after="240" w:line="288" w:lineRule="auto"/>
        <w:rPr>
          <w:rFonts w:ascii="Calibri" w:hAnsi="Calibri" w:cs="Calibri"/>
          <w:lang w:val="pl-PL"/>
        </w:rPr>
      </w:pPr>
      <w:r w:rsidRPr="00A42642">
        <w:rPr>
          <w:rFonts w:ascii="Calibri" w:hAnsi="Calibri" w:cs="Calibri"/>
          <w:color w:val="444444"/>
          <w:sz w:val="18"/>
          <w:lang w:val="pl-PL"/>
        </w:rPr>
        <w:t>1. Oświadczam, że dotychczas [  ] wykorzystałem / [  ] nie wykorzystałem urlopu ojcowskiego w wymiarze 1 tygodnia na wyżej wymienione dziecko.</w:t>
      </w:r>
      <w:r w:rsidRPr="00A42642">
        <w:rPr>
          <w:rFonts w:ascii="Calibri" w:hAnsi="Calibri" w:cs="Calibri"/>
          <w:color w:val="444444"/>
          <w:sz w:val="18"/>
          <w:lang w:val="pl-PL"/>
        </w:rPr>
        <w:br/>
        <w:t>2. Oświadczam, że dziecko nie ukończyło 12. miesiąca życia (lub w przypadku przysposobienia: nie upłynęło 12 miesięcy od dnia uprawomocnienia się postanowienia orzekającego przysposobienie).</w:t>
      </w:r>
    </w:p>
    <w:p w14:paraId="672D2004" w14:textId="77777777" w:rsidR="008C4A0F" w:rsidRPr="00A42642" w:rsidRDefault="000F47AD">
      <w:pPr>
        <w:spacing w:before="120" w:after="320"/>
        <w:rPr>
          <w:rFonts w:ascii="Calibri" w:hAnsi="Calibri" w:cs="Calibri"/>
          <w:lang w:val="pl-PL"/>
        </w:rPr>
      </w:pPr>
      <w:r w:rsidRPr="00A42642">
        <w:rPr>
          <w:rFonts w:ascii="Calibri" w:hAnsi="Calibri" w:cs="Calibri"/>
          <w:b/>
          <w:sz w:val="19"/>
          <w:lang w:val="pl-PL"/>
        </w:rPr>
        <w:t>Załączniki do wniosku:</w:t>
      </w:r>
      <w:r w:rsidRPr="00A42642">
        <w:rPr>
          <w:rFonts w:ascii="Calibri" w:hAnsi="Calibri" w:cs="Calibri"/>
          <w:b/>
          <w:sz w:val="19"/>
          <w:lang w:val="pl-PL"/>
        </w:rPr>
        <w:br/>
      </w:r>
      <w:r w:rsidRPr="00A42642">
        <w:rPr>
          <w:rFonts w:ascii="Calibri" w:hAnsi="Calibri" w:cs="Calibri"/>
          <w:color w:val="555555"/>
          <w:sz w:val="18"/>
          <w:lang w:val="pl-PL"/>
        </w:rPr>
        <w:t>1. Skrócony odpis aktu urodzenia dziecka (lub ojczystego aktu urodzenia dziecka z tłumaczeniem).</w:t>
      </w:r>
      <w:r w:rsidRPr="00A42642">
        <w:rPr>
          <w:rFonts w:ascii="Calibri" w:hAnsi="Calibri" w:cs="Calibri"/>
          <w:color w:val="555555"/>
          <w:sz w:val="18"/>
          <w:lang w:val="pl-PL"/>
        </w:rPr>
        <w:br/>
        <w:t>2. Oświadczenie, czy urlop ojcowski został wcześniej wykorzystany w części.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680"/>
        <w:gridCol w:w="4680"/>
      </w:tblGrid>
      <w:tr w:rsidR="008C4A0F" w:rsidRPr="00A42642" w14:paraId="35F98BEF" w14:textId="77777777">
        <w:trPr>
          <w:jc w:val="center"/>
        </w:trPr>
        <w:tc>
          <w:tcPr>
            <w:tcW w:w="4680" w:type="dxa"/>
          </w:tcPr>
          <w:p w14:paraId="493215EA" w14:textId="77777777" w:rsidR="008C4A0F" w:rsidRPr="00A42642" w:rsidRDefault="000F47AD">
            <w:pPr>
              <w:jc w:val="center"/>
              <w:rPr>
                <w:rFonts w:ascii="Calibri" w:hAnsi="Calibri" w:cs="Calibri"/>
                <w:lang w:val="pl-PL"/>
              </w:rPr>
            </w:pPr>
            <w:r w:rsidRPr="00A42642">
              <w:rPr>
                <w:rFonts w:ascii="Calibri" w:hAnsi="Calibri" w:cs="Calibri"/>
                <w:color w:val="888888"/>
                <w:lang w:val="pl-PL"/>
              </w:rPr>
              <w:t>.......................................................</w:t>
            </w:r>
            <w:r w:rsidRPr="00A42642">
              <w:rPr>
                <w:rFonts w:ascii="Calibri" w:hAnsi="Calibri" w:cs="Calibri"/>
                <w:color w:val="888888"/>
                <w:lang w:val="pl-PL"/>
              </w:rPr>
              <w:br/>
            </w:r>
            <w:r w:rsidRPr="00A42642">
              <w:rPr>
                <w:rFonts w:ascii="Calibri" w:hAnsi="Calibri" w:cs="Calibri"/>
                <w:color w:val="666666"/>
                <w:sz w:val="18"/>
                <w:lang w:val="pl-PL"/>
              </w:rPr>
              <w:t>Podpis Pracownika (Ojca)</w:t>
            </w:r>
          </w:p>
        </w:tc>
        <w:tc>
          <w:tcPr>
            <w:tcW w:w="4680" w:type="dxa"/>
          </w:tcPr>
          <w:p w14:paraId="217F9165" w14:textId="77777777" w:rsidR="008C4A0F" w:rsidRPr="00A42642" w:rsidRDefault="000F47AD">
            <w:pPr>
              <w:jc w:val="center"/>
              <w:rPr>
                <w:rFonts w:ascii="Calibri" w:hAnsi="Calibri" w:cs="Calibri"/>
                <w:lang w:val="pl-PL"/>
              </w:rPr>
            </w:pPr>
            <w:r w:rsidRPr="00A42642">
              <w:rPr>
                <w:rFonts w:ascii="Calibri" w:hAnsi="Calibri" w:cs="Calibri"/>
                <w:color w:val="888888"/>
                <w:lang w:val="pl-PL"/>
              </w:rPr>
              <w:t>.......................................................</w:t>
            </w:r>
            <w:r w:rsidRPr="00A42642">
              <w:rPr>
                <w:rFonts w:ascii="Calibri" w:hAnsi="Calibri" w:cs="Calibri"/>
                <w:color w:val="888888"/>
                <w:lang w:val="pl-PL"/>
              </w:rPr>
              <w:br/>
            </w:r>
            <w:r w:rsidRPr="00A42642">
              <w:rPr>
                <w:rFonts w:ascii="Calibri" w:hAnsi="Calibri" w:cs="Calibri"/>
                <w:color w:val="666666"/>
                <w:sz w:val="18"/>
                <w:lang w:val="pl-PL"/>
              </w:rPr>
              <w:t>Decyzja / Podpis Pracodawcy</w:t>
            </w:r>
          </w:p>
        </w:tc>
      </w:tr>
    </w:tbl>
    <w:p w14:paraId="417A2B29" w14:textId="77777777" w:rsidR="000F47AD" w:rsidRPr="00A42642" w:rsidRDefault="000F47AD">
      <w:pPr>
        <w:rPr>
          <w:rFonts w:ascii="Calibri" w:hAnsi="Calibri" w:cs="Calibri"/>
          <w:lang w:val="pl-PL"/>
        </w:rPr>
      </w:pPr>
    </w:p>
    <w:sectPr w:rsidR="000F47AD" w:rsidRPr="00A42642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518274859">
    <w:abstractNumId w:val="8"/>
  </w:num>
  <w:num w:numId="2" w16cid:durableId="1331981689">
    <w:abstractNumId w:val="6"/>
  </w:num>
  <w:num w:numId="3" w16cid:durableId="1719234181">
    <w:abstractNumId w:val="5"/>
  </w:num>
  <w:num w:numId="4" w16cid:durableId="523371998">
    <w:abstractNumId w:val="4"/>
  </w:num>
  <w:num w:numId="5" w16cid:durableId="1272278971">
    <w:abstractNumId w:val="7"/>
  </w:num>
  <w:num w:numId="6" w16cid:durableId="114176046">
    <w:abstractNumId w:val="3"/>
  </w:num>
  <w:num w:numId="7" w16cid:durableId="736128968">
    <w:abstractNumId w:val="2"/>
  </w:num>
  <w:num w:numId="8" w16cid:durableId="124546258">
    <w:abstractNumId w:val="1"/>
  </w:num>
  <w:num w:numId="9" w16cid:durableId="6643585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F47AD"/>
    <w:rsid w:val="0015074B"/>
    <w:rsid w:val="0029639D"/>
    <w:rsid w:val="00326F90"/>
    <w:rsid w:val="00413D9E"/>
    <w:rsid w:val="00650205"/>
    <w:rsid w:val="008C4A0F"/>
    <w:rsid w:val="00A42642"/>
    <w:rsid w:val="00AA1D8D"/>
    <w:rsid w:val="00AA3A9A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D8C3CF1"/>
  <w14:defaultImageDpi w14:val="300"/>
  <w15:docId w15:val="{CF4C45E2-E570-466F-A3AF-5D062E29A2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rPr>
      <w:rFonts w:ascii="Arial" w:hAnsi="Arial"/>
      <w:color w:val="333333"/>
      <w:sz w:val="21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252</Words>
  <Characters>1512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1761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>generated by python-docx</dc:description>
  <cp:lastModifiedBy>Dawid</cp:lastModifiedBy>
  <cp:revision>3</cp:revision>
  <dcterms:created xsi:type="dcterms:W3CDTF">2026-10-14T18:30:00Z</dcterms:created>
  <dcterms:modified xsi:type="dcterms:W3CDTF">2026-10-14T18:32:00Z</dcterms:modified>
  <cp:category/>
</cp:coreProperties>
</file>