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8243E" w:rsidRPr="00C939C5" w14:paraId="6F4D908B" w14:textId="77777777">
        <w:trPr>
          <w:jc w:val="center"/>
        </w:trPr>
        <w:tc>
          <w:tcPr>
            <w:tcW w:w="4680" w:type="dxa"/>
          </w:tcPr>
          <w:p w14:paraId="19A22E9B" w14:textId="77777777" w:rsidR="0038243E" w:rsidRPr="00C939C5" w:rsidRDefault="006F7677">
            <w:pPr>
              <w:spacing w:after="4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b/>
                <w:sz w:val="20"/>
                <w:lang w:val="pl-PL"/>
              </w:rPr>
              <w:t>Wnioskodawca:</w:t>
            </w:r>
            <w:r w:rsidRPr="00C939C5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7DE2BA90" w14:textId="77777777" w:rsidR="0038243E" w:rsidRPr="00C939C5" w:rsidRDefault="006F7677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t>Imię i nazwisko: ........................................................</w:t>
            </w: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7E1C1760" w14:textId="77777777" w:rsidR="0038243E" w:rsidRPr="00C939C5" w:rsidRDefault="006F7677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16B9C1D4" w14:textId="77777777" w:rsidR="0038243E" w:rsidRPr="00C939C5" w:rsidRDefault="006F7677">
            <w:pPr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C939C5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C939C5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11F7A606" w14:textId="77777777" w:rsidR="0038243E" w:rsidRPr="00C939C5" w:rsidRDefault="006F7677">
      <w:pPr>
        <w:spacing w:after="80"/>
        <w:jc w:val="center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b/>
          <w:color w:val="111111"/>
          <w:sz w:val="30"/>
          <w:lang w:val="pl-PL"/>
        </w:rPr>
        <w:t>WNIOSEK O INDYWIDUALNY ROZKŁAD CZASU PRACY</w:t>
      </w:r>
    </w:p>
    <w:p w14:paraId="64A8E9AD" w14:textId="77777777" w:rsidR="0038243E" w:rsidRPr="00C939C5" w:rsidRDefault="006F7677">
      <w:pPr>
        <w:spacing w:after="440"/>
        <w:jc w:val="center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i/>
          <w:color w:val="555555"/>
          <w:sz w:val="19"/>
          <w:lang w:val="pl-PL"/>
        </w:rPr>
        <w:t>(na podstawie art. 142 Kodeksu pracy / elastyczna organizacja pracy art. 188¹ KP)</w:t>
      </w:r>
    </w:p>
    <w:p w14:paraId="3F198636" w14:textId="77777777" w:rsidR="0038243E" w:rsidRPr="00C939C5" w:rsidRDefault="006F7677">
      <w:pPr>
        <w:spacing w:after="240" w:line="300" w:lineRule="auto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lang w:val="pl-PL"/>
        </w:rPr>
        <w:t>Na podstawie przepisów Kodeksu pracy wnoszę o ustalenie indywidualnego rozkładu czasu pracy w okresie:</w:t>
      </w:r>
      <w:r w:rsidRPr="00C939C5">
        <w:rPr>
          <w:rFonts w:ascii="Calibri" w:hAnsi="Calibri" w:cs="Calibri"/>
          <w:lang w:val="pl-PL"/>
        </w:rPr>
        <w:br/>
      </w:r>
    </w:p>
    <w:p w14:paraId="513EA2D4" w14:textId="77777777" w:rsidR="0038243E" w:rsidRPr="00C939C5" w:rsidRDefault="006F7677">
      <w:pPr>
        <w:spacing w:after="280"/>
        <w:ind w:left="288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lang w:val="pl-PL"/>
        </w:rPr>
        <w:t>od dnia ........................................ r. do dnia ........................................ r. (lub na czas nieokreślony)</w:t>
      </w:r>
    </w:p>
    <w:p w14:paraId="6AF9775B" w14:textId="77777777" w:rsidR="0038243E" w:rsidRPr="00C939C5" w:rsidRDefault="006F7677">
      <w:pPr>
        <w:spacing w:before="80" w:after="160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b/>
          <w:lang w:val="pl-PL"/>
        </w:rPr>
        <w:t>Proponowany indywidualny rozkład godzin pracy: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2880"/>
        <w:gridCol w:w="2880"/>
      </w:tblGrid>
      <w:tr w:rsidR="0038243E" w:rsidRPr="00C939C5" w14:paraId="3E7EF6C3" w14:textId="77777777">
        <w:trPr>
          <w:jc w:val="center"/>
        </w:trPr>
        <w:tc>
          <w:tcPr>
            <w:tcW w:w="3600" w:type="dxa"/>
            <w:shd w:val="clear" w:color="auto" w:fill="E2E8F0"/>
          </w:tcPr>
          <w:p w14:paraId="7F64BDD0" w14:textId="77777777" w:rsidR="0038243E" w:rsidRPr="00C939C5" w:rsidRDefault="006F7677">
            <w:pPr>
              <w:spacing w:before="80" w:after="8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b/>
                <w:sz w:val="19"/>
                <w:lang w:val="pl-PL"/>
              </w:rPr>
              <w:t>Dzień tygodnia</w:t>
            </w:r>
          </w:p>
        </w:tc>
        <w:tc>
          <w:tcPr>
            <w:tcW w:w="2880" w:type="dxa"/>
            <w:shd w:val="clear" w:color="auto" w:fill="E2E8F0"/>
          </w:tcPr>
          <w:p w14:paraId="56D2DA29" w14:textId="77777777" w:rsidR="0038243E" w:rsidRPr="00C939C5" w:rsidRDefault="006F7677">
            <w:pPr>
              <w:spacing w:before="80" w:after="8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b/>
                <w:sz w:val="19"/>
                <w:lang w:val="pl-PL"/>
              </w:rPr>
              <w:t>Godziny pracy (od - do)</w:t>
            </w:r>
          </w:p>
        </w:tc>
        <w:tc>
          <w:tcPr>
            <w:tcW w:w="2880" w:type="dxa"/>
            <w:shd w:val="clear" w:color="auto" w:fill="E2E8F0"/>
          </w:tcPr>
          <w:p w14:paraId="72082BA3" w14:textId="77777777" w:rsidR="0038243E" w:rsidRPr="00C939C5" w:rsidRDefault="006F7677">
            <w:pPr>
              <w:spacing w:before="80" w:after="8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b/>
                <w:sz w:val="19"/>
                <w:lang w:val="pl-PL"/>
              </w:rPr>
              <w:t>Wymiar dobowy (h)</w:t>
            </w:r>
          </w:p>
        </w:tc>
      </w:tr>
      <w:tr w:rsidR="0038243E" w:rsidRPr="00C939C5" w14:paraId="19F1FDD2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27CD7C12" w14:textId="77777777" w:rsidR="0038243E" w:rsidRPr="00C939C5" w:rsidRDefault="006F7677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sz w:val="19"/>
                <w:lang w:val="pl-PL"/>
              </w:rPr>
              <w:t>Poniedziałek</w:t>
            </w:r>
          </w:p>
        </w:tc>
        <w:tc>
          <w:tcPr>
            <w:tcW w:w="2880" w:type="dxa"/>
            <w:shd w:val="clear" w:color="auto" w:fill="F9FAFB"/>
          </w:tcPr>
          <w:p w14:paraId="111D813A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..... : ..... – ..... : .....</w:t>
            </w:r>
          </w:p>
        </w:tc>
        <w:tc>
          <w:tcPr>
            <w:tcW w:w="2880" w:type="dxa"/>
            <w:shd w:val="clear" w:color="auto" w:fill="F9FAFB"/>
          </w:tcPr>
          <w:p w14:paraId="33F35ADF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8 h</w:t>
            </w:r>
          </w:p>
        </w:tc>
      </w:tr>
      <w:tr w:rsidR="0038243E" w:rsidRPr="00C939C5" w14:paraId="49E489BB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73A32ED6" w14:textId="77777777" w:rsidR="0038243E" w:rsidRPr="00C939C5" w:rsidRDefault="006F7677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sz w:val="19"/>
                <w:lang w:val="pl-PL"/>
              </w:rPr>
              <w:t>Wtorek</w:t>
            </w:r>
          </w:p>
        </w:tc>
        <w:tc>
          <w:tcPr>
            <w:tcW w:w="2880" w:type="dxa"/>
            <w:shd w:val="clear" w:color="auto" w:fill="F9FAFB"/>
          </w:tcPr>
          <w:p w14:paraId="5648C7DE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..... : ..... – ..... : .....</w:t>
            </w:r>
          </w:p>
        </w:tc>
        <w:tc>
          <w:tcPr>
            <w:tcW w:w="2880" w:type="dxa"/>
            <w:shd w:val="clear" w:color="auto" w:fill="F9FAFB"/>
          </w:tcPr>
          <w:p w14:paraId="412880DE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8 h</w:t>
            </w:r>
          </w:p>
        </w:tc>
      </w:tr>
      <w:tr w:rsidR="0038243E" w:rsidRPr="00C939C5" w14:paraId="09D4F48B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5F84B6E7" w14:textId="77777777" w:rsidR="0038243E" w:rsidRPr="00C939C5" w:rsidRDefault="006F7677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sz w:val="19"/>
                <w:lang w:val="pl-PL"/>
              </w:rPr>
              <w:t>Środa</w:t>
            </w:r>
          </w:p>
        </w:tc>
        <w:tc>
          <w:tcPr>
            <w:tcW w:w="2880" w:type="dxa"/>
            <w:shd w:val="clear" w:color="auto" w:fill="F9FAFB"/>
          </w:tcPr>
          <w:p w14:paraId="0169B24F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..... : ..... – ..... : .....</w:t>
            </w:r>
          </w:p>
        </w:tc>
        <w:tc>
          <w:tcPr>
            <w:tcW w:w="2880" w:type="dxa"/>
            <w:shd w:val="clear" w:color="auto" w:fill="F9FAFB"/>
          </w:tcPr>
          <w:p w14:paraId="4EEA33E0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8 h</w:t>
            </w:r>
          </w:p>
        </w:tc>
      </w:tr>
      <w:tr w:rsidR="0038243E" w:rsidRPr="00C939C5" w14:paraId="25183210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49B6211B" w14:textId="77777777" w:rsidR="0038243E" w:rsidRPr="00C939C5" w:rsidRDefault="006F7677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sz w:val="19"/>
                <w:lang w:val="pl-PL"/>
              </w:rPr>
              <w:t>Czwartek</w:t>
            </w:r>
          </w:p>
        </w:tc>
        <w:tc>
          <w:tcPr>
            <w:tcW w:w="2880" w:type="dxa"/>
            <w:shd w:val="clear" w:color="auto" w:fill="F9FAFB"/>
          </w:tcPr>
          <w:p w14:paraId="6B20F3E1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..... : ..... – ..... : .....</w:t>
            </w:r>
          </w:p>
        </w:tc>
        <w:tc>
          <w:tcPr>
            <w:tcW w:w="2880" w:type="dxa"/>
            <w:shd w:val="clear" w:color="auto" w:fill="F9FAFB"/>
          </w:tcPr>
          <w:p w14:paraId="6A38EE3B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8 h</w:t>
            </w:r>
          </w:p>
        </w:tc>
      </w:tr>
      <w:tr w:rsidR="0038243E" w:rsidRPr="00C939C5" w14:paraId="7712ADFB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2C45677B" w14:textId="77777777" w:rsidR="0038243E" w:rsidRPr="00C939C5" w:rsidRDefault="006F7677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sz w:val="19"/>
                <w:lang w:val="pl-PL"/>
              </w:rPr>
              <w:t>Piątek</w:t>
            </w:r>
          </w:p>
        </w:tc>
        <w:tc>
          <w:tcPr>
            <w:tcW w:w="2880" w:type="dxa"/>
            <w:shd w:val="clear" w:color="auto" w:fill="F9FAFB"/>
          </w:tcPr>
          <w:p w14:paraId="7D9FA116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..... : ..... – ..... : .....</w:t>
            </w:r>
          </w:p>
        </w:tc>
        <w:tc>
          <w:tcPr>
            <w:tcW w:w="2880" w:type="dxa"/>
            <w:shd w:val="clear" w:color="auto" w:fill="F9FAFB"/>
          </w:tcPr>
          <w:p w14:paraId="6FF3CD2A" w14:textId="77777777" w:rsidR="0038243E" w:rsidRPr="00C939C5" w:rsidRDefault="006F7677">
            <w:pPr>
              <w:spacing w:before="60" w:after="60"/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666666"/>
                <w:lang w:val="pl-PL"/>
              </w:rPr>
              <w:t>8 h</w:t>
            </w:r>
          </w:p>
        </w:tc>
      </w:tr>
    </w:tbl>
    <w:p w14:paraId="22A95B6A" w14:textId="77777777" w:rsidR="0038243E" w:rsidRPr="00C939C5" w:rsidRDefault="0038243E">
      <w:pPr>
        <w:rPr>
          <w:rFonts w:ascii="Calibri" w:hAnsi="Calibri" w:cs="Calibri"/>
          <w:lang w:val="pl-PL"/>
        </w:rPr>
      </w:pPr>
    </w:p>
    <w:p w14:paraId="5624B445" w14:textId="77777777" w:rsidR="0038243E" w:rsidRPr="00C939C5" w:rsidRDefault="006F7677">
      <w:pPr>
        <w:spacing w:before="80" w:after="120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b/>
          <w:lang w:val="pl-PL"/>
        </w:rPr>
        <w:t>Uzasadnienie wniosku: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38243E" w:rsidRPr="00C939C5" w14:paraId="6A88846D" w14:textId="77777777">
        <w:trPr>
          <w:jc w:val="center"/>
        </w:trPr>
        <w:tc>
          <w:tcPr>
            <w:tcW w:w="9360" w:type="dxa"/>
            <w:shd w:val="clear" w:color="auto" w:fill="F9FAFB"/>
          </w:tcPr>
          <w:p w14:paraId="59248ED6" w14:textId="77777777" w:rsidR="0038243E" w:rsidRPr="00C939C5" w:rsidRDefault="006F7677">
            <w:pPr>
              <w:spacing w:before="120" w:after="120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b/>
                <w:sz w:val="19"/>
                <w:lang w:val="pl-PL"/>
              </w:rPr>
              <w:t>Przyczyna zmiany rozkładu czasu pracy (np. względy osobiste, opiekuna dziecka, dojazdy do pracy, nauka itp.):</w:t>
            </w:r>
            <w:r w:rsidRPr="00C939C5">
              <w:rPr>
                <w:rFonts w:ascii="Calibri" w:hAnsi="Calibri" w:cs="Calibri"/>
                <w:b/>
                <w:sz w:val="19"/>
                <w:lang w:val="pl-PL"/>
              </w:rPr>
              <w:br/>
            </w:r>
            <w:r w:rsidRPr="00C939C5">
              <w:rPr>
                <w:rFonts w:ascii="Calibri" w:hAnsi="Calibri" w:cs="Calibri"/>
                <w:color w:val="666666"/>
                <w:lang w:val="pl-PL"/>
              </w:rPr>
              <w:t>.......................................................................................................................................................</w:t>
            </w:r>
            <w:r w:rsidRPr="00C939C5">
              <w:rPr>
                <w:rFonts w:ascii="Calibri" w:hAnsi="Calibri" w:cs="Calibri"/>
                <w:color w:val="666666"/>
                <w:lang w:val="pl-PL"/>
              </w:rPr>
              <w:br/>
              <w:t>.......................................................................................................................................................</w:t>
            </w:r>
          </w:p>
        </w:tc>
      </w:tr>
    </w:tbl>
    <w:p w14:paraId="124D3DE4" w14:textId="77777777" w:rsidR="0038243E" w:rsidRPr="00C939C5" w:rsidRDefault="006F7677">
      <w:pPr>
        <w:spacing w:before="240" w:after="400" w:line="288" w:lineRule="auto"/>
        <w:rPr>
          <w:rFonts w:ascii="Calibri" w:hAnsi="Calibri" w:cs="Calibri"/>
          <w:lang w:val="pl-PL"/>
        </w:rPr>
      </w:pPr>
      <w:r w:rsidRPr="00C939C5">
        <w:rPr>
          <w:rFonts w:ascii="Calibri" w:hAnsi="Calibri" w:cs="Calibri"/>
          <w:b/>
          <w:sz w:val="18"/>
          <w:lang w:val="pl-PL"/>
        </w:rPr>
        <w:t>Informacja prawna:</w:t>
      </w:r>
      <w:r w:rsidRPr="00C939C5">
        <w:rPr>
          <w:rFonts w:ascii="Calibri" w:hAnsi="Calibri" w:cs="Calibri"/>
          <w:b/>
          <w:sz w:val="18"/>
          <w:lang w:val="pl-PL"/>
        </w:rPr>
        <w:br/>
      </w:r>
      <w:r w:rsidRPr="00C939C5">
        <w:rPr>
          <w:rFonts w:ascii="Calibri" w:hAnsi="Calibri" w:cs="Calibri"/>
          <w:i/>
          <w:color w:val="555555"/>
          <w:sz w:val="17"/>
          <w:lang w:val="pl-PL"/>
        </w:rPr>
        <w:t>1. Indywidualny rozkład czasu pracy ustalany jest na pisemny wniosek pracownika w ramach systemu czasu pracy, którym pracownik jest objęty (art. 142 KP).</w:t>
      </w:r>
      <w:r w:rsidRPr="00C939C5">
        <w:rPr>
          <w:rFonts w:ascii="Calibri" w:hAnsi="Calibri" w:cs="Calibri"/>
          <w:i/>
          <w:color w:val="555555"/>
          <w:sz w:val="17"/>
          <w:lang w:val="pl-PL"/>
        </w:rPr>
        <w:br/>
        <w:t>2. W przypadku wniosku składanego w ramach elastycznej organizacji pracy (art. 188¹ KP - opieka nad dzieckiem do lat 8) pracodawca rozpatruje wniosek uwzględniając potrzeby pracownika oraz możliwości organizacji pracy.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38243E" w:rsidRPr="00C939C5" w14:paraId="76E9045C" w14:textId="77777777">
        <w:trPr>
          <w:jc w:val="center"/>
        </w:trPr>
        <w:tc>
          <w:tcPr>
            <w:tcW w:w="4680" w:type="dxa"/>
          </w:tcPr>
          <w:p w14:paraId="384C03B5" w14:textId="77777777" w:rsidR="0038243E" w:rsidRPr="00C939C5" w:rsidRDefault="006F7677">
            <w:pPr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C939C5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C939C5">
              <w:rPr>
                <w:rFonts w:ascii="Calibri" w:hAnsi="Calibri" w:cs="Calibri"/>
                <w:color w:val="666666"/>
                <w:sz w:val="18"/>
                <w:lang w:val="pl-PL"/>
              </w:rPr>
              <w:t>Podpis Pracownika</w:t>
            </w:r>
          </w:p>
        </w:tc>
        <w:tc>
          <w:tcPr>
            <w:tcW w:w="4680" w:type="dxa"/>
          </w:tcPr>
          <w:p w14:paraId="57371337" w14:textId="77777777" w:rsidR="0038243E" w:rsidRPr="00C939C5" w:rsidRDefault="006F7677">
            <w:pPr>
              <w:jc w:val="center"/>
              <w:rPr>
                <w:rFonts w:ascii="Calibri" w:hAnsi="Calibri" w:cs="Calibri"/>
                <w:lang w:val="pl-PL"/>
              </w:rPr>
            </w:pPr>
            <w:r w:rsidRPr="00C939C5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C939C5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C939C5">
              <w:rPr>
                <w:rFonts w:ascii="Calibri" w:hAnsi="Calibri" w:cs="Calibri"/>
                <w:color w:val="666666"/>
                <w:sz w:val="18"/>
                <w:lang w:val="pl-PL"/>
              </w:rPr>
              <w:t>Decyzja / Podpis Pracodawcy</w:t>
            </w:r>
          </w:p>
        </w:tc>
      </w:tr>
    </w:tbl>
    <w:p w14:paraId="64594664" w14:textId="77777777" w:rsidR="006F7677" w:rsidRPr="00C939C5" w:rsidRDefault="006F7677">
      <w:pPr>
        <w:rPr>
          <w:rFonts w:ascii="Calibri" w:hAnsi="Calibri" w:cs="Calibri"/>
          <w:lang w:val="pl-PL"/>
        </w:rPr>
      </w:pPr>
    </w:p>
    <w:sectPr w:rsidR="006F7677" w:rsidRPr="00C939C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7809413">
    <w:abstractNumId w:val="8"/>
  </w:num>
  <w:num w:numId="2" w16cid:durableId="1060132544">
    <w:abstractNumId w:val="6"/>
  </w:num>
  <w:num w:numId="3" w16cid:durableId="135807568">
    <w:abstractNumId w:val="5"/>
  </w:num>
  <w:num w:numId="4" w16cid:durableId="1444765951">
    <w:abstractNumId w:val="4"/>
  </w:num>
  <w:num w:numId="5" w16cid:durableId="478690849">
    <w:abstractNumId w:val="7"/>
  </w:num>
  <w:num w:numId="6" w16cid:durableId="1016427231">
    <w:abstractNumId w:val="3"/>
  </w:num>
  <w:num w:numId="7" w16cid:durableId="2061857283">
    <w:abstractNumId w:val="2"/>
  </w:num>
  <w:num w:numId="8" w16cid:durableId="720639276">
    <w:abstractNumId w:val="1"/>
  </w:num>
  <w:num w:numId="9" w16cid:durableId="870722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243E"/>
    <w:rsid w:val="00382DB1"/>
    <w:rsid w:val="00543237"/>
    <w:rsid w:val="006F7677"/>
    <w:rsid w:val="00AA1D8D"/>
    <w:rsid w:val="00B47730"/>
    <w:rsid w:val="00C939C5"/>
    <w:rsid w:val="00C95D5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A573E"/>
  <w14:defaultImageDpi w14:val="300"/>
  <w15:docId w15:val="{001F8859-3526-4087-9AD1-769761A1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4</cp:revision>
  <dcterms:created xsi:type="dcterms:W3CDTF">2026-10-18T19:06:00Z</dcterms:created>
  <dcterms:modified xsi:type="dcterms:W3CDTF">2026-10-18T19:08:00Z</dcterms:modified>
  <cp:category/>
</cp:coreProperties>
</file>