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60"/>
        <w:gridCol w:w="4700"/>
      </w:tblGrid>
      <w:tr w:rsidR="00572473" w:rsidRPr="000D63AD" w14:paraId="60C5DF12" w14:textId="77777777" w:rsidTr="00CF52DA">
        <w:trPr>
          <w:jc w:val="center"/>
        </w:trPr>
        <w:tc>
          <w:tcPr>
            <w:tcW w:w="4660" w:type="dxa"/>
          </w:tcPr>
          <w:p w14:paraId="723FE402" w14:textId="77777777" w:rsidR="00572473" w:rsidRPr="000D63AD" w:rsidRDefault="00572473">
            <w:pPr>
              <w:rPr>
                <w:rFonts w:cs="Calibri"/>
                <w:lang w:val="pl-PL"/>
              </w:rPr>
            </w:pPr>
          </w:p>
        </w:tc>
        <w:tc>
          <w:tcPr>
            <w:tcW w:w="4700" w:type="dxa"/>
          </w:tcPr>
          <w:p w14:paraId="181B0CC7" w14:textId="77777777" w:rsidR="00572473" w:rsidRPr="000D63AD" w:rsidRDefault="009A287E">
            <w:pPr>
              <w:jc w:val="right"/>
              <w:rPr>
                <w:rFonts w:cs="Calibri"/>
                <w:lang w:val="pl-PL"/>
              </w:rPr>
            </w:pPr>
            <w:r w:rsidRPr="000D63AD">
              <w:rPr>
                <w:rFonts w:cs="Calibri"/>
                <w:color w:val="555555"/>
                <w:sz w:val="19"/>
                <w:lang w:val="pl-PL"/>
              </w:rPr>
              <w:t>Miejscowość: .............................., dnia .................... r.</w:t>
            </w:r>
          </w:p>
        </w:tc>
      </w:tr>
      <w:tr w:rsidR="00572473" w:rsidRPr="000D63AD" w14:paraId="2D104526" w14:textId="77777777" w:rsidTr="00CF52DA">
        <w:trPr>
          <w:jc w:val="center"/>
        </w:trPr>
        <w:tc>
          <w:tcPr>
            <w:tcW w:w="4660" w:type="dxa"/>
          </w:tcPr>
          <w:p w14:paraId="5DBE32F5" w14:textId="77777777" w:rsidR="00CF52DA" w:rsidRPr="000D63AD" w:rsidRDefault="009A287E">
            <w:pPr>
              <w:spacing w:after="40"/>
              <w:rPr>
                <w:rFonts w:cs="Calibri"/>
                <w:lang w:val="pl-PL"/>
              </w:rPr>
            </w:pPr>
            <w:r w:rsidRPr="000D63AD">
              <w:rPr>
                <w:rFonts w:cs="Calibri"/>
                <w:b/>
                <w:lang w:val="pl-PL"/>
              </w:rPr>
              <w:t xml:space="preserve">Imię i nazwisko: </w:t>
            </w:r>
            <w:r w:rsidRPr="000D63AD">
              <w:rPr>
                <w:rFonts w:cs="Calibri"/>
                <w:lang w:val="pl-PL"/>
              </w:rPr>
              <w:t>......................................................</w:t>
            </w:r>
          </w:p>
          <w:p w14:paraId="713BA5B1" w14:textId="18505AF5" w:rsidR="00CF52DA" w:rsidRPr="000D63AD" w:rsidRDefault="009A287E">
            <w:pPr>
              <w:spacing w:after="40"/>
              <w:rPr>
                <w:rFonts w:cs="Calibri"/>
                <w:lang w:val="pl-PL"/>
              </w:rPr>
            </w:pPr>
            <w:r w:rsidRPr="000D63AD">
              <w:rPr>
                <w:rFonts w:cs="Calibri"/>
                <w:lang w:val="pl-PL"/>
              </w:rPr>
              <w:br/>
            </w:r>
            <w:r w:rsidRPr="000D63AD">
              <w:rPr>
                <w:rFonts w:cs="Calibri"/>
                <w:b/>
                <w:lang w:val="pl-PL"/>
              </w:rPr>
              <w:t xml:space="preserve">Stanowisko: </w:t>
            </w:r>
            <w:r w:rsidRPr="000D63AD">
              <w:rPr>
                <w:rFonts w:cs="Calibri"/>
                <w:lang w:val="pl-PL"/>
              </w:rPr>
              <w:t xml:space="preserve">.......................................................... </w:t>
            </w:r>
          </w:p>
          <w:p w14:paraId="220B98E5" w14:textId="30B029AD" w:rsidR="00572473" w:rsidRPr="000D63AD" w:rsidRDefault="009A287E">
            <w:pPr>
              <w:spacing w:after="40"/>
              <w:rPr>
                <w:rFonts w:cs="Calibri"/>
                <w:lang w:val="pl-PL"/>
              </w:rPr>
            </w:pPr>
            <w:r w:rsidRPr="000D63AD">
              <w:rPr>
                <w:rFonts w:cs="Calibri"/>
                <w:lang w:val="pl-PL"/>
              </w:rPr>
              <w:br/>
            </w:r>
            <w:r w:rsidRPr="000D63AD">
              <w:rPr>
                <w:rFonts w:cs="Calibri"/>
                <w:b/>
                <w:lang w:val="pl-PL"/>
              </w:rPr>
              <w:t xml:space="preserve">Dział / Jednostka: </w:t>
            </w:r>
            <w:r w:rsidRPr="000D63AD">
              <w:rPr>
                <w:rFonts w:cs="Calibri"/>
                <w:lang w:val="pl-PL"/>
              </w:rPr>
              <w:t>...................................................</w:t>
            </w:r>
          </w:p>
        </w:tc>
        <w:tc>
          <w:tcPr>
            <w:tcW w:w="4700" w:type="dxa"/>
          </w:tcPr>
          <w:p w14:paraId="2C68CFA6" w14:textId="77777777" w:rsidR="00CF52DA" w:rsidRPr="000D63AD" w:rsidRDefault="009A287E">
            <w:pPr>
              <w:spacing w:after="40"/>
              <w:jc w:val="right"/>
              <w:rPr>
                <w:rFonts w:cs="Calibri"/>
                <w:lang w:val="pl-PL"/>
              </w:rPr>
            </w:pPr>
            <w:r w:rsidRPr="000D63AD">
              <w:rPr>
                <w:rFonts w:cs="Calibri"/>
                <w:b/>
                <w:color w:val="1B365D"/>
                <w:lang w:val="pl-PL"/>
              </w:rPr>
              <w:t>Pracodawca:</w:t>
            </w:r>
            <w:r w:rsidRPr="000D63AD">
              <w:rPr>
                <w:rFonts w:cs="Calibri"/>
                <w:b/>
                <w:color w:val="1B365D"/>
                <w:lang w:val="pl-PL"/>
              </w:rPr>
              <w:br/>
            </w:r>
            <w:r w:rsidRPr="000D63AD">
              <w:rPr>
                <w:rFonts w:cs="Calibri"/>
                <w:lang w:val="pl-PL"/>
              </w:rPr>
              <w:t>..........................................................</w:t>
            </w:r>
          </w:p>
          <w:p w14:paraId="31F55D7D" w14:textId="64B5C58E" w:rsidR="00572473" w:rsidRPr="000D63AD" w:rsidRDefault="009A287E">
            <w:pPr>
              <w:spacing w:after="40"/>
              <w:jc w:val="right"/>
              <w:rPr>
                <w:rFonts w:cs="Calibri"/>
                <w:lang w:val="pl-PL"/>
              </w:rPr>
            </w:pPr>
            <w:r w:rsidRPr="000D63AD">
              <w:rPr>
                <w:rFonts w:cs="Calibri"/>
                <w:lang w:val="pl-PL"/>
              </w:rPr>
              <w:br/>
              <w:t>..........................................................</w:t>
            </w:r>
            <w:r w:rsidRPr="000D63AD">
              <w:rPr>
                <w:rFonts w:cs="Calibri"/>
                <w:lang w:val="pl-PL"/>
              </w:rPr>
              <w:br/>
            </w:r>
            <w:r w:rsidRPr="000D63AD">
              <w:rPr>
                <w:rFonts w:cs="Calibri"/>
                <w:vertAlign w:val="superscript"/>
                <w:lang w:val="pl-PL"/>
              </w:rPr>
              <w:t>(nazwa i adres firmy)</w:t>
            </w:r>
          </w:p>
        </w:tc>
      </w:tr>
      <w:tr w:rsidR="00CF52DA" w:rsidRPr="000D63AD" w14:paraId="648053ED" w14:textId="77777777" w:rsidTr="00CF52DA">
        <w:trPr>
          <w:jc w:val="center"/>
        </w:trPr>
        <w:tc>
          <w:tcPr>
            <w:tcW w:w="4660" w:type="dxa"/>
          </w:tcPr>
          <w:p w14:paraId="7DD7A0FC" w14:textId="77777777" w:rsidR="00CF52DA" w:rsidRPr="000D63AD" w:rsidRDefault="00CF52DA">
            <w:pPr>
              <w:spacing w:after="40"/>
              <w:rPr>
                <w:rFonts w:cs="Calibri"/>
                <w:b/>
                <w:lang w:val="pl-PL"/>
              </w:rPr>
            </w:pPr>
          </w:p>
        </w:tc>
        <w:tc>
          <w:tcPr>
            <w:tcW w:w="4700" w:type="dxa"/>
          </w:tcPr>
          <w:p w14:paraId="5447E09A" w14:textId="77777777" w:rsidR="00CF52DA" w:rsidRPr="000D63AD" w:rsidRDefault="00CF52DA">
            <w:pPr>
              <w:spacing w:after="40"/>
              <w:jc w:val="right"/>
              <w:rPr>
                <w:rFonts w:cs="Calibri"/>
                <w:b/>
                <w:color w:val="1B365D"/>
                <w:lang w:val="pl-PL"/>
              </w:rPr>
            </w:pPr>
          </w:p>
        </w:tc>
      </w:tr>
    </w:tbl>
    <w:p w14:paraId="64399A3E" w14:textId="77777777" w:rsidR="00572473" w:rsidRPr="000D63AD" w:rsidRDefault="00572473">
      <w:pPr>
        <w:spacing w:after="240"/>
        <w:rPr>
          <w:rFonts w:cs="Calibri"/>
          <w:lang w:val="pl-PL"/>
        </w:rPr>
      </w:pPr>
    </w:p>
    <w:p w14:paraId="10DF3BC1" w14:textId="77777777" w:rsidR="00572473" w:rsidRPr="000D63AD" w:rsidRDefault="009A287E">
      <w:pPr>
        <w:spacing w:before="240" w:after="240"/>
        <w:jc w:val="center"/>
        <w:rPr>
          <w:rFonts w:cs="Calibri"/>
          <w:lang w:val="pl-PL"/>
        </w:rPr>
      </w:pPr>
      <w:r w:rsidRPr="000D63AD">
        <w:rPr>
          <w:rFonts w:cs="Calibri"/>
          <w:b/>
          <w:color w:val="1B365D"/>
          <w:sz w:val="30"/>
          <w:lang w:val="pl-PL"/>
        </w:rPr>
        <w:t>WNIOSEK O ELASTYCZNĄ ORGANIZACJĘ PRACY</w:t>
      </w:r>
    </w:p>
    <w:p w14:paraId="5F041EEC" w14:textId="77777777" w:rsidR="00572473" w:rsidRPr="000D63AD" w:rsidRDefault="009A287E">
      <w:pPr>
        <w:spacing w:after="360"/>
        <w:jc w:val="center"/>
        <w:rPr>
          <w:rFonts w:cs="Calibri"/>
          <w:sz w:val="22"/>
          <w:lang w:val="pl-PL"/>
        </w:rPr>
      </w:pPr>
      <w:r w:rsidRPr="000D63AD">
        <w:rPr>
          <w:rFonts w:cs="Calibri"/>
          <w:color w:val="555555"/>
          <w:sz w:val="22"/>
          <w:lang w:val="pl-PL"/>
        </w:rPr>
        <w:t>(na podstawie art. 188¹ ustawy z dnia 26 czerwca 1974 r. – Kodeks pracy)</w:t>
      </w:r>
    </w:p>
    <w:p w14:paraId="3C232C56" w14:textId="77777777" w:rsidR="00572473" w:rsidRPr="000D63AD" w:rsidRDefault="009A287E">
      <w:pPr>
        <w:spacing w:after="320"/>
        <w:jc w:val="center"/>
        <w:rPr>
          <w:rFonts w:cs="Calibri"/>
          <w:lang w:val="pl-PL"/>
        </w:rPr>
      </w:pPr>
      <w:r w:rsidRPr="000D63AD">
        <w:rPr>
          <w:rFonts w:cs="Calibri"/>
          <w:b/>
          <w:color w:val="1B365D"/>
          <w:lang w:val="pl-PL"/>
        </w:rPr>
        <w:t>――――――――――――――――――――――――――――――――――――――――</w:t>
      </w:r>
    </w:p>
    <w:p w14:paraId="315F2672" w14:textId="77777777" w:rsidR="00CF52DA" w:rsidRPr="000D63AD" w:rsidRDefault="009A287E">
      <w:pPr>
        <w:spacing w:after="240" w:line="300" w:lineRule="auto"/>
        <w:rPr>
          <w:rFonts w:cs="Calibri"/>
          <w:sz w:val="22"/>
          <w:lang w:val="pl-PL"/>
        </w:rPr>
      </w:pPr>
      <w:r w:rsidRPr="000D63AD">
        <w:rPr>
          <w:rFonts w:cs="Calibri"/>
          <w:sz w:val="22"/>
          <w:lang w:val="pl-PL"/>
        </w:rPr>
        <w:t xml:space="preserve">Na podstawie art. 188¹ Kodeksu pracy wnoszę o zastosowanie wobec mnie elastycznej organizacji pracy </w:t>
      </w:r>
    </w:p>
    <w:p w14:paraId="2C68A899" w14:textId="65CEE813" w:rsidR="00572473" w:rsidRPr="000D63AD" w:rsidRDefault="009A287E">
      <w:pPr>
        <w:spacing w:after="240" w:line="300" w:lineRule="auto"/>
        <w:rPr>
          <w:rFonts w:cs="Calibri"/>
          <w:bCs/>
          <w:sz w:val="20"/>
          <w:szCs w:val="20"/>
          <w:lang w:val="pl-PL"/>
        </w:rPr>
      </w:pPr>
      <w:r w:rsidRPr="000D63AD">
        <w:rPr>
          <w:rFonts w:cs="Calibri"/>
          <w:sz w:val="22"/>
          <w:lang w:val="pl-PL"/>
        </w:rPr>
        <w:t xml:space="preserve">od dnia </w:t>
      </w:r>
      <w:r w:rsidRPr="000D63AD">
        <w:rPr>
          <w:rFonts w:cs="Calibri"/>
          <w:bCs/>
          <w:sz w:val="20"/>
          <w:szCs w:val="20"/>
          <w:lang w:val="pl-PL"/>
        </w:rPr>
        <w:t>.........</w:t>
      </w:r>
      <w:r w:rsidR="00CF52DA" w:rsidRPr="000D63AD">
        <w:rPr>
          <w:rFonts w:cs="Calibri"/>
          <w:bCs/>
          <w:sz w:val="20"/>
          <w:szCs w:val="20"/>
          <w:lang w:val="pl-PL"/>
        </w:rPr>
        <w:t>.....</w:t>
      </w:r>
      <w:r w:rsidR="00CF52DA" w:rsidRPr="000D63AD">
        <w:rPr>
          <w:rFonts w:cs="Calibri"/>
          <w:bCs/>
          <w:sz w:val="20"/>
          <w:szCs w:val="20"/>
          <w:lang w:val="pl-PL"/>
        </w:rPr>
        <w:t>........................................................</w:t>
      </w:r>
      <w:r w:rsidRPr="000D63AD">
        <w:rPr>
          <w:rFonts w:cs="Calibri"/>
          <w:sz w:val="22"/>
          <w:lang w:val="pl-PL"/>
        </w:rPr>
        <w:t xml:space="preserve"> do dnia </w:t>
      </w:r>
      <w:r w:rsidR="00CF52DA" w:rsidRPr="000D63AD">
        <w:rPr>
          <w:rFonts w:cs="Calibri"/>
          <w:bCs/>
          <w:sz w:val="20"/>
          <w:szCs w:val="20"/>
          <w:lang w:val="pl-PL"/>
        </w:rPr>
        <w:t>......................................................................</w:t>
      </w:r>
    </w:p>
    <w:p w14:paraId="513B22EF" w14:textId="77777777" w:rsidR="00CF52DA" w:rsidRPr="000D63AD" w:rsidRDefault="00CF52DA">
      <w:pPr>
        <w:spacing w:after="240" w:line="300" w:lineRule="auto"/>
        <w:rPr>
          <w:rFonts w:cs="Calibri"/>
          <w:sz w:val="22"/>
          <w:lang w:val="pl-P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572473" w:rsidRPr="000D63AD" w14:paraId="318113BF" w14:textId="77777777">
        <w:trPr>
          <w:jc w:val="center"/>
        </w:trPr>
        <w:tc>
          <w:tcPr>
            <w:tcW w:w="9360" w:type="dxa"/>
            <w:tcBorders>
              <w:left w:val="single" w:sz="24" w:space="0" w:color="1B365D"/>
            </w:tcBorders>
            <w:shd w:val="clear" w:color="auto" w:fill="F0F4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4618C8C1" w14:textId="77777777" w:rsidR="00572473" w:rsidRPr="000D63AD" w:rsidRDefault="009A287E">
            <w:pPr>
              <w:spacing w:after="160"/>
              <w:rPr>
                <w:rFonts w:cs="Calibri"/>
                <w:sz w:val="22"/>
                <w:lang w:val="pl-PL"/>
              </w:rPr>
            </w:pPr>
            <w:r w:rsidRPr="000D63AD">
              <w:rPr>
                <w:rFonts w:cs="Calibri"/>
                <w:b/>
                <w:color w:val="1B365D"/>
                <w:sz w:val="22"/>
                <w:lang w:val="pl-PL"/>
              </w:rPr>
              <w:t>1. Wnioskowana forma elastycznej organizacji pracy (zaznaczyć właściwe):</w:t>
            </w:r>
          </w:p>
          <w:p w14:paraId="3FDA5F6B" w14:textId="77777777" w:rsidR="00572473" w:rsidRPr="000D63AD" w:rsidRDefault="009A287E" w:rsidP="00CF52DA">
            <w:pPr>
              <w:spacing w:after="80" w:line="360" w:lineRule="auto"/>
              <w:rPr>
                <w:rFonts w:cs="Calibri"/>
                <w:sz w:val="22"/>
                <w:lang w:val="pl-PL"/>
              </w:rPr>
            </w:pPr>
            <w:r w:rsidRPr="000D63AD">
              <w:rPr>
                <w:rFonts w:cs="Calibri"/>
                <w:b/>
                <w:sz w:val="22"/>
                <w:lang w:val="pl-PL"/>
              </w:rPr>
              <w:t>[  ] Praca zdalna</w:t>
            </w:r>
            <w:r w:rsidRPr="000D63AD">
              <w:rPr>
                <w:rFonts w:cs="Calibri"/>
                <w:sz w:val="22"/>
                <w:lang w:val="pl-PL"/>
              </w:rPr>
              <w:t xml:space="preserve"> – wykonywanie pracy w całości lub częściowo w miejscu wskazanym przez pracownika</w:t>
            </w:r>
          </w:p>
          <w:p w14:paraId="378B5467" w14:textId="15303CF3" w:rsidR="00572473" w:rsidRPr="000D63AD" w:rsidRDefault="009A287E" w:rsidP="00CF52DA">
            <w:pPr>
              <w:spacing w:after="80" w:line="360" w:lineRule="auto"/>
              <w:rPr>
                <w:rFonts w:cs="Calibri"/>
                <w:sz w:val="22"/>
                <w:lang w:val="pl-PL"/>
              </w:rPr>
            </w:pPr>
            <w:r w:rsidRPr="000D63AD">
              <w:rPr>
                <w:rFonts w:cs="Calibri"/>
                <w:b/>
                <w:sz w:val="22"/>
                <w:lang w:val="pl-PL"/>
              </w:rPr>
              <w:t>[  ] Obniżenie wymiaru czasu pracy</w:t>
            </w:r>
            <w:r w:rsidRPr="000D63AD">
              <w:rPr>
                <w:rFonts w:cs="Calibri"/>
                <w:sz w:val="22"/>
                <w:lang w:val="pl-PL"/>
              </w:rPr>
              <w:t xml:space="preserve"> – obniżenie wymiaru czasu pracy do: .........</w:t>
            </w:r>
            <w:r w:rsidR="00CF52DA" w:rsidRPr="000D63AD">
              <w:rPr>
                <w:rFonts w:cs="Calibri"/>
                <w:sz w:val="22"/>
                <w:lang w:val="pl-PL"/>
              </w:rPr>
              <w:t>..............</w:t>
            </w:r>
            <w:r w:rsidRPr="000D63AD">
              <w:rPr>
                <w:rFonts w:cs="Calibri"/>
                <w:sz w:val="22"/>
                <w:lang w:val="pl-PL"/>
              </w:rPr>
              <w:t>........... etatu</w:t>
            </w:r>
          </w:p>
          <w:p w14:paraId="7731C6A9" w14:textId="77777777" w:rsidR="00572473" w:rsidRPr="000D63AD" w:rsidRDefault="009A287E" w:rsidP="00CF52DA">
            <w:pPr>
              <w:spacing w:after="80" w:line="360" w:lineRule="auto"/>
              <w:rPr>
                <w:rFonts w:cs="Calibri"/>
                <w:sz w:val="22"/>
                <w:lang w:val="pl-PL"/>
              </w:rPr>
            </w:pPr>
            <w:r w:rsidRPr="000D63AD">
              <w:rPr>
                <w:rFonts w:cs="Calibri"/>
                <w:b/>
                <w:sz w:val="22"/>
                <w:lang w:val="pl-PL"/>
              </w:rPr>
              <w:t>[  ] System przerywanego czasu pracy</w:t>
            </w:r>
            <w:r w:rsidRPr="000D63AD">
              <w:rPr>
                <w:rFonts w:cs="Calibri"/>
                <w:sz w:val="22"/>
                <w:lang w:val="pl-PL"/>
              </w:rPr>
              <w:t xml:space="preserve"> – zgodnie z art. 139 Kodeksu pracy</w:t>
            </w:r>
          </w:p>
          <w:p w14:paraId="4B9F3A07" w14:textId="77777777" w:rsidR="00572473" w:rsidRPr="000D63AD" w:rsidRDefault="009A287E" w:rsidP="00CF52DA">
            <w:pPr>
              <w:spacing w:after="80" w:line="360" w:lineRule="auto"/>
              <w:rPr>
                <w:rFonts w:cs="Calibri"/>
                <w:sz w:val="22"/>
                <w:lang w:val="pl-PL"/>
              </w:rPr>
            </w:pPr>
            <w:r w:rsidRPr="000D63AD">
              <w:rPr>
                <w:rFonts w:cs="Calibri"/>
                <w:b/>
                <w:sz w:val="22"/>
                <w:lang w:val="pl-PL"/>
              </w:rPr>
              <w:t>[  ] System skróconego tygodnia pracy</w:t>
            </w:r>
            <w:r w:rsidRPr="000D63AD">
              <w:rPr>
                <w:rFonts w:cs="Calibri"/>
                <w:sz w:val="22"/>
                <w:lang w:val="pl-PL"/>
              </w:rPr>
              <w:t xml:space="preserve"> – zgodnie z art. 143 Kodeksu pracy</w:t>
            </w:r>
          </w:p>
          <w:p w14:paraId="36820977" w14:textId="77777777" w:rsidR="00572473" w:rsidRPr="000D63AD" w:rsidRDefault="009A287E" w:rsidP="00CF52DA">
            <w:pPr>
              <w:spacing w:after="80" w:line="360" w:lineRule="auto"/>
              <w:rPr>
                <w:rFonts w:cs="Calibri"/>
                <w:sz w:val="22"/>
                <w:lang w:val="pl-PL"/>
              </w:rPr>
            </w:pPr>
            <w:r w:rsidRPr="000D63AD">
              <w:rPr>
                <w:rFonts w:cs="Calibri"/>
                <w:b/>
                <w:sz w:val="22"/>
                <w:lang w:val="pl-PL"/>
              </w:rPr>
              <w:t>[  ] System pracy weekendowej</w:t>
            </w:r>
            <w:r w:rsidRPr="000D63AD">
              <w:rPr>
                <w:rFonts w:cs="Calibri"/>
                <w:sz w:val="22"/>
                <w:lang w:val="pl-PL"/>
              </w:rPr>
              <w:t xml:space="preserve"> – zgodnie z art. 144 Kodeksu pracy</w:t>
            </w:r>
          </w:p>
          <w:p w14:paraId="35B1FBCA" w14:textId="77777777" w:rsidR="00572473" w:rsidRPr="000D63AD" w:rsidRDefault="009A287E" w:rsidP="00CF52DA">
            <w:pPr>
              <w:spacing w:after="80" w:line="360" w:lineRule="auto"/>
              <w:rPr>
                <w:rFonts w:cs="Calibri"/>
                <w:sz w:val="22"/>
                <w:lang w:val="pl-PL"/>
              </w:rPr>
            </w:pPr>
            <w:r w:rsidRPr="000D63AD">
              <w:rPr>
                <w:rFonts w:cs="Calibri"/>
                <w:b/>
                <w:sz w:val="22"/>
                <w:lang w:val="pl-PL"/>
              </w:rPr>
              <w:t>[  ] Ruchomy czas pracy</w:t>
            </w:r>
            <w:r w:rsidRPr="000D63AD">
              <w:rPr>
                <w:rFonts w:cs="Calibri"/>
                <w:sz w:val="22"/>
                <w:lang w:val="pl-PL"/>
              </w:rPr>
              <w:t xml:space="preserve"> – różne godziny rozpoczynania pracy / przedział czasu na rozpoczęcie pracy zgodnie z art. 140¹ Kodeksu pracy</w:t>
            </w:r>
          </w:p>
          <w:p w14:paraId="08153AE5" w14:textId="77777777" w:rsidR="00572473" w:rsidRPr="000D63AD" w:rsidRDefault="009A287E" w:rsidP="00CF52DA">
            <w:pPr>
              <w:spacing w:after="80" w:line="360" w:lineRule="auto"/>
              <w:rPr>
                <w:rFonts w:cs="Calibri"/>
                <w:lang w:val="pl-PL"/>
              </w:rPr>
            </w:pPr>
            <w:r w:rsidRPr="000D63AD">
              <w:rPr>
                <w:rFonts w:cs="Calibri"/>
                <w:b/>
                <w:sz w:val="22"/>
                <w:lang w:val="pl-PL"/>
              </w:rPr>
              <w:t>[  ] Indywidualny rozkład czasu pracy</w:t>
            </w:r>
            <w:r w:rsidRPr="000D63AD">
              <w:rPr>
                <w:rFonts w:cs="Calibri"/>
                <w:sz w:val="22"/>
                <w:lang w:val="pl-PL"/>
              </w:rPr>
              <w:t xml:space="preserve"> – zgodnie z art. 142 Kodeksu pracy</w:t>
            </w:r>
          </w:p>
        </w:tc>
      </w:tr>
    </w:tbl>
    <w:p w14:paraId="5FEE9050" w14:textId="77777777" w:rsidR="00CF52DA" w:rsidRPr="000D63AD" w:rsidRDefault="00CF52DA">
      <w:pPr>
        <w:spacing w:before="240" w:after="80"/>
        <w:rPr>
          <w:rFonts w:cs="Calibri"/>
          <w:b/>
          <w:color w:val="1B365D"/>
          <w:lang w:val="pl-PL"/>
        </w:rPr>
      </w:pPr>
    </w:p>
    <w:p w14:paraId="07AEE58A" w14:textId="77777777" w:rsidR="00CF52DA" w:rsidRPr="000D63AD" w:rsidRDefault="00CF52DA">
      <w:pPr>
        <w:spacing w:before="240" w:after="80"/>
        <w:rPr>
          <w:rFonts w:cs="Calibri"/>
          <w:b/>
          <w:color w:val="1B365D"/>
          <w:lang w:val="pl-PL"/>
        </w:rPr>
      </w:pPr>
    </w:p>
    <w:p w14:paraId="6D18BBD3" w14:textId="77777777" w:rsidR="00CF52DA" w:rsidRPr="000D63AD" w:rsidRDefault="00CF52DA">
      <w:pPr>
        <w:spacing w:before="240" w:after="80"/>
        <w:rPr>
          <w:rFonts w:cs="Calibri"/>
          <w:b/>
          <w:color w:val="1B365D"/>
          <w:lang w:val="pl-PL"/>
        </w:rPr>
      </w:pPr>
    </w:p>
    <w:p w14:paraId="3FDF54D6" w14:textId="68EA7CEB" w:rsidR="00572473" w:rsidRPr="000D63AD" w:rsidRDefault="009A287E">
      <w:pPr>
        <w:spacing w:before="240" w:after="80"/>
        <w:rPr>
          <w:rFonts w:cs="Calibri"/>
          <w:lang w:val="pl-PL"/>
        </w:rPr>
      </w:pPr>
      <w:r w:rsidRPr="000D63AD">
        <w:rPr>
          <w:rFonts w:cs="Calibri"/>
          <w:b/>
          <w:color w:val="1B365D"/>
          <w:lang w:val="pl-PL"/>
        </w:rPr>
        <w:lastRenderedPageBreak/>
        <w:t>2. Przyczyna konieczności skorzystania z elastycznej organizacji pracy:</w:t>
      </w:r>
    </w:p>
    <w:p w14:paraId="75C67666" w14:textId="77777777" w:rsidR="00572473" w:rsidRPr="000D63AD" w:rsidRDefault="009A287E" w:rsidP="00CF52DA">
      <w:pPr>
        <w:spacing w:after="80" w:line="360" w:lineRule="auto"/>
        <w:rPr>
          <w:rFonts w:cs="Calibri"/>
          <w:lang w:val="pl-PL"/>
        </w:rPr>
      </w:pPr>
      <w:r w:rsidRPr="000D63AD">
        <w:rPr>
          <w:rFonts w:cs="Calibri"/>
          <w:lang w:val="pl-PL"/>
        </w:rPr>
        <w:t>Wniosek składam w celu sprawowania opieki nad dzieckiem / członkiem rodziny / domownikiem:</w:t>
      </w:r>
      <w:r w:rsidRPr="000D63AD">
        <w:rPr>
          <w:rFonts w:cs="Calibri"/>
          <w:lang w:val="pl-PL"/>
        </w:rPr>
        <w:br/>
        <w:t>• Imię i nazwisko dziecka / osoby wymagającej opieki: .......................................................................................</w:t>
      </w:r>
      <w:r w:rsidRPr="000D63AD">
        <w:rPr>
          <w:rFonts w:cs="Calibri"/>
          <w:lang w:val="pl-PL"/>
        </w:rPr>
        <w:br/>
        <w:t>• Data urodzenia dziecka (w przypadku opieki nad dzieckiem do lat 8): .................................................................</w:t>
      </w:r>
      <w:r w:rsidRPr="000D63AD">
        <w:rPr>
          <w:rFonts w:cs="Calibri"/>
          <w:lang w:val="pl-PL"/>
        </w:rPr>
        <w:br/>
        <w:t>• Uzasadnienie potrzeby zastosowania elastycznej organizacji pracy:</w:t>
      </w:r>
      <w:r w:rsidRPr="000D63AD">
        <w:rPr>
          <w:rFonts w:cs="Calibri"/>
          <w:lang w:val="pl-PL"/>
        </w:rPr>
        <w:br/>
      </w:r>
    </w:p>
    <w:p w14:paraId="59B90D08" w14:textId="77777777" w:rsidR="00572473" w:rsidRPr="000D63AD" w:rsidRDefault="009A287E" w:rsidP="00CF52DA">
      <w:pPr>
        <w:spacing w:after="160" w:line="360" w:lineRule="auto"/>
        <w:rPr>
          <w:rFonts w:cs="Calibri"/>
          <w:lang w:val="pl-PL"/>
        </w:rPr>
      </w:pPr>
      <w:r w:rsidRPr="000D63AD">
        <w:rPr>
          <w:rFonts w:cs="Calibri"/>
          <w:lang w:val="pl-PL"/>
        </w:rPr>
        <w:t>...........................................................................................................................................................................</w:t>
      </w:r>
      <w:r w:rsidRPr="000D63AD">
        <w:rPr>
          <w:rFonts w:cs="Calibri"/>
          <w:lang w:val="pl-PL"/>
        </w:rPr>
        <w:br/>
        <w:t>...........................................................................................................................................................................</w:t>
      </w:r>
      <w:r w:rsidRPr="000D63AD">
        <w:rPr>
          <w:rFonts w:cs="Calibri"/>
          <w:lang w:val="pl-PL"/>
        </w:rPr>
        <w:br/>
        <w:t xml:space="preserve">........................................................................................................................................................................... </w:t>
      </w:r>
    </w:p>
    <w:p w14:paraId="2B35CDFD" w14:textId="77777777" w:rsidR="00572473" w:rsidRPr="000D63AD" w:rsidRDefault="009A287E" w:rsidP="00CF52DA">
      <w:pPr>
        <w:spacing w:before="160" w:after="80" w:line="360" w:lineRule="auto"/>
        <w:rPr>
          <w:rFonts w:cs="Calibri"/>
          <w:lang w:val="pl-PL"/>
        </w:rPr>
      </w:pPr>
      <w:r w:rsidRPr="000D63AD">
        <w:rPr>
          <w:rFonts w:cs="Calibri"/>
          <w:b/>
          <w:color w:val="1B365D"/>
          <w:lang w:val="pl-PL"/>
        </w:rPr>
        <w:t>3. Proponowany rozkład i godziny pracy:</w:t>
      </w:r>
    </w:p>
    <w:p w14:paraId="4A2C33D5" w14:textId="77777777" w:rsidR="00572473" w:rsidRPr="000D63AD" w:rsidRDefault="009A287E" w:rsidP="00CF52DA">
      <w:pPr>
        <w:spacing w:after="320" w:line="360" w:lineRule="auto"/>
        <w:rPr>
          <w:rFonts w:cs="Calibri"/>
          <w:lang w:val="pl-PL"/>
        </w:rPr>
      </w:pPr>
      <w:r w:rsidRPr="000D63AD">
        <w:rPr>
          <w:rFonts w:cs="Calibri"/>
          <w:lang w:val="pl-PL"/>
        </w:rPr>
        <w:t>Proponuję następujący rozkład godzin świadczenia pracy:</w:t>
      </w:r>
      <w:r w:rsidRPr="000D63AD">
        <w:rPr>
          <w:rFonts w:cs="Calibri"/>
          <w:lang w:val="pl-PL"/>
        </w:rPr>
        <w:br/>
        <w:t>...........................................................................................................................................................................</w:t>
      </w:r>
      <w:r w:rsidRPr="000D63AD">
        <w:rPr>
          <w:rFonts w:cs="Calibri"/>
          <w:lang w:val="pl-PL"/>
        </w:rPr>
        <w:br/>
        <w:t xml:space="preserve">...........................................................................................................................................................................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572473" w:rsidRPr="000D63AD" w14:paraId="62472338" w14:textId="77777777">
        <w:trPr>
          <w:jc w:val="center"/>
        </w:trPr>
        <w:tc>
          <w:tcPr>
            <w:tcW w:w="4680" w:type="dxa"/>
          </w:tcPr>
          <w:p w14:paraId="1CCD52D0" w14:textId="77777777" w:rsidR="00572473" w:rsidRPr="000D63AD" w:rsidRDefault="009A287E">
            <w:pPr>
              <w:spacing w:after="40"/>
              <w:jc w:val="center"/>
              <w:rPr>
                <w:rFonts w:cs="Calibri"/>
                <w:lang w:val="pl-PL"/>
              </w:rPr>
            </w:pPr>
            <w:r w:rsidRPr="000D63AD">
              <w:rPr>
                <w:rFonts w:cs="Calibri"/>
                <w:lang w:val="pl-PL"/>
              </w:rPr>
              <w:t>..........................................................................</w:t>
            </w:r>
            <w:r w:rsidRPr="000D63AD">
              <w:rPr>
                <w:rFonts w:cs="Calibri"/>
                <w:lang w:val="pl-PL"/>
              </w:rPr>
              <w:br/>
            </w:r>
            <w:r w:rsidRPr="000D63AD">
              <w:rPr>
                <w:rFonts w:cs="Calibri"/>
                <w:color w:val="555555"/>
                <w:sz w:val="17"/>
                <w:lang w:val="pl-PL"/>
              </w:rPr>
              <w:t>(podpis Pracownika)</w:t>
            </w:r>
          </w:p>
        </w:tc>
        <w:tc>
          <w:tcPr>
            <w:tcW w:w="4680" w:type="dxa"/>
          </w:tcPr>
          <w:p w14:paraId="0BEEC6A3" w14:textId="77777777" w:rsidR="00572473" w:rsidRPr="000D63AD" w:rsidRDefault="009A287E">
            <w:pPr>
              <w:spacing w:after="40"/>
              <w:jc w:val="center"/>
              <w:rPr>
                <w:rFonts w:cs="Calibri"/>
                <w:lang w:val="pl-PL"/>
              </w:rPr>
            </w:pPr>
            <w:r w:rsidRPr="000D63AD">
              <w:rPr>
                <w:rFonts w:cs="Calibri"/>
                <w:lang w:val="pl-PL"/>
              </w:rPr>
              <w:t>..........................................................................</w:t>
            </w:r>
            <w:r w:rsidRPr="000D63AD">
              <w:rPr>
                <w:rFonts w:cs="Calibri"/>
                <w:lang w:val="pl-PL"/>
              </w:rPr>
              <w:br/>
            </w:r>
            <w:r w:rsidRPr="000D63AD">
              <w:rPr>
                <w:rFonts w:cs="Calibri"/>
                <w:color w:val="555555"/>
                <w:sz w:val="17"/>
                <w:lang w:val="pl-PL"/>
              </w:rPr>
              <w:t>(decyzja i podpis Pracodawcy)</w:t>
            </w:r>
          </w:p>
        </w:tc>
      </w:tr>
      <w:tr w:rsidR="00572473" w:rsidRPr="000D63AD" w14:paraId="349BA49E" w14:textId="77777777">
        <w:trPr>
          <w:jc w:val="center"/>
        </w:trPr>
        <w:tc>
          <w:tcPr>
            <w:tcW w:w="4680" w:type="dxa"/>
          </w:tcPr>
          <w:p w14:paraId="5E1F0A89" w14:textId="77777777" w:rsidR="00572473" w:rsidRPr="000D63AD" w:rsidRDefault="00572473">
            <w:pPr>
              <w:rPr>
                <w:rFonts w:cs="Calibri"/>
                <w:lang w:val="pl-PL"/>
              </w:rPr>
            </w:pPr>
          </w:p>
        </w:tc>
        <w:tc>
          <w:tcPr>
            <w:tcW w:w="4680" w:type="dxa"/>
          </w:tcPr>
          <w:p w14:paraId="67E418E3" w14:textId="77777777" w:rsidR="00572473" w:rsidRPr="000D63AD" w:rsidRDefault="00572473">
            <w:pPr>
              <w:rPr>
                <w:rFonts w:cs="Calibri"/>
                <w:lang w:val="pl-PL"/>
              </w:rPr>
            </w:pPr>
          </w:p>
        </w:tc>
      </w:tr>
    </w:tbl>
    <w:p w14:paraId="5207074E" w14:textId="77777777" w:rsidR="009A287E" w:rsidRPr="000D63AD" w:rsidRDefault="009A287E">
      <w:pPr>
        <w:rPr>
          <w:rFonts w:cs="Calibri"/>
          <w:lang w:val="pl-PL"/>
        </w:rPr>
      </w:pPr>
    </w:p>
    <w:sectPr w:rsidR="009A287E" w:rsidRPr="000D63AD" w:rsidSect="00034616">
      <w:pgSz w:w="12240" w:h="15840"/>
      <w:pgMar w:top="1138" w:right="1138" w:bottom="1138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80734188">
    <w:abstractNumId w:val="8"/>
  </w:num>
  <w:num w:numId="2" w16cid:durableId="51999512">
    <w:abstractNumId w:val="6"/>
  </w:num>
  <w:num w:numId="3" w16cid:durableId="1931036911">
    <w:abstractNumId w:val="5"/>
  </w:num>
  <w:num w:numId="4" w16cid:durableId="1824160357">
    <w:abstractNumId w:val="4"/>
  </w:num>
  <w:num w:numId="5" w16cid:durableId="701978037">
    <w:abstractNumId w:val="7"/>
  </w:num>
  <w:num w:numId="6" w16cid:durableId="1715539882">
    <w:abstractNumId w:val="3"/>
  </w:num>
  <w:num w:numId="7" w16cid:durableId="845485520">
    <w:abstractNumId w:val="2"/>
  </w:num>
  <w:num w:numId="8" w16cid:durableId="1849977744">
    <w:abstractNumId w:val="1"/>
  </w:num>
  <w:num w:numId="9" w16cid:durableId="371077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63AD"/>
    <w:rsid w:val="0015074B"/>
    <w:rsid w:val="0029639D"/>
    <w:rsid w:val="00326F90"/>
    <w:rsid w:val="00572473"/>
    <w:rsid w:val="006B401A"/>
    <w:rsid w:val="009A287E"/>
    <w:rsid w:val="009C6817"/>
    <w:rsid w:val="00AA1D8D"/>
    <w:rsid w:val="00B47730"/>
    <w:rsid w:val="00CA67A3"/>
    <w:rsid w:val="00CB0664"/>
    <w:rsid w:val="00CF52D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49708D"/>
  <w14:defaultImageDpi w14:val="300"/>
  <w15:docId w15:val="{961C080A-358D-4E12-AE40-D2CD5649D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Calibri" w:hAnsi="Calibri"/>
      <w:color w:val="222222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463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>Dawid</cp:lastModifiedBy>
  <cp:revision>4</cp:revision>
  <dcterms:created xsi:type="dcterms:W3CDTF">2026-10-13T17:52:00Z</dcterms:created>
  <dcterms:modified xsi:type="dcterms:W3CDTF">2026-10-13T18:00:00Z</dcterms:modified>
  <cp:category/>
</cp:coreProperties>
</file>