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C1C7" w14:textId="77777777" w:rsidR="002710DE" w:rsidRPr="00AD0F1A" w:rsidRDefault="00B83DC9" w:rsidP="002710DE">
      <w:pPr>
        <w:jc w:val="right"/>
        <w:rPr>
          <w:rFonts w:cs="Calibri"/>
          <w:i/>
          <w:sz w:val="19"/>
        </w:rPr>
      </w:pPr>
      <w:r w:rsidRPr="00AD0F1A">
        <w:rPr>
          <w:rFonts w:cs="Calibri"/>
          <w:i/>
          <w:sz w:val="19"/>
        </w:rPr>
        <w:t>Miejscowość: ....................................., dnia .................... r.</w:t>
      </w:r>
    </w:p>
    <w:p w14:paraId="26914132" w14:textId="61740A8E" w:rsidR="004C22FC" w:rsidRPr="00AD0F1A" w:rsidRDefault="00B83DC9" w:rsidP="002710DE">
      <w:pPr>
        <w:jc w:val="right"/>
        <w:rPr>
          <w:rFonts w:cs="Calibri"/>
          <w:i/>
          <w:sz w:val="19"/>
        </w:rPr>
      </w:pPr>
      <w:r w:rsidRPr="00AD0F1A">
        <w:rPr>
          <w:rFonts w:cs="Calibri"/>
          <w:i/>
          <w:sz w:val="19"/>
        </w:rPr>
        <w:br/>
        <w:t>Numer upoważnienia: ..................../....................</w:t>
      </w:r>
    </w:p>
    <w:p w14:paraId="2D7EDC6E" w14:textId="77777777" w:rsidR="004C22FC" w:rsidRPr="00AD0F1A" w:rsidRDefault="004C22FC">
      <w:pPr>
        <w:spacing w:after="12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C22FC" w:rsidRPr="00AD0F1A" w14:paraId="4FEBFB85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76DB2373" w14:textId="77777777" w:rsidR="004C22FC" w:rsidRPr="00AD0F1A" w:rsidRDefault="00B83DC9">
            <w:pPr>
              <w:jc w:val="center"/>
              <w:rPr>
                <w:rFonts w:cs="Calibri"/>
              </w:rPr>
            </w:pPr>
            <w:r w:rsidRPr="00AD0F1A">
              <w:rPr>
                <w:rFonts w:cs="Calibri"/>
                <w:b/>
                <w:color w:val="101828"/>
                <w:sz w:val="25"/>
              </w:rPr>
              <w:t>UPOWAŻNIENIE DO PRZETWARZANIA DANYCH OSOBOWYCH PRACOWNIKA</w:t>
            </w:r>
          </w:p>
        </w:tc>
      </w:tr>
    </w:tbl>
    <w:p w14:paraId="2B1D0A30" w14:textId="77777777" w:rsidR="004C22FC" w:rsidRPr="00AD0F1A" w:rsidRDefault="004C22FC">
      <w:pPr>
        <w:rPr>
          <w:rFonts w:cs="Calibri"/>
        </w:rPr>
      </w:pPr>
    </w:p>
    <w:p w14:paraId="141CAA5B" w14:textId="77777777" w:rsidR="004C22FC" w:rsidRPr="00AD0F1A" w:rsidRDefault="00B83DC9">
      <w:pPr>
        <w:spacing w:after="80"/>
        <w:rPr>
          <w:rFonts w:cs="Calibri"/>
        </w:rPr>
      </w:pPr>
      <w:r w:rsidRPr="00AD0F1A">
        <w:rPr>
          <w:rFonts w:cs="Calibri"/>
          <w:b/>
          <w:color w:val="1D2939"/>
          <w:sz w:val="22"/>
        </w:rPr>
        <w:t>1. DANE ADMINISTRATORA DANYCH OSOBOWYCH (ADO)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4C22FC" w:rsidRPr="00AD0F1A" w14:paraId="4700DE14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03383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b/>
                <w:sz w:val="19"/>
              </w:rPr>
              <w:t>Nazwa pracodawcy / ADO: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4E2E3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4C22FC" w:rsidRPr="00AD0F1A" w14:paraId="49235E2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48747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b/>
                <w:sz w:val="19"/>
              </w:rPr>
              <w:t>Adres siedziby: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65262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6CDFF53A" w14:textId="77777777" w:rsidR="004C22FC" w:rsidRPr="00AD0F1A" w:rsidRDefault="004C22FC">
      <w:pPr>
        <w:rPr>
          <w:rFonts w:cs="Calibri"/>
        </w:rPr>
      </w:pPr>
    </w:p>
    <w:p w14:paraId="66CFA3F6" w14:textId="77777777" w:rsidR="004C22FC" w:rsidRPr="00AD0F1A" w:rsidRDefault="00B83DC9">
      <w:pPr>
        <w:spacing w:after="80"/>
        <w:rPr>
          <w:rFonts w:cs="Calibri"/>
        </w:rPr>
      </w:pPr>
      <w:r w:rsidRPr="00AD0F1A">
        <w:rPr>
          <w:rFonts w:cs="Calibri"/>
          <w:b/>
          <w:color w:val="1D2939"/>
          <w:sz w:val="22"/>
        </w:rPr>
        <w:t>2. DANE OSOBY UPOWAŻNIONEJ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4C22FC" w:rsidRPr="00AD0F1A" w14:paraId="5D44903D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1F1CD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b/>
                <w:sz w:val="19"/>
              </w:rPr>
              <w:t>Imię i 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632B7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4C22FC" w:rsidRPr="00AD0F1A" w14:paraId="771D5D7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E5472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b/>
                <w:sz w:val="19"/>
              </w:rPr>
              <w:t>Stanowisko służbowe / Dział: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A5C8C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4C22FC" w:rsidRPr="00AD0F1A" w14:paraId="1C95EEB9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7B31D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b/>
                <w:sz w:val="19"/>
              </w:rPr>
              <w:t>Numer PESEL / Identyfikator: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F3661" w14:textId="77777777" w:rsidR="004C22FC" w:rsidRPr="00AD0F1A" w:rsidRDefault="00B83DC9">
            <w:pPr>
              <w:rPr>
                <w:rFonts w:cs="Calibri"/>
              </w:rPr>
            </w:pPr>
            <w:r w:rsidRPr="00AD0F1A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3EF3ED9F" w14:textId="77777777" w:rsidR="004C22FC" w:rsidRPr="00AD0F1A" w:rsidRDefault="004C22FC">
      <w:pPr>
        <w:rPr>
          <w:rFonts w:cs="Calibri"/>
        </w:rPr>
      </w:pPr>
    </w:p>
    <w:p w14:paraId="2EEFD25E" w14:textId="77777777" w:rsidR="004C22FC" w:rsidRPr="00AD0F1A" w:rsidRDefault="00B83DC9">
      <w:pPr>
        <w:spacing w:after="80"/>
        <w:rPr>
          <w:rFonts w:cs="Calibri"/>
        </w:rPr>
      </w:pPr>
      <w:r w:rsidRPr="00AD0F1A">
        <w:rPr>
          <w:rFonts w:cs="Calibri"/>
          <w:b/>
          <w:color w:val="1D2939"/>
          <w:sz w:val="22"/>
        </w:rPr>
        <w:t>3. ZAKRES I CZAS TRWANIA UPOWAŻNIENIA</w:t>
      </w:r>
    </w:p>
    <w:p w14:paraId="41661F50" w14:textId="77777777" w:rsidR="004C22FC" w:rsidRPr="00AD0F1A" w:rsidRDefault="00B83DC9" w:rsidP="002710DE">
      <w:pPr>
        <w:spacing w:after="120" w:line="360" w:lineRule="auto"/>
        <w:rPr>
          <w:rFonts w:cs="Calibri"/>
        </w:rPr>
      </w:pPr>
      <w:r w:rsidRPr="00AD0F1A">
        <w:rPr>
          <w:rFonts w:cs="Calibri"/>
          <w:sz w:val="19"/>
        </w:rPr>
        <w:t>Na podstawie art. 29 Rozporządzenia Parlamentu Europejskiego i Rady (UE) 2016/679 z dnia 27 kwietnia 2016 r. (RODO) oraz art. 22¹ Ustawy z dnia 26 czerwca 1974 r. – Kodeks pracy, upoważniam Pana/Panią do przetwarzania danych osobowych w imieniu Administratora w następującym zakresie:</w:t>
      </w:r>
    </w:p>
    <w:p w14:paraId="05CC1EA0" w14:textId="77777777" w:rsidR="004C22FC" w:rsidRPr="00AD0F1A" w:rsidRDefault="00B83DC9" w:rsidP="002710DE">
      <w:pPr>
        <w:pStyle w:val="Listapunktowana"/>
        <w:spacing w:after="60" w:line="360" w:lineRule="auto"/>
        <w:rPr>
          <w:rFonts w:cs="Calibri"/>
        </w:rPr>
      </w:pPr>
      <w:r w:rsidRPr="00AD0F1A">
        <w:rPr>
          <w:rFonts w:cs="Calibri"/>
          <w:b/>
          <w:sz w:val="18"/>
        </w:rPr>
        <w:t>Kategorie danych:</w:t>
      </w:r>
      <w:r w:rsidRPr="00AD0F1A">
        <w:rPr>
          <w:rFonts w:cs="Calibri"/>
          <w:sz w:val="18"/>
        </w:rPr>
        <w:t xml:space="preserve"> dane osobowe kandydatów do pracy, pracowników, zleceniobiorców, byłych pracowników oraz ich rodzin.</w:t>
      </w:r>
    </w:p>
    <w:p w14:paraId="02BF9C72" w14:textId="77777777" w:rsidR="004C22FC" w:rsidRPr="00AD0F1A" w:rsidRDefault="00B83DC9" w:rsidP="002710DE">
      <w:pPr>
        <w:pStyle w:val="Listapunktowana"/>
        <w:spacing w:after="60" w:line="360" w:lineRule="auto"/>
        <w:rPr>
          <w:rFonts w:cs="Calibri"/>
        </w:rPr>
      </w:pPr>
      <w:r w:rsidRPr="00AD0F1A">
        <w:rPr>
          <w:rFonts w:cs="Calibri"/>
          <w:b/>
          <w:sz w:val="18"/>
        </w:rPr>
        <w:t>Zakres czynności:</w:t>
      </w:r>
      <w:r w:rsidRPr="00AD0F1A">
        <w:rPr>
          <w:rFonts w:cs="Calibri"/>
          <w:sz w:val="18"/>
        </w:rPr>
        <w:t xml:space="preserve"> zbieranie, utwalanie, przechowywanie, opracowywanie, przeglądanie, przesyłanie oraz usuwanie danych osobowych niezbędnych do realizacji obowiązków służbowych na zajmowanym stanowisku.</w:t>
      </w:r>
    </w:p>
    <w:p w14:paraId="0BE17D5C" w14:textId="77777777" w:rsidR="004C22FC" w:rsidRPr="00AD0F1A" w:rsidRDefault="00B83DC9" w:rsidP="002710DE">
      <w:pPr>
        <w:pStyle w:val="Listapunktowana"/>
        <w:spacing w:after="60" w:line="360" w:lineRule="auto"/>
        <w:rPr>
          <w:rFonts w:cs="Calibri"/>
        </w:rPr>
      </w:pPr>
      <w:r w:rsidRPr="00AD0F1A">
        <w:rPr>
          <w:rFonts w:cs="Calibri"/>
          <w:b/>
          <w:sz w:val="18"/>
        </w:rPr>
        <w:t>Systemy:</w:t>
      </w:r>
      <w:r w:rsidRPr="00AD0F1A">
        <w:rPr>
          <w:rFonts w:cs="Calibri"/>
          <w:sz w:val="18"/>
        </w:rPr>
        <w:t xml:space="preserve"> przetwarzanie w wersji papierowej oraz w elektronicznych systemach informatycznych / kadrowo-płacowych ADO.</w:t>
      </w:r>
    </w:p>
    <w:p w14:paraId="6492F1E3" w14:textId="77777777" w:rsidR="004C22FC" w:rsidRPr="00AD0F1A" w:rsidRDefault="00B83DC9" w:rsidP="002710DE">
      <w:pPr>
        <w:pStyle w:val="Listapunktowana"/>
        <w:spacing w:after="60" w:line="360" w:lineRule="auto"/>
        <w:rPr>
          <w:rFonts w:cs="Calibri"/>
        </w:rPr>
      </w:pPr>
      <w:r w:rsidRPr="00AD0F1A">
        <w:rPr>
          <w:rFonts w:cs="Calibri"/>
          <w:b/>
          <w:sz w:val="18"/>
        </w:rPr>
        <w:t>Okres obowiązywania:</w:t>
      </w:r>
      <w:r w:rsidRPr="00AD0F1A">
        <w:rPr>
          <w:rFonts w:cs="Calibri"/>
          <w:sz w:val="18"/>
        </w:rPr>
        <w:t xml:space="preserve"> upoważnienie udzielane jest od dnia .................... r. do dnia odwołania lub wygaśnięcia/rozwiązania stosunku pracy.</w:t>
      </w:r>
    </w:p>
    <w:p w14:paraId="74567C86" w14:textId="77777777" w:rsidR="004C22FC" w:rsidRPr="00AD0F1A" w:rsidRDefault="004C22FC">
      <w:pPr>
        <w:spacing w:after="160"/>
        <w:rPr>
          <w:rFonts w:cs="Calibri"/>
        </w:rPr>
      </w:pPr>
    </w:p>
    <w:p w14:paraId="34F42740" w14:textId="77777777" w:rsidR="004C22FC" w:rsidRPr="00AD0F1A" w:rsidRDefault="00B83DC9">
      <w:pPr>
        <w:spacing w:after="80"/>
        <w:rPr>
          <w:rFonts w:cs="Calibri"/>
        </w:rPr>
      </w:pPr>
      <w:r w:rsidRPr="00AD0F1A">
        <w:rPr>
          <w:rFonts w:cs="Calibri"/>
          <w:b/>
          <w:color w:val="1D2939"/>
          <w:sz w:val="22"/>
        </w:rPr>
        <w:t>4. ZOBOWIĄZANIE DO ZACHOWANIA POUFNOŚCI</w:t>
      </w:r>
    </w:p>
    <w:p w14:paraId="1592A4C9" w14:textId="77777777" w:rsidR="004C22FC" w:rsidRPr="00AD0F1A" w:rsidRDefault="00B83DC9" w:rsidP="002710DE">
      <w:pPr>
        <w:spacing w:after="160" w:line="360" w:lineRule="auto"/>
        <w:rPr>
          <w:rFonts w:cs="Calibri"/>
        </w:rPr>
      </w:pPr>
      <w:r w:rsidRPr="00AD0F1A">
        <w:rPr>
          <w:rFonts w:cs="Calibri"/>
          <w:sz w:val="18"/>
        </w:rPr>
        <w:t>Osoba upoważniona jest zobowiązana do:</w:t>
      </w:r>
      <w:r w:rsidRPr="00AD0F1A">
        <w:rPr>
          <w:rFonts w:cs="Calibri"/>
          <w:sz w:val="18"/>
        </w:rPr>
        <w:br/>
        <w:t>1. Przetwarzania danych osobowych wyłącznie zgodnie z poleceniami Administratora, obowiązującymi przepisami prawa oraz polityką bezpieczeństwa danych.</w:t>
      </w:r>
      <w:r w:rsidRPr="00AD0F1A">
        <w:rPr>
          <w:rFonts w:cs="Calibri"/>
          <w:sz w:val="18"/>
        </w:rPr>
        <w:br/>
      </w:r>
      <w:r w:rsidRPr="00AD0F1A">
        <w:rPr>
          <w:rFonts w:cs="Calibri"/>
          <w:sz w:val="18"/>
        </w:rPr>
        <w:lastRenderedPageBreak/>
        <w:t>2. Zachowania w tajemnicy przetwarzanych danych osobowych oraz sposobów ich zabezpieczenia, zarówno w trakcie trwania stosunku pracy, jak i po jego ustaniu.</w:t>
      </w:r>
      <w:r w:rsidRPr="00AD0F1A">
        <w:rPr>
          <w:rFonts w:cs="Calibri"/>
          <w:sz w:val="18"/>
        </w:rPr>
        <w:br/>
        <w:t>3. Ochrony danych przed nieuprawnionym dostępem, nieuzasadnioną modyfikacją, zniszczeniem lub ujawnieniem.</w:t>
      </w:r>
    </w:p>
    <w:p w14:paraId="35C86107" w14:textId="77777777" w:rsidR="004C22FC" w:rsidRPr="00AD0F1A" w:rsidRDefault="004C22FC">
      <w:pPr>
        <w:spacing w:after="40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4C22FC" w:rsidRPr="00AD0F1A" w14:paraId="71149547" w14:textId="77777777">
        <w:trPr>
          <w:jc w:val="center"/>
        </w:trPr>
        <w:tc>
          <w:tcPr>
            <w:tcW w:w="4752" w:type="dxa"/>
          </w:tcPr>
          <w:p w14:paraId="633F113F" w14:textId="77777777" w:rsidR="004C22FC" w:rsidRPr="00AD0F1A" w:rsidRDefault="00B83DC9">
            <w:pPr>
              <w:jc w:val="center"/>
              <w:rPr>
                <w:rFonts w:cs="Calibri"/>
              </w:rPr>
            </w:pPr>
            <w:r w:rsidRPr="00AD0F1A">
              <w:rPr>
                <w:rFonts w:cs="Calibri"/>
                <w:sz w:val="20"/>
              </w:rPr>
              <w:t>....................................................................</w:t>
            </w:r>
            <w:r w:rsidRPr="00AD0F1A">
              <w:rPr>
                <w:rFonts w:cs="Calibri"/>
                <w:sz w:val="20"/>
              </w:rPr>
              <w:br/>
            </w:r>
            <w:r w:rsidRPr="00AD0F1A">
              <w:rPr>
                <w:rFonts w:cs="Calibri"/>
                <w:i/>
                <w:sz w:val="17"/>
              </w:rPr>
              <w:t>Podpis Administratora Danych / Pracodawcy</w:t>
            </w:r>
          </w:p>
        </w:tc>
        <w:tc>
          <w:tcPr>
            <w:tcW w:w="4752" w:type="dxa"/>
          </w:tcPr>
          <w:p w14:paraId="05859793" w14:textId="77777777" w:rsidR="004C22FC" w:rsidRPr="00AD0F1A" w:rsidRDefault="00B83DC9">
            <w:pPr>
              <w:jc w:val="center"/>
              <w:rPr>
                <w:rFonts w:cs="Calibri"/>
              </w:rPr>
            </w:pPr>
            <w:r w:rsidRPr="00AD0F1A">
              <w:rPr>
                <w:rFonts w:cs="Calibri"/>
                <w:sz w:val="20"/>
              </w:rPr>
              <w:t>....................................................................</w:t>
            </w:r>
            <w:r w:rsidRPr="00AD0F1A">
              <w:rPr>
                <w:rFonts w:cs="Calibri"/>
                <w:sz w:val="20"/>
              </w:rPr>
              <w:br/>
            </w:r>
            <w:r w:rsidRPr="00AD0F1A">
              <w:rPr>
                <w:rFonts w:cs="Calibri"/>
                <w:i/>
                <w:sz w:val="17"/>
              </w:rPr>
              <w:t>Oświadczam, że zapoznałem/am się z upoważnieniem</w:t>
            </w:r>
            <w:r w:rsidRPr="00AD0F1A">
              <w:rPr>
                <w:rFonts w:cs="Calibri"/>
                <w:i/>
                <w:sz w:val="17"/>
              </w:rPr>
              <w:br/>
              <w:t>i zobowiązuję się do zachowania poufności</w:t>
            </w:r>
            <w:r w:rsidRPr="00AD0F1A">
              <w:rPr>
                <w:rFonts w:cs="Calibri"/>
                <w:i/>
                <w:sz w:val="17"/>
              </w:rPr>
              <w:br/>
              <w:t>(Podpis Pracownika)</w:t>
            </w:r>
          </w:p>
        </w:tc>
      </w:tr>
      <w:tr w:rsidR="004C22FC" w:rsidRPr="00AD0F1A" w14:paraId="1AC22F1E" w14:textId="77777777">
        <w:trPr>
          <w:jc w:val="center"/>
        </w:trPr>
        <w:tc>
          <w:tcPr>
            <w:tcW w:w="4968" w:type="dxa"/>
          </w:tcPr>
          <w:p w14:paraId="3DAFAB72" w14:textId="77777777" w:rsidR="004C22FC" w:rsidRPr="00AD0F1A" w:rsidRDefault="004C22FC">
            <w:pPr>
              <w:rPr>
                <w:rFonts w:cs="Calibri"/>
              </w:rPr>
            </w:pPr>
          </w:p>
        </w:tc>
        <w:tc>
          <w:tcPr>
            <w:tcW w:w="4968" w:type="dxa"/>
          </w:tcPr>
          <w:p w14:paraId="17510890" w14:textId="77777777" w:rsidR="004C22FC" w:rsidRPr="00AD0F1A" w:rsidRDefault="004C22FC">
            <w:pPr>
              <w:rPr>
                <w:rFonts w:cs="Calibri"/>
              </w:rPr>
            </w:pPr>
          </w:p>
        </w:tc>
      </w:tr>
    </w:tbl>
    <w:p w14:paraId="26964B38" w14:textId="77777777" w:rsidR="00B83DC9" w:rsidRPr="00AD0F1A" w:rsidRDefault="00B83DC9">
      <w:pPr>
        <w:rPr>
          <w:rFonts w:cs="Calibri"/>
        </w:rPr>
      </w:pPr>
    </w:p>
    <w:sectPr w:rsidR="00B83DC9" w:rsidRPr="00AD0F1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6522757">
    <w:abstractNumId w:val="8"/>
  </w:num>
  <w:num w:numId="2" w16cid:durableId="1365061847">
    <w:abstractNumId w:val="6"/>
  </w:num>
  <w:num w:numId="3" w16cid:durableId="1817796296">
    <w:abstractNumId w:val="5"/>
  </w:num>
  <w:num w:numId="4" w16cid:durableId="1620603765">
    <w:abstractNumId w:val="4"/>
  </w:num>
  <w:num w:numId="5" w16cid:durableId="1880624278">
    <w:abstractNumId w:val="7"/>
  </w:num>
  <w:num w:numId="6" w16cid:durableId="1431316763">
    <w:abstractNumId w:val="3"/>
  </w:num>
  <w:num w:numId="7" w16cid:durableId="895092032">
    <w:abstractNumId w:val="2"/>
  </w:num>
  <w:num w:numId="8" w16cid:durableId="928777514">
    <w:abstractNumId w:val="1"/>
  </w:num>
  <w:num w:numId="9" w16cid:durableId="27329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10DE"/>
    <w:rsid w:val="0029639D"/>
    <w:rsid w:val="00326F90"/>
    <w:rsid w:val="00385889"/>
    <w:rsid w:val="004124E6"/>
    <w:rsid w:val="004C22FC"/>
    <w:rsid w:val="00706947"/>
    <w:rsid w:val="008F36BE"/>
    <w:rsid w:val="00AA1D8D"/>
    <w:rsid w:val="00AD0F1A"/>
    <w:rsid w:val="00B47730"/>
    <w:rsid w:val="00B83DC9"/>
    <w:rsid w:val="00CB0664"/>
    <w:rsid w:val="00D957F1"/>
    <w:rsid w:val="00EF1A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5CAAF3"/>
  <w14:defaultImageDpi w14:val="300"/>
  <w15:docId w15:val="{76CAE0A6-DB6B-433B-AF08-2B111291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2026-10-23T16:30:00Z</dcterms:created>
  <dcterms:modified xsi:type="dcterms:W3CDTF">2026-10-23T16:30:00Z</dcterms:modified>
  <cp:category/>
</cp:coreProperties>
</file>