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299B7" w14:textId="77777777" w:rsidR="00EE2822" w:rsidRPr="00DD6803" w:rsidRDefault="00843FCE">
      <w:pPr>
        <w:jc w:val="right"/>
        <w:rPr>
          <w:rFonts w:cs="Calibri"/>
          <w:lang w:val="pl-PL"/>
        </w:rPr>
      </w:pPr>
      <w:r w:rsidRPr="00DD6803">
        <w:rPr>
          <w:rFonts w:cs="Calibri"/>
          <w:i/>
          <w:sz w:val="19"/>
          <w:lang w:val="pl-PL"/>
        </w:rPr>
        <w:t>Miejscowość: ....................................., dnia .................... r.</w:t>
      </w:r>
    </w:p>
    <w:p w14:paraId="6C6FBFF8" w14:textId="77777777" w:rsidR="00EE2822" w:rsidRDefault="00EE2822">
      <w:pPr>
        <w:spacing w:after="80"/>
        <w:rPr>
          <w:rFonts w:cs="Calibri"/>
          <w:lang w:val="pl-PL"/>
        </w:rPr>
      </w:pPr>
    </w:p>
    <w:p w14:paraId="108A9006" w14:textId="77777777" w:rsidR="00F1190E" w:rsidRPr="00DD6803" w:rsidRDefault="00F1190E">
      <w:pPr>
        <w:spacing w:after="80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92"/>
      </w:tblGrid>
      <w:tr w:rsidR="00EE2822" w:rsidRPr="00DD6803" w14:paraId="105C503E" w14:textId="77777777">
        <w:trPr>
          <w:jc w:val="center"/>
        </w:trPr>
        <w:tc>
          <w:tcPr>
            <w:tcW w:w="9792" w:type="dxa"/>
            <w:tcBorders>
              <w:top w:val="single" w:sz="6" w:space="0" w:color="D0D5DD"/>
              <w:left w:val="single" w:sz="6" w:space="0" w:color="D0D5DD"/>
              <w:bottom w:val="single" w:sz="6" w:space="0" w:color="D0D5DD"/>
              <w:right w:val="single" w:sz="6" w:space="0" w:color="D0D5DD"/>
            </w:tcBorders>
            <w:shd w:val="clear" w:color="auto" w:fill="F2F4F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162479AB" w14:textId="77777777" w:rsidR="00EE2822" w:rsidRPr="00DD6803" w:rsidRDefault="00843FCE">
            <w:pPr>
              <w:jc w:val="center"/>
              <w:rPr>
                <w:rFonts w:cs="Calibri"/>
                <w:lang w:val="pl-PL"/>
              </w:rPr>
            </w:pPr>
            <w:r w:rsidRPr="00DD6803">
              <w:rPr>
                <w:rFonts w:cs="Calibri"/>
                <w:b/>
                <w:color w:val="101828"/>
                <w:sz w:val="25"/>
                <w:lang w:val="pl-PL"/>
              </w:rPr>
              <w:t>UMOWA NAJMU MIEJSCA PARKINGOWEGO / GARAŻU</w:t>
            </w:r>
          </w:p>
        </w:tc>
      </w:tr>
    </w:tbl>
    <w:p w14:paraId="407F1A10" w14:textId="77777777" w:rsidR="00EE2822" w:rsidRDefault="00EE2822">
      <w:pPr>
        <w:spacing w:after="160"/>
        <w:rPr>
          <w:rFonts w:cs="Calibri"/>
          <w:lang w:val="pl-PL"/>
        </w:rPr>
      </w:pPr>
    </w:p>
    <w:p w14:paraId="2C9CE711" w14:textId="77777777" w:rsidR="00F1190E" w:rsidRPr="00DD6803" w:rsidRDefault="00F1190E">
      <w:pPr>
        <w:spacing w:after="160"/>
        <w:rPr>
          <w:rFonts w:cs="Calibri"/>
          <w:lang w:val="pl-PL"/>
        </w:rPr>
      </w:pPr>
    </w:p>
    <w:p w14:paraId="6717B2D9" w14:textId="77777777" w:rsidR="00EE2822" w:rsidRPr="00DD6803" w:rsidRDefault="00843FCE">
      <w:pPr>
        <w:spacing w:after="160"/>
        <w:rPr>
          <w:rFonts w:cs="Calibri"/>
          <w:lang w:val="pl-PL"/>
        </w:rPr>
      </w:pPr>
      <w:r w:rsidRPr="00DD6803">
        <w:rPr>
          <w:rFonts w:cs="Calibri"/>
          <w:b/>
          <w:lang w:val="pl-PL"/>
        </w:rPr>
        <w:t>Zawarta w dniu .................... r. pomiędzy:</w:t>
      </w:r>
      <w:r w:rsidRPr="00DD6803">
        <w:rPr>
          <w:rFonts w:cs="Calibri"/>
          <w:b/>
          <w:lang w:val="pl-PL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7200"/>
      </w:tblGrid>
      <w:tr w:rsidR="00EE2822" w:rsidRPr="00DD6803" w14:paraId="51D82F1B" w14:textId="77777777">
        <w:trPr>
          <w:jc w:val="center"/>
        </w:trPr>
        <w:tc>
          <w:tcPr>
            <w:tcW w:w="2592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3352346" w14:textId="77777777" w:rsidR="00EE2822" w:rsidRPr="00DD6803" w:rsidRDefault="00843FCE" w:rsidP="00F1190E">
            <w:pPr>
              <w:spacing w:line="360" w:lineRule="auto"/>
              <w:rPr>
                <w:rFonts w:cs="Calibri"/>
                <w:lang w:val="pl-PL"/>
              </w:rPr>
            </w:pPr>
            <w:r w:rsidRPr="00DD6803">
              <w:rPr>
                <w:rFonts w:cs="Calibri"/>
                <w:b/>
                <w:sz w:val="18"/>
                <w:lang w:val="pl-PL"/>
              </w:rPr>
              <w:t>WYNAJMUJĄCYM:</w:t>
            </w:r>
          </w:p>
        </w:tc>
        <w:tc>
          <w:tcPr>
            <w:tcW w:w="7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896F23E" w14:textId="3CF59B17" w:rsidR="00EE2822" w:rsidRPr="00DD6803" w:rsidRDefault="00843FCE" w:rsidP="00F1190E">
            <w:pPr>
              <w:spacing w:line="360" w:lineRule="auto"/>
              <w:rPr>
                <w:rFonts w:cs="Calibri"/>
                <w:lang w:val="pl-PL"/>
              </w:rPr>
            </w:pPr>
            <w:r w:rsidRPr="00DD6803">
              <w:rPr>
                <w:rFonts w:cs="Calibri"/>
                <w:sz w:val="18"/>
                <w:lang w:val="pl-PL"/>
              </w:rPr>
              <w:t>Imię i nazwisko / Firma: ...............................................................................</w:t>
            </w:r>
            <w:r w:rsidR="00F1190E">
              <w:rPr>
                <w:rFonts w:cs="Calibri"/>
                <w:sz w:val="18"/>
                <w:lang w:val="pl-PL"/>
              </w:rPr>
              <w:t>...........</w:t>
            </w:r>
            <w:r w:rsidRPr="00DD6803">
              <w:rPr>
                <w:rFonts w:cs="Calibri"/>
                <w:sz w:val="18"/>
                <w:lang w:val="pl-PL"/>
              </w:rPr>
              <w:t>.</w:t>
            </w:r>
            <w:r w:rsidRPr="00DD6803">
              <w:rPr>
                <w:rFonts w:cs="Calibri"/>
                <w:sz w:val="18"/>
                <w:lang w:val="pl-PL"/>
              </w:rPr>
              <w:br/>
              <w:t>Adres zamieszkania / Siedziba: ................................................................................</w:t>
            </w:r>
            <w:r w:rsidRPr="00DD6803">
              <w:rPr>
                <w:rFonts w:cs="Calibri"/>
                <w:sz w:val="18"/>
                <w:lang w:val="pl-PL"/>
              </w:rPr>
              <w:br/>
              <w:t>PESEL / NIP: .................</w:t>
            </w:r>
            <w:r w:rsidR="00F1190E">
              <w:rPr>
                <w:rFonts w:cs="Calibri"/>
                <w:sz w:val="18"/>
                <w:lang w:val="pl-PL"/>
              </w:rPr>
              <w:t>.....................................................................</w:t>
            </w:r>
            <w:r w:rsidRPr="00DD6803">
              <w:rPr>
                <w:rFonts w:cs="Calibri"/>
                <w:sz w:val="18"/>
                <w:lang w:val="pl-PL"/>
              </w:rPr>
              <w:t>.......................</w:t>
            </w:r>
            <w:r w:rsidR="00F1190E">
              <w:rPr>
                <w:rFonts w:cs="Calibri"/>
                <w:sz w:val="18"/>
                <w:lang w:val="pl-PL"/>
              </w:rPr>
              <w:t>.</w:t>
            </w:r>
            <w:r w:rsidRPr="00DD6803">
              <w:rPr>
                <w:rFonts w:cs="Calibri"/>
                <w:sz w:val="18"/>
                <w:lang w:val="pl-PL"/>
              </w:rPr>
              <w:t xml:space="preserve"> Legitymujący/a się dowodem: ....................</w:t>
            </w:r>
            <w:r w:rsidR="00F1190E">
              <w:rPr>
                <w:rFonts w:cs="Calibri"/>
                <w:sz w:val="18"/>
                <w:lang w:val="pl-PL"/>
              </w:rPr>
              <w:t>..............................................................</w:t>
            </w:r>
          </w:p>
        </w:tc>
      </w:tr>
      <w:tr w:rsidR="00EE2822" w:rsidRPr="00DD6803" w14:paraId="0E8A142E" w14:textId="77777777">
        <w:trPr>
          <w:jc w:val="center"/>
        </w:trPr>
        <w:tc>
          <w:tcPr>
            <w:tcW w:w="2592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D93FEF0" w14:textId="77777777" w:rsidR="00EE2822" w:rsidRPr="00DD6803" w:rsidRDefault="00843FCE" w:rsidP="00F1190E">
            <w:pPr>
              <w:spacing w:line="360" w:lineRule="auto"/>
              <w:rPr>
                <w:rFonts w:cs="Calibri"/>
                <w:lang w:val="pl-PL"/>
              </w:rPr>
            </w:pPr>
            <w:r w:rsidRPr="00DD6803">
              <w:rPr>
                <w:rFonts w:cs="Calibri"/>
                <w:b/>
                <w:sz w:val="18"/>
                <w:lang w:val="pl-PL"/>
              </w:rPr>
              <w:t>NAJEMCĄ:</w:t>
            </w:r>
          </w:p>
        </w:tc>
        <w:tc>
          <w:tcPr>
            <w:tcW w:w="7200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1A83F1D" w14:textId="17DAB8F0" w:rsidR="00EE2822" w:rsidRPr="00DD6803" w:rsidRDefault="00843FCE" w:rsidP="00F1190E">
            <w:pPr>
              <w:spacing w:line="360" w:lineRule="auto"/>
              <w:rPr>
                <w:rFonts w:cs="Calibri"/>
                <w:lang w:val="pl-PL"/>
              </w:rPr>
            </w:pPr>
            <w:r w:rsidRPr="00DD6803">
              <w:rPr>
                <w:rFonts w:cs="Calibri"/>
                <w:sz w:val="18"/>
                <w:lang w:val="pl-PL"/>
              </w:rPr>
              <w:t>Imię i nazwisko / Firma: ................................................................................</w:t>
            </w:r>
            <w:r w:rsidR="00F1190E">
              <w:rPr>
                <w:rFonts w:cs="Calibri"/>
                <w:sz w:val="18"/>
                <w:lang w:val="pl-PL"/>
              </w:rPr>
              <w:t>............</w:t>
            </w:r>
            <w:r w:rsidRPr="00DD6803">
              <w:rPr>
                <w:rFonts w:cs="Calibri"/>
                <w:sz w:val="18"/>
                <w:lang w:val="pl-PL"/>
              </w:rPr>
              <w:br/>
              <w:t>Adres zamieszkania / Siedziba: ................................................................................</w:t>
            </w:r>
            <w:r w:rsidR="00F1190E">
              <w:rPr>
                <w:rFonts w:cs="Calibri"/>
                <w:sz w:val="18"/>
                <w:lang w:val="pl-PL"/>
              </w:rPr>
              <w:t>.</w:t>
            </w:r>
            <w:r w:rsidRPr="00DD6803">
              <w:rPr>
                <w:rFonts w:cs="Calibri"/>
                <w:sz w:val="18"/>
                <w:lang w:val="pl-PL"/>
              </w:rPr>
              <w:br/>
              <w:t>PESEL / NIP: ................................</w:t>
            </w:r>
            <w:r w:rsidR="00F1190E">
              <w:rPr>
                <w:rFonts w:cs="Calibri"/>
                <w:sz w:val="18"/>
                <w:lang w:val="pl-PL"/>
              </w:rPr>
              <w:t>.......................................................................</w:t>
            </w:r>
            <w:r w:rsidRPr="00DD6803">
              <w:rPr>
                <w:rFonts w:cs="Calibri"/>
                <w:sz w:val="18"/>
                <w:lang w:val="pl-PL"/>
              </w:rPr>
              <w:t>........  Legitymujący/a się dowodem: ...................</w:t>
            </w:r>
            <w:r w:rsidR="00F1190E">
              <w:rPr>
                <w:rFonts w:cs="Calibri"/>
                <w:sz w:val="18"/>
                <w:lang w:val="pl-PL"/>
              </w:rPr>
              <w:t>...............................................................</w:t>
            </w:r>
            <w:r w:rsidRPr="00DD6803">
              <w:rPr>
                <w:rFonts w:cs="Calibri"/>
                <w:sz w:val="18"/>
                <w:lang w:val="pl-PL"/>
              </w:rPr>
              <w:t>.</w:t>
            </w:r>
          </w:p>
        </w:tc>
      </w:tr>
    </w:tbl>
    <w:p w14:paraId="6234D79D" w14:textId="77777777" w:rsidR="00EE2822" w:rsidRPr="00DD6803" w:rsidRDefault="00EE2822">
      <w:pPr>
        <w:spacing w:after="160"/>
        <w:rPr>
          <w:rFonts w:cs="Calibri"/>
          <w:lang w:val="pl-PL"/>
        </w:rPr>
      </w:pPr>
    </w:p>
    <w:p w14:paraId="20409700" w14:textId="77777777" w:rsidR="00EE2822" w:rsidRPr="00DD6803" w:rsidRDefault="00843FCE" w:rsidP="00F1190E">
      <w:pPr>
        <w:spacing w:after="60" w:line="360" w:lineRule="auto"/>
        <w:rPr>
          <w:rFonts w:cs="Calibri"/>
          <w:lang w:val="pl-PL"/>
        </w:rPr>
      </w:pPr>
      <w:r w:rsidRPr="00DD6803">
        <w:rPr>
          <w:rFonts w:cs="Calibri"/>
          <w:b/>
          <w:color w:val="1D2939"/>
          <w:sz w:val="21"/>
          <w:lang w:val="pl-PL"/>
        </w:rPr>
        <w:t>§ 1. PRZEDMIOT UMOWY</w:t>
      </w:r>
    </w:p>
    <w:p w14:paraId="68EDA33B" w14:textId="32471391" w:rsidR="00EE2822" w:rsidRPr="00DD6803" w:rsidRDefault="00843FCE" w:rsidP="00F1190E">
      <w:pPr>
        <w:spacing w:after="120" w:line="360" w:lineRule="auto"/>
        <w:rPr>
          <w:rFonts w:cs="Calibri"/>
          <w:lang w:val="pl-PL"/>
        </w:rPr>
      </w:pPr>
      <w:r w:rsidRPr="00DD6803">
        <w:rPr>
          <w:rFonts w:cs="Calibri"/>
          <w:sz w:val="19"/>
          <w:lang w:val="pl-PL"/>
        </w:rPr>
        <w:t>1. Wynajmujący oświadcza, że jest właścicielem / dysponentem miejsca postojowego / garażu nr .........., znajdującego się w budynku / na terenie posesji przy ul. ................................................................................ w ......................</w:t>
      </w:r>
      <w:r w:rsidR="00443B29">
        <w:rPr>
          <w:rFonts w:cs="Calibri"/>
          <w:sz w:val="19"/>
          <w:lang w:val="pl-PL"/>
        </w:rPr>
        <w:t>..............</w:t>
      </w:r>
      <w:r w:rsidRPr="00DD6803">
        <w:rPr>
          <w:rFonts w:cs="Calibri"/>
          <w:sz w:val="19"/>
          <w:lang w:val="pl-PL"/>
        </w:rPr>
        <w:t>..................</w:t>
      </w:r>
      <w:r w:rsidRPr="00DD6803">
        <w:rPr>
          <w:rFonts w:cs="Calibri"/>
          <w:sz w:val="19"/>
          <w:lang w:val="pl-PL"/>
        </w:rPr>
        <w:br/>
        <w:t>2. Wynajmujący oddaje Najemcy do używania wyżej wymienione miejsce postojowe / garaż wyłącznie w celu parkowania pojazdu samochodowego marki: ..........................</w:t>
      </w:r>
      <w:r w:rsidR="00443B29">
        <w:rPr>
          <w:rFonts w:cs="Calibri"/>
          <w:sz w:val="19"/>
          <w:lang w:val="pl-PL"/>
        </w:rPr>
        <w:t>............</w:t>
      </w:r>
      <w:r w:rsidRPr="00DD6803">
        <w:rPr>
          <w:rFonts w:cs="Calibri"/>
          <w:sz w:val="19"/>
          <w:lang w:val="pl-PL"/>
        </w:rPr>
        <w:t>.............., nr rej.: .......</w:t>
      </w:r>
      <w:r w:rsidR="00443B29">
        <w:rPr>
          <w:rFonts w:cs="Calibri"/>
          <w:sz w:val="19"/>
          <w:lang w:val="pl-PL"/>
        </w:rPr>
        <w:t>........................................</w:t>
      </w:r>
      <w:r w:rsidRPr="00DD6803">
        <w:rPr>
          <w:rFonts w:cs="Calibri"/>
          <w:sz w:val="19"/>
          <w:lang w:val="pl-PL"/>
        </w:rPr>
        <w:t>.................................</w:t>
      </w:r>
      <w:r w:rsidRPr="00DD6803">
        <w:rPr>
          <w:rFonts w:cs="Calibri"/>
          <w:sz w:val="19"/>
          <w:lang w:val="pl-PL"/>
        </w:rPr>
        <w:br/>
        <w:t>3. Najemca oświadcza, że stan techniczny przedmiotu najmu jest mu znany i nie wnosi do niego zastrzeżeń.</w:t>
      </w:r>
    </w:p>
    <w:p w14:paraId="3B8E045C" w14:textId="77777777" w:rsidR="00443B29" w:rsidRDefault="00443B29" w:rsidP="00F1190E">
      <w:pPr>
        <w:spacing w:after="60" w:line="360" w:lineRule="auto"/>
        <w:rPr>
          <w:rFonts w:cs="Calibri"/>
          <w:b/>
          <w:color w:val="1D2939"/>
          <w:sz w:val="21"/>
          <w:lang w:val="pl-PL"/>
        </w:rPr>
      </w:pPr>
    </w:p>
    <w:p w14:paraId="7F9BEC2A" w14:textId="159CCDC0" w:rsidR="00EE2822" w:rsidRPr="00DD6803" w:rsidRDefault="00843FCE" w:rsidP="00F1190E">
      <w:pPr>
        <w:spacing w:after="60" w:line="360" w:lineRule="auto"/>
        <w:rPr>
          <w:rFonts w:cs="Calibri"/>
          <w:lang w:val="pl-PL"/>
        </w:rPr>
      </w:pPr>
      <w:r w:rsidRPr="00DD6803">
        <w:rPr>
          <w:rFonts w:cs="Calibri"/>
          <w:b/>
          <w:color w:val="1D2939"/>
          <w:sz w:val="21"/>
          <w:lang w:val="pl-PL"/>
        </w:rPr>
        <w:t>§ 2. CZAS TRWANIA UMOWY</w:t>
      </w:r>
    </w:p>
    <w:p w14:paraId="71F0010E" w14:textId="1F6567C1" w:rsidR="00443B29" w:rsidRPr="00443B29" w:rsidRDefault="00843FCE" w:rsidP="00443B29">
      <w:pPr>
        <w:pStyle w:val="Akapitzlist"/>
        <w:numPr>
          <w:ilvl w:val="0"/>
          <w:numId w:val="11"/>
        </w:numPr>
        <w:spacing w:after="120" w:line="360" w:lineRule="auto"/>
        <w:rPr>
          <w:rFonts w:cs="Calibri"/>
          <w:sz w:val="19"/>
          <w:lang w:val="pl-PL"/>
        </w:rPr>
      </w:pPr>
      <w:r w:rsidRPr="00443B29">
        <w:rPr>
          <w:rFonts w:cs="Calibri"/>
          <w:sz w:val="19"/>
          <w:lang w:val="pl-PL"/>
        </w:rPr>
        <w:t xml:space="preserve">Umowa zostaje zawarta na czas: </w:t>
      </w:r>
    </w:p>
    <w:p w14:paraId="729D3172" w14:textId="647F1A39" w:rsidR="00443B29" w:rsidRDefault="00843FCE" w:rsidP="00443B29">
      <w:pPr>
        <w:pStyle w:val="Akapitzlist"/>
        <w:numPr>
          <w:ilvl w:val="1"/>
          <w:numId w:val="11"/>
        </w:numPr>
        <w:spacing w:after="120" w:line="360" w:lineRule="auto"/>
        <w:rPr>
          <w:rFonts w:cs="Calibri"/>
          <w:sz w:val="19"/>
          <w:lang w:val="pl-PL"/>
        </w:rPr>
      </w:pPr>
      <w:r w:rsidRPr="00443B29">
        <w:rPr>
          <w:rFonts w:ascii="Segoe UI Symbol" w:hAnsi="Segoe UI Symbol" w:cs="Segoe UI Symbol"/>
          <w:sz w:val="19"/>
          <w:lang w:val="pl-PL"/>
        </w:rPr>
        <w:t>☐</w:t>
      </w:r>
      <w:r w:rsidRPr="00443B29">
        <w:rPr>
          <w:rFonts w:cs="Calibri"/>
          <w:sz w:val="19"/>
          <w:lang w:val="pl-PL"/>
        </w:rPr>
        <w:t xml:space="preserve"> nieokreślony od dnia ..........</w:t>
      </w:r>
      <w:r w:rsidR="00443B29">
        <w:rPr>
          <w:rFonts w:cs="Calibri"/>
          <w:sz w:val="19"/>
          <w:lang w:val="pl-PL"/>
        </w:rPr>
        <w:t>...</w:t>
      </w:r>
      <w:r w:rsidRPr="00443B29">
        <w:rPr>
          <w:rFonts w:cs="Calibri"/>
          <w:sz w:val="19"/>
          <w:lang w:val="pl-PL"/>
        </w:rPr>
        <w:t>....</w:t>
      </w:r>
      <w:r w:rsidR="00443B29" w:rsidRPr="00443B29">
        <w:rPr>
          <w:rFonts w:cs="Calibri"/>
          <w:sz w:val="19"/>
          <w:lang w:val="pl-PL"/>
        </w:rPr>
        <w:t>.....................</w:t>
      </w:r>
      <w:r w:rsidRPr="00443B29">
        <w:rPr>
          <w:rFonts w:cs="Calibri"/>
          <w:sz w:val="19"/>
          <w:lang w:val="pl-PL"/>
        </w:rPr>
        <w:t xml:space="preserve">...... r.   </w:t>
      </w:r>
    </w:p>
    <w:p w14:paraId="669EB22C" w14:textId="77777777" w:rsidR="00443B29" w:rsidRDefault="00843FCE" w:rsidP="00443B29">
      <w:pPr>
        <w:pStyle w:val="Akapitzlist"/>
        <w:numPr>
          <w:ilvl w:val="1"/>
          <w:numId w:val="11"/>
        </w:numPr>
        <w:spacing w:after="120" w:line="360" w:lineRule="auto"/>
        <w:rPr>
          <w:rFonts w:cs="Calibri"/>
          <w:sz w:val="19"/>
          <w:lang w:val="pl-PL"/>
        </w:rPr>
      </w:pPr>
      <w:r w:rsidRPr="00443B29">
        <w:rPr>
          <w:rFonts w:ascii="Segoe UI Symbol" w:hAnsi="Segoe UI Symbol" w:cs="Segoe UI Symbol"/>
          <w:sz w:val="19"/>
          <w:lang w:val="pl-PL"/>
        </w:rPr>
        <w:t>☐</w:t>
      </w:r>
      <w:r w:rsidRPr="00443B29">
        <w:rPr>
          <w:rFonts w:cs="Calibri"/>
          <w:sz w:val="19"/>
          <w:lang w:val="pl-PL"/>
        </w:rPr>
        <w:t xml:space="preserve"> określony od dnia ....</w:t>
      </w:r>
      <w:r w:rsidR="00443B29" w:rsidRPr="00443B29">
        <w:rPr>
          <w:rFonts w:cs="Calibri"/>
          <w:sz w:val="19"/>
          <w:lang w:val="pl-PL"/>
        </w:rPr>
        <w:t>............</w:t>
      </w:r>
      <w:r w:rsidRPr="00443B29">
        <w:rPr>
          <w:rFonts w:cs="Calibri"/>
          <w:sz w:val="19"/>
          <w:lang w:val="pl-PL"/>
        </w:rPr>
        <w:t>...</w:t>
      </w:r>
      <w:r w:rsidR="00443B29">
        <w:rPr>
          <w:rFonts w:cs="Calibri"/>
          <w:sz w:val="19"/>
          <w:lang w:val="pl-PL"/>
        </w:rPr>
        <w:t>...................</w:t>
      </w:r>
      <w:r w:rsidRPr="00443B29">
        <w:rPr>
          <w:rFonts w:cs="Calibri"/>
          <w:sz w:val="19"/>
          <w:lang w:val="pl-PL"/>
        </w:rPr>
        <w:t>............. r. do dnia .......</w:t>
      </w:r>
      <w:r w:rsidR="00443B29">
        <w:rPr>
          <w:rFonts w:cs="Calibri"/>
          <w:sz w:val="19"/>
          <w:lang w:val="pl-PL"/>
        </w:rPr>
        <w:t>..........................................</w:t>
      </w:r>
      <w:r w:rsidRPr="00443B29">
        <w:rPr>
          <w:rFonts w:cs="Calibri"/>
          <w:sz w:val="19"/>
          <w:lang w:val="pl-PL"/>
        </w:rPr>
        <w:t>............. r.</w:t>
      </w:r>
    </w:p>
    <w:p w14:paraId="7E751E5B" w14:textId="76E2078D" w:rsidR="00443B29" w:rsidRPr="00443B29" w:rsidRDefault="00843FCE" w:rsidP="00443B29">
      <w:pPr>
        <w:pStyle w:val="Akapitzlist"/>
        <w:numPr>
          <w:ilvl w:val="0"/>
          <w:numId w:val="11"/>
        </w:numPr>
        <w:spacing w:after="120" w:line="360" w:lineRule="auto"/>
        <w:rPr>
          <w:rFonts w:cs="Calibri"/>
          <w:sz w:val="19"/>
          <w:lang w:val="pl-PL"/>
        </w:rPr>
      </w:pPr>
      <w:r w:rsidRPr="00443B29">
        <w:rPr>
          <w:rFonts w:cs="Calibri"/>
          <w:sz w:val="19"/>
          <w:lang w:val="pl-PL"/>
        </w:rPr>
        <w:t>Każdej ze stron przysługuje prawo do wypowiedzenia umowy zawartej na czas nieokreślony z zachowaniem ..........</w:t>
      </w:r>
      <w:r w:rsidR="00443B29">
        <w:rPr>
          <w:rFonts w:cs="Calibri"/>
          <w:sz w:val="19"/>
          <w:lang w:val="pl-PL"/>
        </w:rPr>
        <w:t>...........................</w:t>
      </w:r>
      <w:r w:rsidRPr="00443B29">
        <w:rPr>
          <w:rFonts w:cs="Calibri"/>
          <w:sz w:val="19"/>
          <w:lang w:val="pl-PL"/>
        </w:rPr>
        <w:t>.......... miesięcznego okresu wypowiedzenia ze skutkiem na koniec miesiąca kalendarzowego.</w:t>
      </w:r>
    </w:p>
    <w:p w14:paraId="1BC01061" w14:textId="5EBD0CB1" w:rsidR="00EE2822" w:rsidRPr="00443B29" w:rsidRDefault="00843FCE" w:rsidP="00443B29">
      <w:pPr>
        <w:pStyle w:val="Akapitzlist"/>
        <w:numPr>
          <w:ilvl w:val="0"/>
          <w:numId w:val="11"/>
        </w:numPr>
        <w:spacing w:after="120" w:line="360" w:lineRule="auto"/>
        <w:rPr>
          <w:rFonts w:cs="Calibri"/>
          <w:lang w:val="pl-PL"/>
        </w:rPr>
      </w:pPr>
      <w:r w:rsidRPr="00443B29">
        <w:rPr>
          <w:rFonts w:cs="Calibri"/>
          <w:sz w:val="19"/>
          <w:lang w:val="pl-PL"/>
        </w:rPr>
        <w:br/>
        <w:t>3. Wynajmujący może rozwiązać umowę ze skutkiem natychmiastowym w przypadku opóźnienia Najemcy z zapłatą czynszu przekraczającego ....</w:t>
      </w:r>
      <w:r w:rsidR="00443B29">
        <w:rPr>
          <w:rFonts w:cs="Calibri"/>
          <w:sz w:val="19"/>
          <w:lang w:val="pl-PL"/>
        </w:rPr>
        <w:t>..................................</w:t>
      </w:r>
      <w:r w:rsidRPr="00443B29">
        <w:rPr>
          <w:rFonts w:cs="Calibri"/>
          <w:sz w:val="19"/>
          <w:lang w:val="pl-PL"/>
        </w:rPr>
        <w:t>................ dni.</w:t>
      </w:r>
    </w:p>
    <w:p w14:paraId="32411C4D" w14:textId="77777777" w:rsidR="00EE2822" w:rsidRPr="00DD6803" w:rsidRDefault="00843FCE" w:rsidP="00F1190E">
      <w:pPr>
        <w:spacing w:after="60" w:line="360" w:lineRule="auto"/>
        <w:rPr>
          <w:rFonts w:cs="Calibri"/>
          <w:lang w:val="pl-PL"/>
        </w:rPr>
      </w:pPr>
      <w:r w:rsidRPr="00DD6803">
        <w:rPr>
          <w:rFonts w:cs="Calibri"/>
          <w:b/>
          <w:color w:val="1D2939"/>
          <w:sz w:val="21"/>
          <w:lang w:val="pl-PL"/>
        </w:rPr>
        <w:lastRenderedPageBreak/>
        <w:t>§ 3. CZYNSZ I OPŁATY</w:t>
      </w:r>
    </w:p>
    <w:p w14:paraId="06E77F42" w14:textId="757E7D78" w:rsidR="00EE2822" w:rsidRPr="00DD6803" w:rsidRDefault="00843FCE" w:rsidP="00F1190E">
      <w:pPr>
        <w:spacing w:after="120" w:line="360" w:lineRule="auto"/>
        <w:rPr>
          <w:rFonts w:cs="Calibri"/>
          <w:lang w:val="pl-PL"/>
        </w:rPr>
      </w:pPr>
      <w:r w:rsidRPr="00DD6803">
        <w:rPr>
          <w:rFonts w:cs="Calibri"/>
          <w:sz w:val="19"/>
          <w:lang w:val="pl-PL"/>
        </w:rPr>
        <w:t>1. Z tytułu najmu Najemca zobowiązuje się płacić Wynajmującemu miesięczny czynsz w wysokości: .......</w:t>
      </w:r>
      <w:r w:rsidR="00443B29">
        <w:rPr>
          <w:rFonts w:cs="Calibri"/>
          <w:sz w:val="19"/>
          <w:lang w:val="pl-PL"/>
        </w:rPr>
        <w:t>.....................</w:t>
      </w:r>
      <w:r w:rsidRPr="00DD6803">
        <w:rPr>
          <w:rFonts w:cs="Calibri"/>
          <w:sz w:val="19"/>
          <w:lang w:val="pl-PL"/>
        </w:rPr>
        <w:t>............. zł (słownie: ............................................</w:t>
      </w:r>
      <w:r w:rsidR="00443B29">
        <w:rPr>
          <w:rFonts w:cs="Calibri"/>
          <w:sz w:val="19"/>
          <w:lang w:val="pl-PL"/>
        </w:rPr>
        <w:t>.......................................................................................</w:t>
      </w:r>
      <w:r w:rsidRPr="00DD6803">
        <w:rPr>
          <w:rFonts w:cs="Calibri"/>
          <w:sz w:val="19"/>
          <w:lang w:val="pl-PL"/>
        </w:rPr>
        <w:t xml:space="preserve">........................................................). </w:t>
      </w:r>
      <w:r w:rsidRPr="00DD6803">
        <w:rPr>
          <w:rFonts w:cs="Calibri"/>
          <w:sz w:val="19"/>
          <w:lang w:val="pl-PL"/>
        </w:rPr>
        <w:br/>
        <w:t>2. Czynsz płatny jest z góry do dnia .....</w:t>
      </w:r>
      <w:r w:rsidR="00443B29">
        <w:rPr>
          <w:rFonts w:cs="Calibri"/>
          <w:sz w:val="19"/>
          <w:lang w:val="pl-PL"/>
        </w:rPr>
        <w:t>....................</w:t>
      </w:r>
      <w:r w:rsidRPr="00DD6803">
        <w:rPr>
          <w:rFonts w:cs="Calibri"/>
          <w:sz w:val="19"/>
          <w:lang w:val="pl-PL"/>
        </w:rPr>
        <w:t>............... każdego miesiąca przelewem na rachunek bankowy Wynajmującego nr: PL __ __ __ __  __ __ __ __  __ __ __ __  __ __ __ __  __ __ __ __  __ __ __ __ lub gotówką.</w:t>
      </w:r>
      <w:r w:rsidRPr="00DD6803">
        <w:rPr>
          <w:rFonts w:cs="Calibri"/>
          <w:sz w:val="19"/>
          <w:lang w:val="pl-PL"/>
        </w:rPr>
        <w:br/>
        <w:t>3. Strony ustalają kaucję zabezpieczającą w wysokości: ..........</w:t>
      </w:r>
      <w:r w:rsidR="00443B29">
        <w:rPr>
          <w:rFonts w:cs="Calibri"/>
          <w:sz w:val="19"/>
          <w:lang w:val="pl-PL"/>
        </w:rPr>
        <w:t>........................................................................................</w:t>
      </w:r>
      <w:r w:rsidRPr="00DD6803">
        <w:rPr>
          <w:rFonts w:cs="Calibri"/>
          <w:sz w:val="19"/>
          <w:lang w:val="pl-PL"/>
        </w:rPr>
        <w:t>.......... zł, płatną przy podpisaniu umowy, podlegającą zwrotowi po zakończeniu najmu.</w:t>
      </w:r>
    </w:p>
    <w:p w14:paraId="7A09ACD0" w14:textId="77777777" w:rsidR="00EE2822" w:rsidRPr="00DD6803" w:rsidRDefault="00843FCE" w:rsidP="00F1190E">
      <w:pPr>
        <w:spacing w:after="60" w:line="360" w:lineRule="auto"/>
        <w:rPr>
          <w:rFonts w:cs="Calibri"/>
          <w:lang w:val="pl-PL"/>
        </w:rPr>
      </w:pPr>
      <w:r w:rsidRPr="00DD6803">
        <w:rPr>
          <w:rFonts w:cs="Calibri"/>
          <w:b/>
          <w:color w:val="1D2939"/>
          <w:sz w:val="21"/>
          <w:lang w:val="pl-PL"/>
        </w:rPr>
        <w:t>§ 4. OBOWIĄZKI NAJEMCY I UŻYTKOWANIE</w:t>
      </w:r>
    </w:p>
    <w:p w14:paraId="60379D59" w14:textId="77777777" w:rsidR="00EE2822" w:rsidRPr="00DD6803" w:rsidRDefault="00843FCE" w:rsidP="00F1190E">
      <w:pPr>
        <w:spacing w:after="120" w:line="360" w:lineRule="auto"/>
        <w:rPr>
          <w:rFonts w:cs="Calibri"/>
          <w:lang w:val="pl-PL"/>
        </w:rPr>
      </w:pPr>
      <w:r w:rsidRPr="00DD6803">
        <w:rPr>
          <w:rFonts w:cs="Calibri"/>
          <w:sz w:val="19"/>
          <w:lang w:val="pl-PL"/>
        </w:rPr>
        <w:t>1. Najemca zobowiązuje się do korzystania z przedmiotu najmu zgodnie z jego przeznaczeniem, przepisami ppoż. oraz regulaminem wspólnoty/obiektu.</w:t>
      </w:r>
      <w:r w:rsidRPr="00DD6803">
        <w:rPr>
          <w:rFonts w:cs="Calibri"/>
          <w:sz w:val="19"/>
          <w:lang w:val="pl-PL"/>
        </w:rPr>
        <w:br/>
        <w:t>2. Najemca nie może oddawać przedmiotu najmu w podnajem ani do bezpłatnego używania osobom trzecim bez pisemnej zgody Wynajmującego.</w:t>
      </w:r>
      <w:r w:rsidRPr="00DD6803">
        <w:rPr>
          <w:rFonts w:cs="Calibri"/>
          <w:sz w:val="19"/>
          <w:lang w:val="pl-PL"/>
        </w:rPr>
        <w:br/>
        <w:t>3. Najemcy przekazano zestaw urządzeń dostępowych (np. pilot do bramy, klucze, karta garażowa) w liczbie: .................... szt.</w:t>
      </w:r>
    </w:p>
    <w:p w14:paraId="509C4DDA" w14:textId="77777777" w:rsidR="00EE2822" w:rsidRPr="00DD6803" w:rsidRDefault="00843FCE" w:rsidP="00F1190E">
      <w:pPr>
        <w:spacing w:after="60" w:line="360" w:lineRule="auto"/>
        <w:rPr>
          <w:rFonts w:cs="Calibri"/>
          <w:lang w:val="pl-PL"/>
        </w:rPr>
      </w:pPr>
      <w:r w:rsidRPr="00DD6803">
        <w:rPr>
          <w:rFonts w:cs="Calibri"/>
          <w:b/>
          <w:color w:val="1D2939"/>
          <w:sz w:val="21"/>
          <w:lang w:val="pl-PL"/>
        </w:rPr>
        <w:t>§ 5. POSTANOWIENIA KOŃCOWE</w:t>
      </w:r>
    </w:p>
    <w:p w14:paraId="17637AF7" w14:textId="77777777" w:rsidR="00EE2822" w:rsidRPr="00DD6803" w:rsidRDefault="00843FCE" w:rsidP="00F1190E">
      <w:pPr>
        <w:spacing w:after="320" w:line="360" w:lineRule="auto"/>
        <w:rPr>
          <w:rFonts w:cs="Calibri"/>
          <w:lang w:val="pl-PL"/>
        </w:rPr>
      </w:pPr>
      <w:r w:rsidRPr="00DD6803">
        <w:rPr>
          <w:rFonts w:cs="Calibri"/>
          <w:sz w:val="19"/>
          <w:lang w:val="pl-PL"/>
        </w:rPr>
        <w:t>1. Wszelkie zmiany niniejszej umowy wymagają formy pisemnej pod rygorem nieważności.</w:t>
      </w:r>
      <w:r w:rsidRPr="00DD6803">
        <w:rPr>
          <w:rFonts w:cs="Calibri"/>
          <w:sz w:val="19"/>
          <w:lang w:val="pl-PL"/>
        </w:rPr>
        <w:br/>
        <w:t>2. W sprawach nieuregulowanych umową zastosowanie mają przepisy Kodeksu cywilnego.</w:t>
      </w:r>
      <w:r w:rsidRPr="00DD6803">
        <w:rPr>
          <w:rFonts w:cs="Calibri"/>
          <w:sz w:val="19"/>
          <w:lang w:val="pl-PL"/>
        </w:rPr>
        <w:br/>
        <w:t>3. Umowę sporządzono w dwóch jednobrzmiących egzemplarzach, po jednym dla każdej ze stron.</w:t>
      </w:r>
    </w:p>
    <w:p w14:paraId="5E71163E" w14:textId="77777777" w:rsidR="00EE2822" w:rsidRPr="00DD6803" w:rsidRDefault="00EE2822" w:rsidP="00F1190E">
      <w:pPr>
        <w:spacing w:after="400" w:line="360" w:lineRule="auto"/>
        <w:rPr>
          <w:rFonts w:cs="Calibri"/>
          <w:lang w:val="pl-P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EE2822" w:rsidRPr="00DD6803" w14:paraId="4E2154EB" w14:textId="77777777">
        <w:trPr>
          <w:jc w:val="center"/>
        </w:trPr>
        <w:tc>
          <w:tcPr>
            <w:tcW w:w="4752" w:type="dxa"/>
          </w:tcPr>
          <w:p w14:paraId="336F316D" w14:textId="77777777" w:rsidR="00EE2822" w:rsidRPr="00DD6803" w:rsidRDefault="00843FCE" w:rsidP="00F1190E">
            <w:pPr>
              <w:spacing w:line="360" w:lineRule="auto"/>
              <w:jc w:val="center"/>
              <w:rPr>
                <w:rFonts w:cs="Calibri"/>
                <w:lang w:val="pl-PL"/>
              </w:rPr>
            </w:pPr>
            <w:r w:rsidRPr="00DD6803">
              <w:rPr>
                <w:rFonts w:cs="Calibri"/>
                <w:lang w:val="pl-PL"/>
              </w:rPr>
              <w:t>....................................................................</w:t>
            </w:r>
            <w:r w:rsidRPr="00DD6803">
              <w:rPr>
                <w:rFonts w:cs="Calibri"/>
                <w:lang w:val="pl-PL"/>
              </w:rPr>
              <w:br/>
            </w:r>
            <w:r w:rsidRPr="00DD6803">
              <w:rPr>
                <w:rFonts w:cs="Calibri"/>
                <w:b/>
                <w:sz w:val="17"/>
                <w:lang w:val="pl-PL"/>
              </w:rPr>
              <w:t>WYNAJMUJĄCY</w:t>
            </w:r>
          </w:p>
        </w:tc>
        <w:tc>
          <w:tcPr>
            <w:tcW w:w="4752" w:type="dxa"/>
          </w:tcPr>
          <w:p w14:paraId="4BC7E176" w14:textId="77777777" w:rsidR="00EE2822" w:rsidRPr="00DD6803" w:rsidRDefault="00843FCE" w:rsidP="00F1190E">
            <w:pPr>
              <w:spacing w:line="360" w:lineRule="auto"/>
              <w:jc w:val="center"/>
              <w:rPr>
                <w:rFonts w:cs="Calibri"/>
                <w:lang w:val="pl-PL"/>
              </w:rPr>
            </w:pPr>
            <w:r w:rsidRPr="00DD6803">
              <w:rPr>
                <w:rFonts w:cs="Calibri"/>
                <w:lang w:val="pl-PL"/>
              </w:rPr>
              <w:t>....................................................................</w:t>
            </w:r>
            <w:r w:rsidRPr="00DD6803">
              <w:rPr>
                <w:rFonts w:cs="Calibri"/>
                <w:lang w:val="pl-PL"/>
              </w:rPr>
              <w:br/>
            </w:r>
            <w:r w:rsidRPr="00DD6803">
              <w:rPr>
                <w:rFonts w:cs="Calibri"/>
                <w:b/>
                <w:sz w:val="17"/>
                <w:lang w:val="pl-PL"/>
              </w:rPr>
              <w:t>NAJEMCA</w:t>
            </w:r>
          </w:p>
        </w:tc>
      </w:tr>
      <w:tr w:rsidR="00EE2822" w:rsidRPr="00DD6803" w14:paraId="68FB994B" w14:textId="77777777">
        <w:trPr>
          <w:jc w:val="center"/>
        </w:trPr>
        <w:tc>
          <w:tcPr>
            <w:tcW w:w="4968" w:type="dxa"/>
          </w:tcPr>
          <w:p w14:paraId="6FC3882C" w14:textId="77777777" w:rsidR="00EE2822" w:rsidRPr="00DD6803" w:rsidRDefault="00EE2822">
            <w:pPr>
              <w:rPr>
                <w:rFonts w:cs="Calibri"/>
                <w:lang w:val="pl-PL"/>
              </w:rPr>
            </w:pPr>
          </w:p>
        </w:tc>
        <w:tc>
          <w:tcPr>
            <w:tcW w:w="4968" w:type="dxa"/>
          </w:tcPr>
          <w:p w14:paraId="3B4BE0CB" w14:textId="77777777" w:rsidR="00EE2822" w:rsidRPr="00DD6803" w:rsidRDefault="00EE2822">
            <w:pPr>
              <w:rPr>
                <w:rFonts w:cs="Calibri"/>
                <w:lang w:val="pl-PL"/>
              </w:rPr>
            </w:pPr>
          </w:p>
        </w:tc>
      </w:tr>
    </w:tbl>
    <w:p w14:paraId="1734D260" w14:textId="77777777" w:rsidR="00843FCE" w:rsidRPr="00DD6803" w:rsidRDefault="00843FCE">
      <w:pPr>
        <w:rPr>
          <w:rFonts w:cs="Calibri"/>
          <w:lang w:val="pl-PL"/>
        </w:rPr>
      </w:pPr>
    </w:p>
    <w:sectPr w:rsidR="00843FCE" w:rsidRPr="00DD6803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0102E5"/>
    <w:multiLevelType w:val="hybridMultilevel"/>
    <w:tmpl w:val="FF145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421C2A"/>
    <w:multiLevelType w:val="hybridMultilevel"/>
    <w:tmpl w:val="61D8F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696141">
    <w:abstractNumId w:val="8"/>
  </w:num>
  <w:num w:numId="2" w16cid:durableId="1955600236">
    <w:abstractNumId w:val="6"/>
  </w:num>
  <w:num w:numId="3" w16cid:durableId="735903990">
    <w:abstractNumId w:val="5"/>
  </w:num>
  <w:num w:numId="4" w16cid:durableId="339088946">
    <w:abstractNumId w:val="4"/>
  </w:num>
  <w:num w:numId="5" w16cid:durableId="392626195">
    <w:abstractNumId w:val="7"/>
  </w:num>
  <w:num w:numId="6" w16cid:durableId="107505561">
    <w:abstractNumId w:val="3"/>
  </w:num>
  <w:num w:numId="7" w16cid:durableId="1887721833">
    <w:abstractNumId w:val="2"/>
  </w:num>
  <w:num w:numId="8" w16cid:durableId="601232407">
    <w:abstractNumId w:val="1"/>
  </w:num>
  <w:num w:numId="9" w16cid:durableId="2108847332">
    <w:abstractNumId w:val="0"/>
  </w:num>
  <w:num w:numId="10" w16cid:durableId="849025952">
    <w:abstractNumId w:val="9"/>
  </w:num>
  <w:num w:numId="11" w16cid:durableId="8281792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40A"/>
    <w:rsid w:val="00326F90"/>
    <w:rsid w:val="00443B29"/>
    <w:rsid w:val="00750D61"/>
    <w:rsid w:val="00843FCE"/>
    <w:rsid w:val="00AA1D8D"/>
    <w:rsid w:val="00AC2006"/>
    <w:rsid w:val="00B47730"/>
    <w:rsid w:val="00CB0664"/>
    <w:rsid w:val="00DD6803"/>
    <w:rsid w:val="00EE2822"/>
    <w:rsid w:val="00F1190E"/>
    <w:rsid w:val="00FC40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34552"/>
  <w14:defaultImageDpi w14:val="300"/>
  <w15:docId w15:val="{79129F2D-8538-4F6A-95C0-D47D31B0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Calibri" w:hAnsi="Calibri"/>
      <w:color w:val="262626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Dawid</cp:lastModifiedBy>
  <cp:revision>6</cp:revision>
  <dcterms:created xsi:type="dcterms:W3CDTF">2026-10-27T20:14:00Z</dcterms:created>
  <dcterms:modified xsi:type="dcterms:W3CDTF">2026-10-27T20:20:00Z</dcterms:modified>
  <cp:category/>
</cp:coreProperties>
</file>