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BBA15" w14:textId="23F31CD5" w:rsidR="004B19F3" w:rsidRPr="005016CA" w:rsidRDefault="004220C2" w:rsidP="005016CA">
      <w:pPr>
        <w:spacing w:line="360" w:lineRule="auto"/>
        <w:jc w:val="right"/>
        <w:rPr>
          <w:rFonts w:cs="Calibri"/>
          <w:lang w:val="pl-PL"/>
        </w:rPr>
      </w:pPr>
      <w:r w:rsidRPr="005016CA">
        <w:rPr>
          <w:rFonts w:cs="Calibri"/>
          <w:i/>
          <w:sz w:val="19"/>
          <w:lang w:val="pl-PL"/>
        </w:rPr>
        <w:t>Miejscowość: ....................................., dnia .................... r.</w:t>
      </w:r>
      <w:r w:rsidRPr="005016CA">
        <w:rPr>
          <w:rFonts w:cs="Calibri"/>
          <w:i/>
          <w:sz w:val="19"/>
          <w:lang w:val="pl-PL"/>
        </w:rPr>
        <w:br/>
        <w:t>Numer protokołu: ......</w:t>
      </w:r>
      <w:r w:rsidR="005016CA" w:rsidRPr="005016CA">
        <w:rPr>
          <w:rFonts w:cs="Calibri"/>
          <w:i/>
          <w:sz w:val="19"/>
          <w:lang w:val="pl-PL"/>
        </w:rPr>
        <w:t>................</w:t>
      </w:r>
      <w:r w:rsidRPr="005016CA">
        <w:rPr>
          <w:rFonts w:cs="Calibri"/>
          <w:i/>
          <w:sz w:val="19"/>
          <w:lang w:val="pl-PL"/>
        </w:rPr>
        <w:t>............../..............</w:t>
      </w:r>
      <w:r w:rsidR="005016CA" w:rsidRPr="005016CA">
        <w:rPr>
          <w:rFonts w:cs="Calibri"/>
          <w:i/>
          <w:sz w:val="19"/>
          <w:lang w:val="pl-PL"/>
        </w:rPr>
        <w:t>............</w:t>
      </w:r>
      <w:r w:rsidRPr="005016CA">
        <w:rPr>
          <w:rFonts w:cs="Calibri"/>
          <w:i/>
          <w:sz w:val="19"/>
          <w:lang w:val="pl-PL"/>
        </w:rPr>
        <w:t>......</w:t>
      </w:r>
    </w:p>
    <w:p w14:paraId="724E9BBB" w14:textId="77777777" w:rsidR="004B19F3" w:rsidRDefault="004B19F3">
      <w:pPr>
        <w:spacing w:after="80"/>
        <w:rPr>
          <w:rFonts w:cs="Calibri"/>
          <w:lang w:val="pl-PL"/>
        </w:rPr>
      </w:pPr>
    </w:p>
    <w:p w14:paraId="16DEE24D" w14:textId="77777777" w:rsidR="005016CA" w:rsidRPr="005016CA" w:rsidRDefault="005016CA">
      <w:pPr>
        <w:spacing w:after="80"/>
        <w:rPr>
          <w:rFonts w:cs="Calibri"/>
          <w:lang w:val="pl-PL"/>
        </w:rPr>
      </w:pPr>
    </w:p>
    <w:p w14:paraId="102C5C6E" w14:textId="77777777" w:rsidR="005016CA" w:rsidRPr="005016CA" w:rsidRDefault="005016CA">
      <w:pPr>
        <w:spacing w:after="8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4B19F3" w:rsidRPr="005016CA" w14:paraId="7B21072F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4CB9488C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color w:val="101828"/>
                <w:sz w:val="24"/>
                <w:lang w:val="pl-PL"/>
              </w:rPr>
              <w:t>PROTOKÓŁ ODBIORU PRAC BUDOWLANO-WYKOŃCZENIOWYCH I USTEREK</w:t>
            </w:r>
          </w:p>
        </w:tc>
      </w:tr>
    </w:tbl>
    <w:p w14:paraId="3D1D9E98" w14:textId="77777777" w:rsidR="004B19F3" w:rsidRDefault="004B19F3">
      <w:pPr>
        <w:spacing w:after="160"/>
        <w:rPr>
          <w:rFonts w:cs="Calibri"/>
          <w:lang w:val="pl-PL"/>
        </w:rPr>
      </w:pPr>
    </w:p>
    <w:p w14:paraId="2FD2FA69" w14:textId="77777777" w:rsidR="005016CA" w:rsidRPr="005016CA" w:rsidRDefault="005016CA">
      <w:pPr>
        <w:spacing w:after="160"/>
        <w:rPr>
          <w:rFonts w:cs="Calibri"/>
          <w:lang w:val="pl-PL"/>
        </w:rPr>
      </w:pPr>
    </w:p>
    <w:p w14:paraId="62FE6C00" w14:textId="77777777" w:rsidR="005016CA" w:rsidRPr="005016CA" w:rsidRDefault="005016CA">
      <w:pPr>
        <w:spacing w:after="160"/>
        <w:rPr>
          <w:rFonts w:cs="Calibri"/>
          <w:lang w:val="pl-PL"/>
        </w:rPr>
      </w:pPr>
    </w:p>
    <w:p w14:paraId="345A0543" w14:textId="77777777" w:rsidR="004B19F3" w:rsidRPr="005016CA" w:rsidRDefault="004220C2">
      <w:pPr>
        <w:spacing w:after="60"/>
        <w:rPr>
          <w:rFonts w:cs="Calibri"/>
          <w:lang w:val="pl-PL"/>
        </w:rPr>
      </w:pPr>
      <w:r w:rsidRPr="005016CA">
        <w:rPr>
          <w:rFonts w:cs="Calibri"/>
          <w:b/>
          <w:color w:val="1D2939"/>
          <w:sz w:val="21"/>
          <w:lang w:val="pl-PL"/>
        </w:rPr>
        <w:t>1. DANE INWESTYCJI I UMOWY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4B19F3" w:rsidRPr="005016CA" w14:paraId="67A89219" w14:textId="77777777">
        <w:trPr>
          <w:jc w:val="center"/>
        </w:trPr>
        <w:tc>
          <w:tcPr>
            <w:tcW w:w="3744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889F39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8"/>
                <w:lang w:val="pl-PL"/>
              </w:rPr>
              <w:t>Inwestycja / Obiekt (adres):</w:t>
            </w:r>
          </w:p>
        </w:tc>
        <w:tc>
          <w:tcPr>
            <w:tcW w:w="604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513D47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................................................................................</w:t>
            </w:r>
          </w:p>
        </w:tc>
      </w:tr>
      <w:tr w:rsidR="004B19F3" w:rsidRPr="005016CA" w14:paraId="067F3536" w14:textId="77777777">
        <w:trPr>
          <w:jc w:val="center"/>
        </w:trPr>
        <w:tc>
          <w:tcPr>
            <w:tcW w:w="3744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9C9F5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8"/>
                <w:lang w:val="pl-PL"/>
              </w:rPr>
              <w:t>Przedmiot prac / zakres:</w:t>
            </w:r>
          </w:p>
        </w:tc>
        <w:tc>
          <w:tcPr>
            <w:tcW w:w="604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C5A607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................................................................................</w:t>
            </w:r>
          </w:p>
        </w:tc>
      </w:tr>
      <w:tr w:rsidR="004B19F3" w:rsidRPr="005016CA" w14:paraId="40A343BF" w14:textId="77777777">
        <w:trPr>
          <w:jc w:val="center"/>
        </w:trPr>
        <w:tc>
          <w:tcPr>
            <w:tcW w:w="3744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2903D9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8"/>
                <w:lang w:val="pl-PL"/>
              </w:rPr>
              <w:t>Dotyczy Umowy nr / z dnia:</w:t>
            </w:r>
          </w:p>
        </w:tc>
        <w:tc>
          <w:tcPr>
            <w:tcW w:w="604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85949F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................................................................................</w:t>
            </w:r>
          </w:p>
        </w:tc>
      </w:tr>
    </w:tbl>
    <w:p w14:paraId="526AC1C4" w14:textId="77777777" w:rsidR="004B19F3" w:rsidRPr="005016CA" w:rsidRDefault="004B19F3">
      <w:pPr>
        <w:spacing w:after="160"/>
        <w:rPr>
          <w:rFonts w:cs="Calibri"/>
          <w:lang w:val="pl-PL"/>
        </w:rPr>
      </w:pPr>
    </w:p>
    <w:p w14:paraId="64984BB3" w14:textId="77777777" w:rsidR="004B19F3" w:rsidRPr="005016CA" w:rsidRDefault="004220C2">
      <w:pPr>
        <w:spacing w:after="60"/>
        <w:rPr>
          <w:rFonts w:cs="Calibri"/>
          <w:lang w:val="pl-PL"/>
        </w:rPr>
      </w:pPr>
      <w:r w:rsidRPr="005016CA">
        <w:rPr>
          <w:rFonts w:cs="Calibri"/>
          <w:b/>
          <w:color w:val="1D2939"/>
          <w:sz w:val="21"/>
          <w:lang w:val="pl-PL"/>
        </w:rPr>
        <w:t>2. STRONY ODBIORU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44"/>
        <w:gridCol w:w="6048"/>
      </w:tblGrid>
      <w:tr w:rsidR="004B19F3" w:rsidRPr="005016CA" w14:paraId="784D45D5" w14:textId="77777777">
        <w:trPr>
          <w:jc w:val="center"/>
        </w:trPr>
        <w:tc>
          <w:tcPr>
            <w:tcW w:w="3744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9D0784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8"/>
                <w:lang w:val="pl-PL"/>
              </w:rPr>
              <w:t>INWESTOR / ZAMAWIAJĄCY:</w:t>
            </w:r>
          </w:p>
        </w:tc>
        <w:tc>
          <w:tcPr>
            <w:tcW w:w="604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62599" w14:textId="77777777" w:rsidR="004B19F3" w:rsidRPr="005016CA" w:rsidRDefault="004220C2" w:rsidP="005016CA">
            <w:pPr>
              <w:spacing w:line="360" w:lineRule="auto"/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Imię i nazwisko / Firma: ................................................................................</w:t>
            </w:r>
            <w:r w:rsidRPr="005016CA">
              <w:rPr>
                <w:rFonts w:cs="Calibri"/>
                <w:sz w:val="18"/>
                <w:lang w:val="pl-PL"/>
              </w:rPr>
              <w:br/>
              <w:t>Reprezentowany przez: ................................................................................</w:t>
            </w:r>
          </w:p>
        </w:tc>
      </w:tr>
      <w:tr w:rsidR="004B19F3" w:rsidRPr="005016CA" w14:paraId="6326A9E0" w14:textId="77777777">
        <w:trPr>
          <w:jc w:val="center"/>
        </w:trPr>
        <w:tc>
          <w:tcPr>
            <w:tcW w:w="3744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CE1C2" w14:textId="77777777" w:rsidR="004B19F3" w:rsidRPr="005016CA" w:rsidRDefault="004220C2">
            <w:pPr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8"/>
                <w:lang w:val="pl-PL"/>
              </w:rPr>
              <w:t>WYKONAWCA:</w:t>
            </w:r>
          </w:p>
        </w:tc>
        <w:tc>
          <w:tcPr>
            <w:tcW w:w="604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EDA02D" w14:textId="77777777" w:rsidR="004B19F3" w:rsidRPr="005016CA" w:rsidRDefault="004220C2" w:rsidP="005016CA">
            <w:pPr>
              <w:spacing w:line="360" w:lineRule="auto"/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Imię i nazwisko / Firma: ................................................................................</w:t>
            </w:r>
            <w:r w:rsidRPr="005016CA">
              <w:rPr>
                <w:rFonts w:cs="Calibri"/>
                <w:sz w:val="18"/>
                <w:lang w:val="pl-PL"/>
              </w:rPr>
              <w:br/>
              <w:t>Reprezentowany przez: ................................................................................</w:t>
            </w:r>
          </w:p>
        </w:tc>
      </w:tr>
    </w:tbl>
    <w:p w14:paraId="5D4FD3CF" w14:textId="77777777" w:rsidR="004B19F3" w:rsidRPr="005016CA" w:rsidRDefault="004B19F3">
      <w:pPr>
        <w:spacing w:after="160"/>
        <w:rPr>
          <w:rFonts w:cs="Calibri"/>
          <w:lang w:val="pl-PL"/>
        </w:rPr>
      </w:pPr>
    </w:p>
    <w:p w14:paraId="5A7D9972" w14:textId="77777777" w:rsidR="004B19F3" w:rsidRPr="005016CA" w:rsidRDefault="004220C2">
      <w:pPr>
        <w:spacing w:after="60"/>
        <w:rPr>
          <w:rFonts w:cs="Calibri"/>
          <w:lang w:val="pl-PL"/>
        </w:rPr>
      </w:pPr>
      <w:r w:rsidRPr="005016CA">
        <w:rPr>
          <w:rFonts w:cs="Calibri"/>
          <w:b/>
          <w:color w:val="1D2939"/>
          <w:sz w:val="21"/>
          <w:lang w:val="pl-PL"/>
        </w:rPr>
        <w:t>3. WYNIK ODBIORU PRAC</w:t>
      </w:r>
    </w:p>
    <w:p w14:paraId="1F747DD0" w14:textId="77777777" w:rsidR="004B19F3" w:rsidRPr="005016CA" w:rsidRDefault="004220C2" w:rsidP="005016CA">
      <w:pPr>
        <w:spacing w:after="120" w:line="360" w:lineRule="auto"/>
        <w:rPr>
          <w:rFonts w:cs="Calibri"/>
          <w:sz w:val="19"/>
          <w:lang w:val="pl-PL"/>
        </w:rPr>
      </w:pPr>
      <w:r w:rsidRPr="005016CA">
        <w:rPr>
          <w:rFonts w:cs="Calibri"/>
          <w:sz w:val="19"/>
          <w:lang w:val="pl-PL"/>
        </w:rPr>
        <w:t>Komisja odbiorowa po dokonaniu oględzin i weryfikacji wykonanych prac budowlano-wykończeniowych ustala, co następuje:</w:t>
      </w:r>
      <w:r w:rsidRPr="005016CA">
        <w:rPr>
          <w:rFonts w:cs="Calibri"/>
          <w:sz w:val="19"/>
          <w:lang w:val="pl-PL"/>
        </w:rPr>
        <w:br/>
        <w:t>☐  Prace zostały wykonane należycie, zgodnie z umową, projektami i sztuką budowlaną – **BEZ USTEREK**.</w:t>
      </w:r>
      <w:r w:rsidRPr="005016CA">
        <w:rPr>
          <w:rFonts w:cs="Calibri"/>
          <w:sz w:val="19"/>
          <w:lang w:val="pl-PL"/>
        </w:rPr>
        <w:br/>
        <w:t>☐  Prace zostały wykonane z **USTERKAMI** wyszczególnionymi w poniższym zestawieniu (Sekcja 4).</w:t>
      </w:r>
      <w:r w:rsidRPr="005016CA">
        <w:rPr>
          <w:rFonts w:cs="Calibri"/>
          <w:sz w:val="19"/>
          <w:lang w:val="pl-PL"/>
        </w:rPr>
        <w:br/>
        <w:t>☐  Prace nie zostały przyjęte z powodu usterek istotnych uniemożliwiających użytkowanie obiektu.</w:t>
      </w:r>
    </w:p>
    <w:p w14:paraId="778C3B23" w14:textId="77777777" w:rsidR="005016CA" w:rsidRDefault="005016CA" w:rsidP="005016CA">
      <w:pPr>
        <w:spacing w:after="120" w:line="360" w:lineRule="auto"/>
        <w:rPr>
          <w:rFonts w:cs="Calibri"/>
          <w:lang w:val="pl-PL"/>
        </w:rPr>
      </w:pPr>
    </w:p>
    <w:p w14:paraId="6692D973" w14:textId="77777777" w:rsidR="005016CA" w:rsidRDefault="005016CA" w:rsidP="005016CA">
      <w:pPr>
        <w:spacing w:after="120" w:line="360" w:lineRule="auto"/>
        <w:rPr>
          <w:rFonts w:cs="Calibri"/>
          <w:lang w:val="pl-PL"/>
        </w:rPr>
      </w:pPr>
    </w:p>
    <w:p w14:paraId="6BC3878D" w14:textId="77777777" w:rsidR="005016CA" w:rsidRDefault="005016CA" w:rsidP="005016CA">
      <w:pPr>
        <w:spacing w:after="120" w:line="360" w:lineRule="auto"/>
        <w:rPr>
          <w:rFonts w:cs="Calibri"/>
          <w:lang w:val="pl-PL"/>
        </w:rPr>
      </w:pPr>
    </w:p>
    <w:p w14:paraId="37DE203E" w14:textId="77777777" w:rsidR="005016CA" w:rsidRPr="005016CA" w:rsidRDefault="005016CA" w:rsidP="005016CA">
      <w:pPr>
        <w:spacing w:after="120" w:line="360" w:lineRule="auto"/>
        <w:rPr>
          <w:rFonts w:cs="Calibri"/>
          <w:lang w:val="pl-PL"/>
        </w:rPr>
      </w:pPr>
    </w:p>
    <w:p w14:paraId="530B4E68" w14:textId="77777777" w:rsidR="004B19F3" w:rsidRPr="005016CA" w:rsidRDefault="004220C2">
      <w:pPr>
        <w:spacing w:after="60"/>
        <w:rPr>
          <w:rFonts w:cs="Calibri"/>
          <w:lang w:val="pl-PL"/>
        </w:rPr>
      </w:pPr>
      <w:r w:rsidRPr="005016CA">
        <w:rPr>
          <w:rFonts w:cs="Calibri"/>
          <w:b/>
          <w:color w:val="1D2939"/>
          <w:sz w:val="21"/>
          <w:lang w:val="pl-PL"/>
        </w:rPr>
        <w:lastRenderedPageBreak/>
        <w:t>4. WYKAZ STWIERDZONYCH USTEREK I TERMINY USUNIĘCIA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4608"/>
        <w:gridCol w:w="2304"/>
        <w:gridCol w:w="2160"/>
      </w:tblGrid>
      <w:tr w:rsidR="004B19F3" w:rsidRPr="005016CA" w14:paraId="6F04E8F6" w14:textId="77777777">
        <w:trPr>
          <w:jc w:val="center"/>
        </w:trPr>
        <w:tc>
          <w:tcPr>
            <w:tcW w:w="72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CBCE4F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7"/>
                <w:lang w:val="pl-PL"/>
              </w:rPr>
              <w:t>Lp.</w:t>
            </w:r>
          </w:p>
        </w:tc>
        <w:tc>
          <w:tcPr>
            <w:tcW w:w="46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B6A76E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7"/>
                <w:lang w:val="pl-PL"/>
              </w:rPr>
              <w:t>Opis usterki / wady / braków</w:t>
            </w: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42152E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7"/>
                <w:lang w:val="pl-PL"/>
              </w:rPr>
              <w:t>Pomieszczenie / Lokalizacja</w:t>
            </w:r>
          </w:p>
        </w:tc>
        <w:tc>
          <w:tcPr>
            <w:tcW w:w="216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shd w:val="clear" w:color="auto" w:fill="EAECF0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33670C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b/>
                <w:sz w:val="17"/>
                <w:lang w:val="pl-PL"/>
              </w:rPr>
              <w:t>Uzgodniony termin usunięcia</w:t>
            </w:r>
          </w:p>
        </w:tc>
      </w:tr>
      <w:tr w:rsidR="004B19F3" w:rsidRPr="005016CA" w14:paraId="26224CAA" w14:textId="77777777">
        <w:trPr>
          <w:jc w:val="center"/>
        </w:trPr>
        <w:tc>
          <w:tcPr>
            <w:tcW w:w="72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6A08A6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1</w:t>
            </w:r>
          </w:p>
        </w:tc>
        <w:tc>
          <w:tcPr>
            <w:tcW w:w="46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80E19" w14:textId="77777777" w:rsidR="004B19F3" w:rsidRDefault="004B19F3">
            <w:pPr>
              <w:rPr>
                <w:rFonts w:cs="Calibri"/>
                <w:lang w:val="pl-PL"/>
              </w:rPr>
            </w:pPr>
          </w:p>
          <w:p w14:paraId="40DA95B5" w14:textId="77777777" w:rsidR="005016CA" w:rsidRPr="005016CA" w:rsidRDefault="005016CA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AE0C95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  <w:tc>
          <w:tcPr>
            <w:tcW w:w="216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58313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</w:tr>
      <w:tr w:rsidR="004B19F3" w:rsidRPr="005016CA" w14:paraId="3DF9F341" w14:textId="77777777">
        <w:trPr>
          <w:jc w:val="center"/>
        </w:trPr>
        <w:tc>
          <w:tcPr>
            <w:tcW w:w="72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E3EAA8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2</w:t>
            </w:r>
          </w:p>
        </w:tc>
        <w:tc>
          <w:tcPr>
            <w:tcW w:w="46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2C307C" w14:textId="77777777" w:rsidR="004B19F3" w:rsidRDefault="004B19F3">
            <w:pPr>
              <w:rPr>
                <w:rFonts w:cs="Calibri"/>
                <w:lang w:val="pl-PL"/>
              </w:rPr>
            </w:pPr>
          </w:p>
          <w:p w14:paraId="1EADDACB" w14:textId="77777777" w:rsidR="005016CA" w:rsidRPr="005016CA" w:rsidRDefault="005016CA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AF5439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  <w:tc>
          <w:tcPr>
            <w:tcW w:w="216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EC434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</w:tr>
      <w:tr w:rsidR="004B19F3" w:rsidRPr="005016CA" w14:paraId="26F64A60" w14:textId="77777777">
        <w:trPr>
          <w:jc w:val="center"/>
        </w:trPr>
        <w:tc>
          <w:tcPr>
            <w:tcW w:w="72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F5E1E6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3</w:t>
            </w:r>
          </w:p>
        </w:tc>
        <w:tc>
          <w:tcPr>
            <w:tcW w:w="46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963F0A" w14:textId="77777777" w:rsidR="004B19F3" w:rsidRDefault="004B19F3">
            <w:pPr>
              <w:rPr>
                <w:rFonts w:cs="Calibri"/>
                <w:lang w:val="pl-PL"/>
              </w:rPr>
            </w:pPr>
          </w:p>
          <w:p w14:paraId="7AFA6BA7" w14:textId="77777777" w:rsidR="005016CA" w:rsidRDefault="005016CA">
            <w:pPr>
              <w:rPr>
                <w:rFonts w:cs="Calibri"/>
                <w:lang w:val="pl-PL"/>
              </w:rPr>
            </w:pPr>
          </w:p>
          <w:p w14:paraId="4BE813DD" w14:textId="77777777" w:rsidR="005016CA" w:rsidRPr="005016CA" w:rsidRDefault="005016CA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4EE0ED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  <w:tc>
          <w:tcPr>
            <w:tcW w:w="216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179D31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</w:tr>
      <w:tr w:rsidR="004B19F3" w:rsidRPr="005016CA" w14:paraId="25BB9130" w14:textId="77777777">
        <w:trPr>
          <w:jc w:val="center"/>
        </w:trPr>
        <w:tc>
          <w:tcPr>
            <w:tcW w:w="72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901C17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4</w:t>
            </w:r>
          </w:p>
        </w:tc>
        <w:tc>
          <w:tcPr>
            <w:tcW w:w="46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5FCF1B" w14:textId="77777777" w:rsidR="004B19F3" w:rsidRDefault="004B19F3">
            <w:pPr>
              <w:rPr>
                <w:rFonts w:cs="Calibri"/>
                <w:lang w:val="pl-PL"/>
              </w:rPr>
            </w:pPr>
          </w:p>
          <w:p w14:paraId="209288AE" w14:textId="77777777" w:rsidR="005016CA" w:rsidRPr="005016CA" w:rsidRDefault="005016CA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924B63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  <w:tc>
          <w:tcPr>
            <w:tcW w:w="216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62D613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</w:tr>
      <w:tr w:rsidR="004B19F3" w:rsidRPr="005016CA" w14:paraId="46CA0764" w14:textId="77777777">
        <w:trPr>
          <w:jc w:val="center"/>
        </w:trPr>
        <w:tc>
          <w:tcPr>
            <w:tcW w:w="72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DA2B3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sz w:val="18"/>
                <w:lang w:val="pl-PL"/>
              </w:rPr>
              <w:t>5</w:t>
            </w:r>
          </w:p>
        </w:tc>
        <w:tc>
          <w:tcPr>
            <w:tcW w:w="4608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505E99" w14:textId="77777777" w:rsidR="004B19F3" w:rsidRDefault="004B19F3">
            <w:pPr>
              <w:rPr>
                <w:rFonts w:cs="Calibri"/>
                <w:lang w:val="pl-PL"/>
              </w:rPr>
            </w:pPr>
          </w:p>
          <w:p w14:paraId="311772B6" w14:textId="77777777" w:rsidR="005016CA" w:rsidRPr="005016CA" w:rsidRDefault="005016CA">
            <w:pPr>
              <w:rPr>
                <w:rFonts w:cs="Calibri"/>
                <w:lang w:val="pl-PL"/>
              </w:rPr>
            </w:pPr>
          </w:p>
        </w:tc>
        <w:tc>
          <w:tcPr>
            <w:tcW w:w="2304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98871B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  <w:tc>
          <w:tcPr>
            <w:tcW w:w="2160" w:type="dxa"/>
            <w:tcBorders>
              <w:top w:val="single" w:sz="4" w:space="0" w:color="D0D5DD"/>
              <w:left w:val="single" w:sz="4" w:space="0" w:color="D0D5DD"/>
              <w:bottom w:val="single" w:sz="4" w:space="0" w:color="D0D5DD"/>
              <w:right w:val="single" w:sz="4" w:space="0" w:color="D0D5DD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841297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</w:tr>
    </w:tbl>
    <w:p w14:paraId="4F8A6DAE" w14:textId="77777777" w:rsidR="004B19F3" w:rsidRPr="005016CA" w:rsidRDefault="004B19F3">
      <w:pPr>
        <w:spacing w:after="160"/>
        <w:rPr>
          <w:rFonts w:cs="Calibri"/>
          <w:lang w:val="pl-PL"/>
        </w:rPr>
      </w:pPr>
    </w:p>
    <w:p w14:paraId="0C9E8AB3" w14:textId="77777777" w:rsidR="004B19F3" w:rsidRPr="005016CA" w:rsidRDefault="004220C2">
      <w:pPr>
        <w:spacing w:after="60"/>
        <w:rPr>
          <w:rFonts w:cs="Calibri"/>
          <w:lang w:val="pl-PL"/>
        </w:rPr>
      </w:pPr>
      <w:r w:rsidRPr="005016CA">
        <w:rPr>
          <w:rFonts w:cs="Calibri"/>
          <w:b/>
          <w:color w:val="1D2939"/>
          <w:sz w:val="21"/>
          <w:lang w:val="pl-PL"/>
        </w:rPr>
        <w:t>5. OŚWIADCZENIA I POSTANOWIENIA KOŃCOWE</w:t>
      </w:r>
    </w:p>
    <w:p w14:paraId="393BAA61" w14:textId="77777777" w:rsidR="004B19F3" w:rsidRPr="005016CA" w:rsidRDefault="004220C2" w:rsidP="005016CA">
      <w:pPr>
        <w:spacing w:after="320" w:line="360" w:lineRule="auto"/>
        <w:rPr>
          <w:rFonts w:cs="Calibri"/>
          <w:lang w:val="pl-PL"/>
        </w:rPr>
      </w:pPr>
      <w:r w:rsidRPr="005016CA">
        <w:rPr>
          <w:rFonts w:cs="Calibri"/>
          <w:sz w:val="19"/>
          <w:lang w:val="pl-PL"/>
        </w:rPr>
        <w:t>1. Wykonawca zobowiązuje się do bezpłatnego usunięcia wyżej wymienionych usterek w ustalonych terminach.</w:t>
      </w:r>
      <w:r w:rsidRPr="005016CA">
        <w:rPr>
          <w:rFonts w:cs="Calibri"/>
          <w:sz w:val="19"/>
          <w:lang w:val="pl-PL"/>
        </w:rPr>
        <w:br/>
        <w:t>2. Usunięcie usterek zostanie potwierdzone odrębnym protokołem ponownego odbioru / usunięcia usterek.</w:t>
      </w:r>
      <w:r w:rsidRPr="005016CA">
        <w:rPr>
          <w:rFonts w:cs="Calibri"/>
          <w:sz w:val="19"/>
          <w:lang w:val="pl-PL"/>
        </w:rPr>
        <w:br/>
        <w:t>3. Protokół sporządzono w dwóch jednobrzmiących egzemplarzach, po jednym dla każdej ze stron.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4B19F3" w:rsidRPr="005016CA" w14:paraId="50C32330" w14:textId="77777777">
        <w:trPr>
          <w:jc w:val="center"/>
        </w:trPr>
        <w:tc>
          <w:tcPr>
            <w:tcW w:w="4752" w:type="dxa"/>
          </w:tcPr>
          <w:p w14:paraId="41040B4D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lang w:val="pl-PL"/>
              </w:rPr>
              <w:t>....................................................................</w:t>
            </w:r>
            <w:r w:rsidRPr="005016CA">
              <w:rPr>
                <w:rFonts w:cs="Calibri"/>
                <w:lang w:val="pl-PL"/>
              </w:rPr>
              <w:br/>
            </w:r>
            <w:r w:rsidRPr="005016CA">
              <w:rPr>
                <w:rFonts w:cs="Calibri"/>
                <w:b/>
                <w:sz w:val="17"/>
                <w:lang w:val="pl-PL"/>
              </w:rPr>
              <w:t>INWESTOR / ZAMAWIAJĄCY</w:t>
            </w:r>
          </w:p>
        </w:tc>
        <w:tc>
          <w:tcPr>
            <w:tcW w:w="4752" w:type="dxa"/>
          </w:tcPr>
          <w:p w14:paraId="53326E6D" w14:textId="77777777" w:rsidR="004B19F3" w:rsidRPr="005016CA" w:rsidRDefault="004220C2">
            <w:pPr>
              <w:jc w:val="center"/>
              <w:rPr>
                <w:rFonts w:cs="Calibri"/>
                <w:lang w:val="pl-PL"/>
              </w:rPr>
            </w:pPr>
            <w:r w:rsidRPr="005016CA">
              <w:rPr>
                <w:rFonts w:cs="Calibri"/>
                <w:lang w:val="pl-PL"/>
              </w:rPr>
              <w:t>....................................................................</w:t>
            </w:r>
            <w:r w:rsidRPr="005016CA">
              <w:rPr>
                <w:rFonts w:cs="Calibri"/>
                <w:lang w:val="pl-PL"/>
              </w:rPr>
              <w:br/>
            </w:r>
            <w:r w:rsidRPr="005016CA">
              <w:rPr>
                <w:rFonts w:cs="Calibri"/>
                <w:b/>
                <w:sz w:val="17"/>
                <w:lang w:val="pl-PL"/>
              </w:rPr>
              <w:t>WYKONAWCA</w:t>
            </w:r>
          </w:p>
        </w:tc>
      </w:tr>
      <w:tr w:rsidR="004B19F3" w:rsidRPr="005016CA" w14:paraId="179B10B5" w14:textId="77777777">
        <w:trPr>
          <w:jc w:val="center"/>
        </w:trPr>
        <w:tc>
          <w:tcPr>
            <w:tcW w:w="4968" w:type="dxa"/>
          </w:tcPr>
          <w:p w14:paraId="6929CF3D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  <w:tc>
          <w:tcPr>
            <w:tcW w:w="4968" w:type="dxa"/>
          </w:tcPr>
          <w:p w14:paraId="04003918" w14:textId="77777777" w:rsidR="004B19F3" w:rsidRPr="005016CA" w:rsidRDefault="004B19F3">
            <w:pPr>
              <w:rPr>
                <w:rFonts w:cs="Calibri"/>
                <w:lang w:val="pl-PL"/>
              </w:rPr>
            </w:pPr>
          </w:p>
        </w:tc>
      </w:tr>
    </w:tbl>
    <w:p w14:paraId="32DCB211" w14:textId="77777777" w:rsidR="004220C2" w:rsidRPr="005016CA" w:rsidRDefault="004220C2">
      <w:pPr>
        <w:rPr>
          <w:rFonts w:cs="Calibri"/>
          <w:lang w:val="pl-PL"/>
        </w:rPr>
      </w:pPr>
    </w:p>
    <w:sectPr w:rsidR="004220C2" w:rsidRPr="005016CA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4181167">
    <w:abstractNumId w:val="8"/>
  </w:num>
  <w:num w:numId="2" w16cid:durableId="2089960445">
    <w:abstractNumId w:val="6"/>
  </w:num>
  <w:num w:numId="3" w16cid:durableId="1372455215">
    <w:abstractNumId w:val="5"/>
  </w:num>
  <w:num w:numId="4" w16cid:durableId="508835373">
    <w:abstractNumId w:val="4"/>
  </w:num>
  <w:num w:numId="5" w16cid:durableId="986395559">
    <w:abstractNumId w:val="7"/>
  </w:num>
  <w:num w:numId="6" w16cid:durableId="706760371">
    <w:abstractNumId w:val="3"/>
  </w:num>
  <w:num w:numId="7" w16cid:durableId="1955209884">
    <w:abstractNumId w:val="2"/>
  </w:num>
  <w:num w:numId="8" w16cid:durableId="164638162">
    <w:abstractNumId w:val="1"/>
  </w:num>
  <w:num w:numId="9" w16cid:durableId="199703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B3F"/>
    <w:rsid w:val="002224D3"/>
    <w:rsid w:val="0029639D"/>
    <w:rsid w:val="00326F90"/>
    <w:rsid w:val="004220C2"/>
    <w:rsid w:val="004B19F3"/>
    <w:rsid w:val="005016CA"/>
    <w:rsid w:val="00512E3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B28796"/>
  <w14:defaultImageDpi w14:val="300"/>
  <w15:docId w15:val="{44DC0A70-65A9-4A46-8D35-DFE56F3F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3</cp:revision>
  <dcterms:created xsi:type="dcterms:W3CDTF">2026-10-28T08:10:00Z</dcterms:created>
  <dcterms:modified xsi:type="dcterms:W3CDTF">2026-10-28T08:13:00Z</dcterms:modified>
  <cp:category/>
</cp:coreProperties>
</file>