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B0AEC" w:rsidRPr="00B33D2A" w14:paraId="0E5383F3" w14:textId="77777777">
        <w:trPr>
          <w:jc w:val="center"/>
        </w:trPr>
        <w:tc>
          <w:tcPr>
            <w:tcW w:w="4680" w:type="dxa"/>
          </w:tcPr>
          <w:p w14:paraId="043949E3" w14:textId="77777777" w:rsidR="00FB0AEC" w:rsidRPr="00B33D2A" w:rsidRDefault="00B03381">
            <w:pPr>
              <w:spacing w:after="4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20"/>
                <w:lang w:val="pl-PL"/>
              </w:rPr>
              <w:t>Pracodawca / Podmiot powierzający pracę:</w:t>
            </w:r>
            <w:r w:rsidRPr="00B33D2A">
              <w:rPr>
                <w:rFonts w:ascii="Calibri" w:hAnsi="Calibri" w:cs="Calibri"/>
                <w:b/>
                <w:sz w:val="20"/>
                <w:lang w:val="pl-PL"/>
              </w:rPr>
              <w:br/>
            </w:r>
          </w:p>
          <w:p w14:paraId="24D44496" w14:textId="77777777" w:rsidR="00FB0AEC" w:rsidRPr="00B33D2A" w:rsidRDefault="00B03381">
            <w:pPr>
              <w:spacing w:before="40" w:line="312" w:lineRule="auto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555555"/>
                <w:sz w:val="19"/>
                <w:lang w:val="pl-PL"/>
              </w:rPr>
              <w:t>Nazwa firmy / Podmiotu: ........................................................</w:t>
            </w:r>
            <w:r w:rsidRPr="00B33D2A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Adres siedziby: ....................................................................</w:t>
            </w:r>
            <w:r w:rsidRPr="00B33D2A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NIP: .......................................... REGON: ...................................</w:t>
            </w:r>
          </w:p>
        </w:tc>
        <w:tc>
          <w:tcPr>
            <w:tcW w:w="4680" w:type="dxa"/>
          </w:tcPr>
          <w:p w14:paraId="7E57EE07" w14:textId="77777777" w:rsidR="00FB0AEC" w:rsidRPr="00B33D2A" w:rsidRDefault="00B03381">
            <w:pPr>
              <w:spacing w:after="400"/>
              <w:jc w:val="right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555555"/>
                <w:sz w:val="19"/>
                <w:lang w:val="pl-PL"/>
              </w:rPr>
              <w:t>Miejscowość: ........................., dnia ................... r.</w:t>
            </w:r>
            <w:r w:rsidRPr="00B33D2A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  <w:r w:rsidRPr="00B33D2A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</w:p>
        </w:tc>
      </w:tr>
    </w:tbl>
    <w:p w14:paraId="68D7B5F5" w14:textId="77777777" w:rsidR="00FB0AEC" w:rsidRPr="00B33D2A" w:rsidRDefault="00B03381">
      <w:pPr>
        <w:spacing w:after="80"/>
        <w:jc w:val="center"/>
        <w:rPr>
          <w:rFonts w:ascii="Calibri" w:hAnsi="Calibri" w:cs="Calibri"/>
          <w:lang w:val="pl-PL"/>
        </w:rPr>
      </w:pPr>
      <w:r w:rsidRPr="00B33D2A">
        <w:rPr>
          <w:rFonts w:ascii="Calibri" w:hAnsi="Calibri" w:cs="Calibri"/>
          <w:b/>
          <w:color w:val="111111"/>
          <w:sz w:val="30"/>
          <w:lang w:val="pl-PL"/>
        </w:rPr>
        <w:t>12. PROMESA ZATRUDNIENIA</w:t>
      </w:r>
    </w:p>
    <w:p w14:paraId="366C6E77" w14:textId="77777777" w:rsidR="00FB0AEC" w:rsidRPr="00B33D2A" w:rsidRDefault="00B03381">
      <w:pPr>
        <w:spacing w:after="440"/>
        <w:jc w:val="center"/>
        <w:rPr>
          <w:rFonts w:ascii="Calibri" w:hAnsi="Calibri" w:cs="Calibri"/>
          <w:lang w:val="pl-PL"/>
        </w:rPr>
      </w:pPr>
      <w:r w:rsidRPr="00B33D2A">
        <w:rPr>
          <w:rFonts w:ascii="Calibri" w:hAnsi="Calibri" w:cs="Calibri"/>
          <w:i/>
          <w:color w:val="555555"/>
          <w:sz w:val="19"/>
          <w:lang w:val="pl-PL"/>
        </w:rPr>
        <w:t>(Zaświadczenie o zamiarze powierzenia pracy / zatrudnienia – do celów urzędowych, bankowych oraz procedur legalizacji pobytu/pracy)</w:t>
      </w:r>
    </w:p>
    <w:p w14:paraId="78D6ABBC" w14:textId="77777777" w:rsidR="00FB0AEC" w:rsidRPr="00B33D2A" w:rsidRDefault="00B03381">
      <w:pPr>
        <w:spacing w:after="240" w:line="300" w:lineRule="auto"/>
        <w:rPr>
          <w:rFonts w:ascii="Calibri" w:hAnsi="Calibri" w:cs="Calibri"/>
          <w:lang w:val="pl-PL"/>
        </w:rPr>
      </w:pPr>
      <w:r w:rsidRPr="00B33D2A">
        <w:rPr>
          <w:rFonts w:ascii="Calibri" w:hAnsi="Calibri" w:cs="Calibri"/>
          <w:lang w:val="pl-PL"/>
        </w:rPr>
        <w:t xml:space="preserve">Niniejszym zaświadczamy, że firma </w:t>
      </w:r>
      <w:r w:rsidRPr="00B33D2A">
        <w:rPr>
          <w:rFonts w:ascii="Calibri" w:hAnsi="Calibri" w:cs="Calibri"/>
          <w:color w:val="444444"/>
          <w:lang w:val="pl-PL"/>
        </w:rPr>
        <w:t>....................................................................................................</w:t>
      </w:r>
      <w:r w:rsidRPr="00B33D2A">
        <w:rPr>
          <w:rFonts w:ascii="Calibri" w:hAnsi="Calibri" w:cs="Calibri"/>
          <w:lang w:val="pl-PL"/>
        </w:rPr>
        <w:t xml:space="preserve"> deklaruje zamiar zawarcia umowy o pracę / umowy cywilnoprawnej z Panem / Panią:</w:t>
      </w:r>
      <w:r w:rsidRPr="00B33D2A">
        <w:rPr>
          <w:rFonts w:ascii="Calibri" w:hAnsi="Calibri" w:cs="Calibri"/>
          <w:lang w:val="pl-PL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5616"/>
      </w:tblGrid>
      <w:tr w:rsidR="00FB0AEC" w:rsidRPr="00B33D2A" w14:paraId="6EB546DE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5E8749B3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Imię i nazwisko:</w:t>
            </w:r>
          </w:p>
        </w:tc>
        <w:tc>
          <w:tcPr>
            <w:tcW w:w="5616" w:type="dxa"/>
            <w:shd w:val="clear" w:color="auto" w:fill="F9FAFB"/>
          </w:tcPr>
          <w:p w14:paraId="0723425B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FB0AEC" w:rsidRPr="00B33D2A" w14:paraId="4A1C4BFD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3B6C9A20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Data i miejsce urodzenia:</w:t>
            </w:r>
          </w:p>
        </w:tc>
        <w:tc>
          <w:tcPr>
            <w:tcW w:w="5616" w:type="dxa"/>
            <w:shd w:val="clear" w:color="auto" w:fill="F9FAFB"/>
          </w:tcPr>
          <w:p w14:paraId="5061919E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FB0AEC" w:rsidRPr="00B33D2A" w14:paraId="51503911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3A9C10D6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Obywatelstwo:</w:t>
            </w:r>
          </w:p>
        </w:tc>
        <w:tc>
          <w:tcPr>
            <w:tcW w:w="5616" w:type="dxa"/>
            <w:shd w:val="clear" w:color="auto" w:fill="F9FAFB"/>
          </w:tcPr>
          <w:p w14:paraId="103EB91D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FB0AEC" w:rsidRPr="00B33D2A" w14:paraId="7B68A32A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0DAA2F79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Seria i nr paszportu / dowodu tożsamości:</w:t>
            </w:r>
          </w:p>
        </w:tc>
        <w:tc>
          <w:tcPr>
            <w:tcW w:w="5616" w:type="dxa"/>
            <w:shd w:val="clear" w:color="auto" w:fill="F9FAFB"/>
          </w:tcPr>
          <w:p w14:paraId="54EBF6D1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FB0AEC" w:rsidRPr="00B33D2A" w14:paraId="0576211E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78486A08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Adres zamieszkania:</w:t>
            </w:r>
          </w:p>
        </w:tc>
        <w:tc>
          <w:tcPr>
            <w:tcW w:w="5616" w:type="dxa"/>
            <w:shd w:val="clear" w:color="auto" w:fill="F9FAFB"/>
          </w:tcPr>
          <w:p w14:paraId="0D18A4C7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</w:tbl>
    <w:p w14:paraId="1FE11F91" w14:textId="77777777" w:rsidR="00FB0AEC" w:rsidRPr="00B33D2A" w:rsidRDefault="00FB0AEC">
      <w:pPr>
        <w:spacing w:after="240"/>
        <w:rPr>
          <w:rFonts w:ascii="Calibri" w:hAnsi="Calibri" w:cs="Calibri"/>
          <w:lang w:val="pl-PL"/>
        </w:rPr>
      </w:pPr>
    </w:p>
    <w:p w14:paraId="1A84C2D6" w14:textId="77777777" w:rsidR="00FB0AEC" w:rsidRPr="00B33D2A" w:rsidRDefault="00B03381">
      <w:pPr>
        <w:spacing w:before="80" w:after="160"/>
        <w:rPr>
          <w:rFonts w:ascii="Calibri" w:hAnsi="Calibri" w:cs="Calibri"/>
          <w:lang w:val="pl-PL"/>
        </w:rPr>
      </w:pPr>
      <w:r w:rsidRPr="00B33D2A">
        <w:rPr>
          <w:rFonts w:ascii="Calibri" w:hAnsi="Calibri" w:cs="Calibri"/>
          <w:b/>
          <w:lang w:val="pl-PL"/>
        </w:rPr>
        <w:t>Planowane warunki zatrudnienia / powierzenia pracy: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5616"/>
      </w:tblGrid>
      <w:tr w:rsidR="00FB0AEC" w:rsidRPr="00B33D2A" w14:paraId="66AA194A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72335851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Stanowisko / Rodzaj wykonywanej pracy:</w:t>
            </w:r>
          </w:p>
        </w:tc>
        <w:tc>
          <w:tcPr>
            <w:tcW w:w="5616" w:type="dxa"/>
            <w:shd w:val="clear" w:color="auto" w:fill="F9FAFB"/>
          </w:tcPr>
          <w:p w14:paraId="36D00DB1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FB0AEC" w:rsidRPr="00B33D2A" w14:paraId="2A6879B6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26990B7E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Rodzaj planowanej umowy:</w:t>
            </w:r>
          </w:p>
        </w:tc>
        <w:tc>
          <w:tcPr>
            <w:tcW w:w="5616" w:type="dxa"/>
            <w:shd w:val="clear" w:color="auto" w:fill="F9FAFB"/>
          </w:tcPr>
          <w:p w14:paraId="585AB1EB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[  ] Umowa o pracę   [  ] Umowa zlecenie   [  ] Inna: ............................</w:t>
            </w:r>
          </w:p>
        </w:tc>
      </w:tr>
      <w:tr w:rsidR="00FB0AEC" w:rsidRPr="00B33D2A" w14:paraId="1CBA3D13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0511FFD5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Wymiar czasu pracy / Liczba godzin:</w:t>
            </w:r>
          </w:p>
        </w:tc>
        <w:tc>
          <w:tcPr>
            <w:tcW w:w="5616" w:type="dxa"/>
            <w:shd w:val="clear" w:color="auto" w:fill="F9FAFB"/>
          </w:tcPr>
          <w:p w14:paraId="1E903126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FB0AEC" w:rsidRPr="00B33D2A" w14:paraId="095D9435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2FC5B335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Proponowane wynagrodzenie (brutto):</w:t>
            </w:r>
          </w:p>
        </w:tc>
        <w:tc>
          <w:tcPr>
            <w:tcW w:w="5616" w:type="dxa"/>
            <w:shd w:val="clear" w:color="auto" w:fill="F9FAFB"/>
          </w:tcPr>
          <w:p w14:paraId="4E78BFA9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 PLN / miesiąc (lub godzina)</w:t>
            </w:r>
          </w:p>
        </w:tc>
      </w:tr>
      <w:tr w:rsidR="00FB0AEC" w:rsidRPr="00B33D2A" w14:paraId="7DF08784" w14:textId="77777777">
        <w:trPr>
          <w:jc w:val="center"/>
        </w:trPr>
        <w:tc>
          <w:tcPr>
            <w:tcW w:w="3744" w:type="dxa"/>
            <w:shd w:val="clear" w:color="auto" w:fill="F9FAFB"/>
          </w:tcPr>
          <w:p w14:paraId="660B789D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b/>
                <w:sz w:val="19"/>
                <w:lang w:val="pl-PL"/>
              </w:rPr>
              <w:t>Planowany okres zatrudnienia:</w:t>
            </w:r>
          </w:p>
        </w:tc>
        <w:tc>
          <w:tcPr>
            <w:tcW w:w="5616" w:type="dxa"/>
            <w:shd w:val="clear" w:color="auto" w:fill="F9FAFB"/>
          </w:tcPr>
          <w:p w14:paraId="611F0430" w14:textId="77777777" w:rsidR="00FB0AEC" w:rsidRPr="00B33D2A" w:rsidRDefault="00B03381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444444"/>
                <w:sz w:val="19"/>
                <w:lang w:val="pl-PL"/>
              </w:rPr>
              <w:t>od ........................................ r.  do ........................................ r. / czas nieokreślony</w:t>
            </w:r>
          </w:p>
        </w:tc>
      </w:tr>
    </w:tbl>
    <w:p w14:paraId="00DA6699" w14:textId="43D249E3" w:rsidR="00FB0AEC" w:rsidRPr="00B33D2A" w:rsidRDefault="00B03381" w:rsidP="00954156">
      <w:pPr>
        <w:spacing w:before="280" w:after="400" w:line="288" w:lineRule="auto"/>
        <w:rPr>
          <w:rFonts w:ascii="Calibri" w:hAnsi="Calibri" w:cs="Calibri"/>
          <w:lang w:val="pl-PL"/>
        </w:rPr>
      </w:pPr>
      <w:r w:rsidRPr="00B33D2A">
        <w:rPr>
          <w:rFonts w:ascii="Calibri" w:hAnsi="Calibri" w:cs="Calibri"/>
          <w:b/>
          <w:sz w:val="19"/>
          <w:lang w:val="pl-PL"/>
        </w:rPr>
        <w:t>Cel wydania dokumentu:</w:t>
      </w:r>
      <w:r w:rsidRPr="00B33D2A">
        <w:rPr>
          <w:rFonts w:ascii="Calibri" w:hAnsi="Calibri" w:cs="Calibri"/>
          <w:b/>
          <w:sz w:val="19"/>
          <w:lang w:val="pl-PL"/>
        </w:rPr>
        <w:br/>
      </w:r>
      <w:r w:rsidRPr="00B33D2A">
        <w:rPr>
          <w:rFonts w:ascii="Calibri" w:hAnsi="Calibri" w:cs="Calibri"/>
          <w:i/>
          <w:color w:val="555555"/>
          <w:sz w:val="18"/>
          <w:lang w:val="pl-PL"/>
        </w:rPr>
        <w:t>Niniejsza promesa wydaje się na wniosek Kandydata w celu przedłożenia w: [  ] Urzędzie Wojewódzkim / Powiatowym Urzędzie Pracy (legalizacja pobytu/pracy), [  ] Banku / Instytucji finansowej, [  ] Innym urzędzie/instytucji: ....................................................................................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B0AEC" w:rsidRPr="00B33D2A" w14:paraId="37ACB8E9" w14:textId="77777777">
        <w:trPr>
          <w:jc w:val="center"/>
        </w:trPr>
        <w:tc>
          <w:tcPr>
            <w:tcW w:w="4680" w:type="dxa"/>
          </w:tcPr>
          <w:p w14:paraId="559EA64A" w14:textId="77777777" w:rsidR="00FB0AEC" w:rsidRPr="00B33D2A" w:rsidRDefault="00B03381">
            <w:pPr>
              <w:jc w:val="center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B33D2A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B33D2A">
              <w:rPr>
                <w:rFonts w:ascii="Calibri" w:hAnsi="Calibri" w:cs="Calibri"/>
                <w:color w:val="666666"/>
                <w:sz w:val="18"/>
                <w:lang w:val="pl-PL"/>
              </w:rPr>
              <w:t>Miejscowość i data</w:t>
            </w:r>
          </w:p>
        </w:tc>
        <w:tc>
          <w:tcPr>
            <w:tcW w:w="4680" w:type="dxa"/>
          </w:tcPr>
          <w:p w14:paraId="425E5341" w14:textId="77777777" w:rsidR="00FB0AEC" w:rsidRPr="00B33D2A" w:rsidRDefault="00B03381">
            <w:pPr>
              <w:jc w:val="center"/>
              <w:rPr>
                <w:rFonts w:ascii="Calibri" w:hAnsi="Calibri" w:cs="Calibri"/>
                <w:lang w:val="pl-PL"/>
              </w:rPr>
            </w:pPr>
            <w:r w:rsidRPr="00B33D2A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B33D2A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B33D2A">
              <w:rPr>
                <w:rFonts w:ascii="Calibri" w:hAnsi="Calibri" w:cs="Calibri"/>
                <w:color w:val="666666"/>
                <w:sz w:val="18"/>
                <w:lang w:val="pl-PL"/>
              </w:rPr>
              <w:t>Podpis i pieczęć Pracodawcy / Osoby upoważnionej</w:t>
            </w:r>
          </w:p>
        </w:tc>
      </w:tr>
    </w:tbl>
    <w:p w14:paraId="783E8361" w14:textId="77777777" w:rsidR="00B03381" w:rsidRPr="00B33D2A" w:rsidRDefault="00B03381">
      <w:pPr>
        <w:rPr>
          <w:rFonts w:ascii="Calibri" w:hAnsi="Calibri" w:cs="Calibri"/>
          <w:lang w:val="pl-PL"/>
        </w:rPr>
      </w:pPr>
    </w:p>
    <w:sectPr w:rsidR="00B03381" w:rsidRPr="00B33D2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3457696">
    <w:abstractNumId w:val="8"/>
  </w:num>
  <w:num w:numId="2" w16cid:durableId="1890530545">
    <w:abstractNumId w:val="6"/>
  </w:num>
  <w:num w:numId="3" w16cid:durableId="2069068771">
    <w:abstractNumId w:val="5"/>
  </w:num>
  <w:num w:numId="4" w16cid:durableId="1307124919">
    <w:abstractNumId w:val="4"/>
  </w:num>
  <w:num w:numId="5" w16cid:durableId="236015587">
    <w:abstractNumId w:val="7"/>
  </w:num>
  <w:num w:numId="6" w16cid:durableId="707799201">
    <w:abstractNumId w:val="3"/>
  </w:num>
  <w:num w:numId="7" w16cid:durableId="1416826276">
    <w:abstractNumId w:val="2"/>
  </w:num>
  <w:num w:numId="8" w16cid:durableId="1502159670">
    <w:abstractNumId w:val="1"/>
  </w:num>
  <w:num w:numId="9" w16cid:durableId="1321614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62CF"/>
    <w:rsid w:val="00872FFE"/>
    <w:rsid w:val="008D63B6"/>
    <w:rsid w:val="00954156"/>
    <w:rsid w:val="009F36E9"/>
    <w:rsid w:val="00AA1D8D"/>
    <w:rsid w:val="00B03381"/>
    <w:rsid w:val="00B33D2A"/>
    <w:rsid w:val="00B47730"/>
    <w:rsid w:val="00CB0664"/>
    <w:rsid w:val="00FB0A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FA73FB"/>
  <w14:defaultImageDpi w14:val="300"/>
  <w15:docId w15:val="{7C111A25-D6BA-40C1-80DD-8E8C504A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5</cp:revision>
  <dcterms:created xsi:type="dcterms:W3CDTF">2026-10-17T17:25:00Z</dcterms:created>
  <dcterms:modified xsi:type="dcterms:W3CDTF">2026-10-17T17:26:00Z</dcterms:modified>
  <cp:category/>
</cp:coreProperties>
</file>