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4320"/>
      </w:tblGrid>
      <w:tr w:rsidR="007B7B22" w:rsidRPr="00115B5F" w14:paraId="44061A9B" w14:textId="77777777">
        <w:trPr>
          <w:jc w:val="center"/>
        </w:trPr>
        <w:tc>
          <w:tcPr>
            <w:tcW w:w="5040" w:type="dxa"/>
          </w:tcPr>
          <w:p w14:paraId="71042A38" w14:textId="77777777" w:rsidR="007B7B22" w:rsidRPr="00115B5F" w:rsidRDefault="007B7B22">
            <w:pPr>
              <w:rPr>
                <w:rFonts w:cs="Calibri"/>
                <w:lang w:val="pl-PL"/>
              </w:rPr>
            </w:pPr>
          </w:p>
        </w:tc>
        <w:tc>
          <w:tcPr>
            <w:tcW w:w="4320" w:type="dxa"/>
          </w:tcPr>
          <w:p w14:paraId="47D4A68C" w14:textId="77777777" w:rsidR="007B7B22" w:rsidRPr="00115B5F" w:rsidRDefault="00000000">
            <w:pPr>
              <w:jc w:val="right"/>
              <w:rPr>
                <w:rFonts w:cs="Calibri"/>
                <w:lang w:val="pl-PL"/>
              </w:rPr>
            </w:pPr>
            <w:r w:rsidRPr="00115B5F">
              <w:rPr>
                <w:rFonts w:cs="Calibri"/>
                <w:color w:val="555555"/>
                <w:sz w:val="19"/>
                <w:lang w:val="pl-PL"/>
              </w:rPr>
              <w:t>Miejscowość: .............................., dnia .................... r.</w:t>
            </w:r>
          </w:p>
        </w:tc>
      </w:tr>
      <w:tr w:rsidR="007B7B22" w:rsidRPr="00115B5F" w14:paraId="0EBEEB33" w14:textId="77777777">
        <w:trPr>
          <w:jc w:val="center"/>
        </w:trPr>
        <w:tc>
          <w:tcPr>
            <w:tcW w:w="5040" w:type="dxa"/>
          </w:tcPr>
          <w:p w14:paraId="39378CAB" w14:textId="77777777" w:rsidR="007B7B22" w:rsidRPr="00115B5F" w:rsidRDefault="00000000">
            <w:pPr>
              <w:spacing w:after="40"/>
              <w:rPr>
                <w:rFonts w:cs="Calibri"/>
                <w:lang w:val="pl-PL"/>
              </w:rPr>
            </w:pPr>
            <w:r w:rsidRPr="00115B5F">
              <w:rPr>
                <w:rFonts w:cs="Calibri"/>
                <w:b/>
                <w:lang w:val="pl-PL"/>
              </w:rPr>
              <w:t xml:space="preserve">Imię i nazwisko: </w:t>
            </w:r>
            <w:r w:rsidRPr="00115B5F">
              <w:rPr>
                <w:rFonts w:cs="Calibri"/>
                <w:lang w:val="pl-PL"/>
              </w:rPr>
              <w:t>......................................................</w:t>
            </w:r>
            <w:r w:rsidRPr="00115B5F">
              <w:rPr>
                <w:rFonts w:cs="Calibri"/>
                <w:lang w:val="pl-PL"/>
              </w:rPr>
              <w:br/>
            </w:r>
            <w:r w:rsidRPr="00115B5F">
              <w:rPr>
                <w:rFonts w:cs="Calibri"/>
                <w:b/>
                <w:lang w:val="pl-PL"/>
              </w:rPr>
              <w:t xml:space="preserve">Stanowisko: </w:t>
            </w:r>
            <w:r w:rsidRPr="00115B5F">
              <w:rPr>
                <w:rFonts w:cs="Calibri"/>
                <w:lang w:val="pl-PL"/>
              </w:rPr>
              <w:t xml:space="preserve">.......................................................... </w:t>
            </w:r>
            <w:r w:rsidRPr="00115B5F">
              <w:rPr>
                <w:rFonts w:cs="Calibri"/>
                <w:lang w:val="pl-PL"/>
              </w:rPr>
              <w:br/>
            </w:r>
            <w:r w:rsidRPr="00115B5F">
              <w:rPr>
                <w:rFonts w:cs="Calibri"/>
                <w:b/>
                <w:lang w:val="pl-PL"/>
              </w:rPr>
              <w:t xml:space="preserve">Dział / Jednostka: </w:t>
            </w:r>
            <w:r w:rsidRPr="00115B5F">
              <w:rPr>
                <w:rFonts w:cs="Calibri"/>
                <w:lang w:val="pl-PL"/>
              </w:rPr>
              <w:t>...................................................</w:t>
            </w:r>
          </w:p>
        </w:tc>
        <w:tc>
          <w:tcPr>
            <w:tcW w:w="4320" w:type="dxa"/>
          </w:tcPr>
          <w:p w14:paraId="231C463A" w14:textId="77777777" w:rsidR="007B7B22" w:rsidRPr="00115B5F" w:rsidRDefault="00000000">
            <w:pPr>
              <w:spacing w:after="40"/>
              <w:jc w:val="right"/>
              <w:rPr>
                <w:rFonts w:cs="Calibri"/>
                <w:lang w:val="pl-PL"/>
              </w:rPr>
            </w:pPr>
            <w:r w:rsidRPr="00115B5F">
              <w:rPr>
                <w:rFonts w:cs="Calibri"/>
                <w:b/>
                <w:color w:val="1B365D"/>
                <w:lang w:val="pl-PL"/>
              </w:rPr>
              <w:t>Pracodawca:</w:t>
            </w:r>
            <w:r w:rsidRPr="00115B5F">
              <w:rPr>
                <w:rFonts w:cs="Calibri"/>
                <w:b/>
                <w:color w:val="1B365D"/>
                <w:lang w:val="pl-PL"/>
              </w:rPr>
              <w:br/>
            </w:r>
            <w:r w:rsidRPr="00115B5F">
              <w:rPr>
                <w:rFonts w:cs="Calibri"/>
                <w:lang w:val="pl-PL"/>
              </w:rPr>
              <w:t>..........................................................</w:t>
            </w:r>
            <w:r w:rsidRPr="00115B5F">
              <w:rPr>
                <w:rFonts w:cs="Calibri"/>
                <w:lang w:val="pl-PL"/>
              </w:rPr>
              <w:br/>
              <w:t>..........................................................</w:t>
            </w:r>
            <w:r w:rsidRPr="00115B5F">
              <w:rPr>
                <w:rFonts w:cs="Calibri"/>
                <w:lang w:val="pl-PL"/>
              </w:rPr>
              <w:br/>
              <w:t>(nazwa i adres firmy)</w:t>
            </w:r>
          </w:p>
        </w:tc>
      </w:tr>
    </w:tbl>
    <w:p w14:paraId="4D51CBFC" w14:textId="77777777" w:rsidR="007B7B22" w:rsidRPr="00115B5F" w:rsidRDefault="007B7B22">
      <w:pPr>
        <w:spacing w:after="240"/>
        <w:rPr>
          <w:rFonts w:cs="Calibri"/>
          <w:lang w:val="pl-PL"/>
        </w:rPr>
      </w:pPr>
    </w:p>
    <w:p w14:paraId="560B4ED3" w14:textId="77777777" w:rsidR="007B7B22" w:rsidRPr="00115B5F" w:rsidRDefault="00000000">
      <w:pPr>
        <w:spacing w:before="240" w:after="360"/>
        <w:jc w:val="center"/>
        <w:rPr>
          <w:rFonts w:cs="Calibri"/>
          <w:lang w:val="pl-PL"/>
        </w:rPr>
      </w:pPr>
      <w:r w:rsidRPr="00115B5F">
        <w:rPr>
          <w:rFonts w:cs="Calibri"/>
          <w:b/>
          <w:color w:val="1B365D"/>
          <w:sz w:val="28"/>
          <w:lang w:val="pl-PL"/>
        </w:rPr>
        <w:t>OŚWIADCZENIE PRACOWNIKA</w:t>
      </w:r>
      <w:r w:rsidRPr="00115B5F">
        <w:rPr>
          <w:rFonts w:cs="Calibri"/>
          <w:b/>
          <w:color w:val="1B365D"/>
          <w:sz w:val="28"/>
          <w:lang w:val="pl-PL"/>
        </w:rPr>
        <w:br/>
      </w:r>
      <w:r w:rsidRPr="00115B5F">
        <w:rPr>
          <w:rFonts w:cs="Calibri"/>
          <w:b/>
          <w:color w:val="1B365D"/>
          <w:sz w:val="28"/>
          <w:lang w:val="pl-PL"/>
        </w:rPr>
        <w:t>O POSIADANIU WARUNKÓW LOKALOWYCH I TECHNICZNYCH</w:t>
      </w:r>
      <w:r w:rsidRPr="00115B5F">
        <w:rPr>
          <w:rFonts w:cs="Calibri"/>
          <w:b/>
          <w:color w:val="1B365D"/>
          <w:sz w:val="28"/>
          <w:lang w:val="pl-PL"/>
        </w:rPr>
        <w:br/>
        <w:t>DO WYKONYWANIA PRACY ZDALNEJ</w:t>
      </w:r>
    </w:p>
    <w:p w14:paraId="0ADBCB0C" w14:textId="77777777" w:rsidR="007B7B22" w:rsidRPr="00115B5F" w:rsidRDefault="00000000">
      <w:pPr>
        <w:spacing w:after="360"/>
        <w:jc w:val="center"/>
        <w:rPr>
          <w:rFonts w:cs="Calibri"/>
          <w:lang w:val="pl-PL"/>
        </w:rPr>
      </w:pPr>
      <w:r w:rsidRPr="00115B5F">
        <w:rPr>
          <w:rFonts w:cs="Calibri"/>
          <w:b/>
          <w:color w:val="1B365D"/>
          <w:lang w:val="pl-PL"/>
        </w:rPr>
        <w:t>――――――――――――――――――――――――――――――――――――――――</w:t>
      </w:r>
    </w:p>
    <w:p w14:paraId="2D094F65" w14:textId="77777777" w:rsidR="007B7B22" w:rsidRPr="00115B5F" w:rsidRDefault="00000000">
      <w:pPr>
        <w:spacing w:after="240" w:line="288" w:lineRule="auto"/>
        <w:rPr>
          <w:rFonts w:cs="Calibri"/>
          <w:lang w:val="pl-PL"/>
        </w:rPr>
      </w:pPr>
      <w:r w:rsidRPr="00115B5F">
        <w:rPr>
          <w:rFonts w:cs="Calibri"/>
          <w:lang w:val="pl-PL"/>
        </w:rPr>
        <w:t xml:space="preserve">Działając na podstawie art. 67(19) § 6 ustawy z dnia 26 czerwca 1974 r. – Kodeks pracy (Dz.U. z 2023 r. poz. 1465 z </w:t>
      </w:r>
      <w:proofErr w:type="spellStart"/>
      <w:r w:rsidRPr="00115B5F">
        <w:rPr>
          <w:rFonts w:cs="Calibri"/>
          <w:lang w:val="pl-PL"/>
        </w:rPr>
        <w:t>późn</w:t>
      </w:r>
      <w:proofErr w:type="spellEnd"/>
      <w:r w:rsidRPr="00115B5F">
        <w:rPr>
          <w:rFonts w:cs="Calibri"/>
          <w:lang w:val="pl-PL"/>
        </w:rPr>
        <w:t>. zm.), oświadczam, co następuje: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B7B22" w:rsidRPr="00115B5F" w14:paraId="1762AF3D" w14:textId="77777777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937ACD5" w14:textId="77777777" w:rsidR="007B7B22" w:rsidRPr="00115B5F" w:rsidRDefault="00000000">
            <w:pPr>
              <w:spacing w:after="120"/>
              <w:rPr>
                <w:rFonts w:cs="Calibri"/>
                <w:lang w:val="pl-PL"/>
              </w:rPr>
            </w:pPr>
            <w:r w:rsidRPr="00115B5F">
              <w:rPr>
                <w:rFonts w:cs="Calibri"/>
                <w:b/>
                <w:color w:val="1B365D"/>
                <w:lang w:val="pl-PL"/>
              </w:rPr>
              <w:t>1. Miejsce wykonywania pracy zdalnej:</w:t>
            </w:r>
          </w:p>
          <w:p w14:paraId="47EE4ABC" w14:textId="77777777" w:rsidR="007B7B22" w:rsidRPr="00115B5F" w:rsidRDefault="00000000">
            <w:pPr>
              <w:rPr>
                <w:rFonts w:cs="Calibri"/>
                <w:lang w:val="pl-PL"/>
              </w:rPr>
            </w:pPr>
            <w:r w:rsidRPr="00115B5F">
              <w:rPr>
                <w:rFonts w:cs="Calibri"/>
                <w:lang w:val="pl-PL"/>
              </w:rPr>
              <w:t>Wskazuję następujący adres jako miejsce świadczenia pracy zdalnej:</w:t>
            </w:r>
            <w:r w:rsidRPr="00115B5F">
              <w:rPr>
                <w:rFonts w:cs="Calibri"/>
                <w:lang w:val="pl-PL"/>
              </w:rPr>
              <w:br/>
            </w:r>
            <w:r w:rsidRPr="00115B5F">
              <w:rPr>
                <w:rFonts w:cs="Calibri"/>
                <w:lang w:val="pl-PL"/>
              </w:rPr>
              <w:t>Ulica i nr domu/lokalu: ............................................................................................................................</w:t>
            </w:r>
            <w:r w:rsidRPr="00115B5F">
              <w:rPr>
                <w:rFonts w:cs="Calibri"/>
                <w:lang w:val="pl-PL"/>
              </w:rPr>
              <w:br/>
              <w:t>Kod pocztowy i miejscowość: .......................................................................................................................</w:t>
            </w:r>
          </w:p>
          <w:p w14:paraId="1BB5E298" w14:textId="77777777" w:rsidR="007B7B22" w:rsidRPr="00115B5F" w:rsidRDefault="00000000">
            <w:pPr>
              <w:spacing w:after="120"/>
              <w:rPr>
                <w:rFonts w:cs="Calibri"/>
                <w:lang w:val="pl-PL"/>
              </w:rPr>
            </w:pPr>
            <w:r w:rsidRPr="00115B5F">
              <w:rPr>
                <w:rFonts w:cs="Calibri"/>
                <w:b/>
                <w:color w:val="1B365D"/>
                <w:lang w:val="pl-PL"/>
              </w:rPr>
              <w:t>2. Oświadczenie o warunkach lokalowych i technicznych:</w:t>
            </w:r>
          </w:p>
          <w:p w14:paraId="2BC2A1F5" w14:textId="77777777" w:rsidR="007B7B22" w:rsidRPr="00115B5F" w:rsidRDefault="00000000">
            <w:pPr>
              <w:spacing w:after="80"/>
              <w:rPr>
                <w:rFonts w:cs="Calibri"/>
                <w:lang w:val="pl-PL"/>
              </w:rPr>
            </w:pPr>
            <w:r w:rsidRPr="00115B5F">
              <w:rPr>
                <w:rFonts w:cs="Calibri"/>
                <w:lang w:val="pl-PL"/>
              </w:rPr>
              <w:t>Oświadczam, że w wyżej wskazanym miejscu posiadam warunki lokalowe i techniczne umożliwiające bezpieczne i higieniczne wykonywanie pracy zdalnej, w tym w szczególności:</w:t>
            </w:r>
            <w:r w:rsidRPr="00115B5F">
              <w:rPr>
                <w:rFonts w:cs="Calibri"/>
                <w:lang w:val="pl-PL"/>
              </w:rPr>
              <w:br/>
            </w:r>
          </w:p>
          <w:p w14:paraId="64CC0B71" w14:textId="77777777" w:rsidR="007B7B22" w:rsidRPr="00115B5F" w:rsidRDefault="00000000">
            <w:pPr>
              <w:pStyle w:val="Listapunktowana"/>
              <w:spacing w:after="60"/>
              <w:rPr>
                <w:rFonts w:cs="Calibri"/>
                <w:lang w:val="pl-PL"/>
              </w:rPr>
            </w:pPr>
            <w:r w:rsidRPr="00115B5F">
              <w:rPr>
                <w:rFonts w:cs="Calibri"/>
                <w:lang w:val="pl-PL"/>
              </w:rPr>
              <w:t>stanowisko pracy spełniające wymagania ergonomii (odpowiednie biurko/stół, krzesło oraz oświetlenie),</w:t>
            </w:r>
          </w:p>
          <w:p w14:paraId="02DFED48" w14:textId="77777777" w:rsidR="007B7B22" w:rsidRPr="00115B5F" w:rsidRDefault="00000000">
            <w:pPr>
              <w:pStyle w:val="Listapunktowana"/>
              <w:spacing w:after="60"/>
              <w:rPr>
                <w:rFonts w:cs="Calibri"/>
                <w:lang w:val="pl-PL"/>
              </w:rPr>
            </w:pPr>
            <w:r w:rsidRPr="00115B5F">
              <w:rPr>
                <w:rFonts w:cs="Calibri"/>
                <w:lang w:val="pl-PL"/>
              </w:rPr>
              <w:t>stabilny dostęp do sieci Internet oraz łączność telefoniczną umożliwiającą sprawne wykonywanie obowiązków służbowych,</w:t>
            </w:r>
          </w:p>
          <w:p w14:paraId="639EA6F7" w14:textId="77777777" w:rsidR="007B7B22" w:rsidRPr="00115B5F" w:rsidRDefault="00000000">
            <w:pPr>
              <w:pStyle w:val="Listapunktowana"/>
              <w:spacing w:after="60"/>
              <w:rPr>
                <w:rFonts w:cs="Calibri"/>
                <w:lang w:val="pl-PL"/>
              </w:rPr>
            </w:pPr>
            <w:r w:rsidRPr="00115B5F">
              <w:rPr>
                <w:rFonts w:cs="Calibri"/>
                <w:lang w:val="pl-PL"/>
              </w:rPr>
              <w:t>warunki zapewniające zachowanie poufności informacji, w tym ochrony danych osobowych i tajemnicy przedsiębiorstwa przed dostępem osób nieuprawnionych (osób trzecich oraz domowników),</w:t>
            </w:r>
          </w:p>
          <w:p w14:paraId="58783A55" w14:textId="77777777" w:rsidR="007B7B22" w:rsidRPr="00115B5F" w:rsidRDefault="00000000">
            <w:pPr>
              <w:pStyle w:val="Listapunktowana"/>
              <w:spacing w:after="60"/>
              <w:rPr>
                <w:rFonts w:cs="Calibri"/>
                <w:lang w:val="pl-PL"/>
              </w:rPr>
            </w:pPr>
            <w:r w:rsidRPr="00115B5F">
              <w:rPr>
                <w:rFonts w:cs="Calibri"/>
                <w:lang w:val="pl-PL"/>
              </w:rPr>
              <w:t>bezpieczne środowisko pracy wolne od zagrożeń wypadkowych, zgodne z zasadami bezpieczeństwa i higieny pracy (BHP) oraz ochrony przeciwpożarowej.</w:t>
            </w:r>
          </w:p>
        </w:tc>
      </w:tr>
    </w:tbl>
    <w:p w14:paraId="3FE98144" w14:textId="77777777" w:rsidR="007B7B22" w:rsidRPr="00115B5F" w:rsidRDefault="007B7B22">
      <w:pPr>
        <w:spacing w:after="160"/>
        <w:rPr>
          <w:rFonts w:cs="Calibri"/>
          <w:lang w:val="pl-PL"/>
        </w:rPr>
      </w:pPr>
    </w:p>
    <w:p w14:paraId="7C10D9D4" w14:textId="77777777" w:rsidR="007B7B22" w:rsidRPr="00115B5F" w:rsidRDefault="00000000">
      <w:pPr>
        <w:spacing w:before="160" w:after="80"/>
        <w:rPr>
          <w:rFonts w:cs="Calibri"/>
          <w:lang w:val="pl-PL"/>
        </w:rPr>
      </w:pPr>
      <w:r w:rsidRPr="00115B5F">
        <w:rPr>
          <w:rFonts w:cs="Calibri"/>
          <w:b/>
          <w:color w:val="1B365D"/>
          <w:lang w:val="pl-PL"/>
        </w:rPr>
        <w:t>3. Zobowiązania Pracownika:</w:t>
      </w:r>
    </w:p>
    <w:p w14:paraId="2D8188D6" w14:textId="77777777" w:rsidR="007B7B22" w:rsidRPr="00115B5F" w:rsidRDefault="00000000">
      <w:pPr>
        <w:pStyle w:val="Listapunktowana"/>
        <w:spacing w:after="80"/>
        <w:rPr>
          <w:rFonts w:cs="Calibri"/>
          <w:lang w:val="pl-PL"/>
        </w:rPr>
      </w:pPr>
      <w:r w:rsidRPr="00115B5F">
        <w:rPr>
          <w:rFonts w:cs="Calibri"/>
          <w:lang w:val="pl-PL"/>
        </w:rPr>
        <w:t>Zobowiązuję się do niezwłocznego poinformowania Pracodawcy o każdej zmianie warunków lokalowych lub technicznych, która uniemożliwia dalsze bezpieczne lub efektywne wykonywanie pracy zdalnej.</w:t>
      </w:r>
    </w:p>
    <w:p w14:paraId="5D6B4618" w14:textId="77777777" w:rsidR="007B7B22" w:rsidRPr="00115B5F" w:rsidRDefault="00000000">
      <w:pPr>
        <w:pStyle w:val="Listapunktowana"/>
        <w:spacing w:after="80"/>
        <w:rPr>
          <w:rFonts w:cs="Calibri"/>
          <w:lang w:val="pl-PL"/>
        </w:rPr>
      </w:pPr>
      <w:r w:rsidRPr="00115B5F">
        <w:rPr>
          <w:rFonts w:cs="Calibri"/>
          <w:lang w:val="pl-PL"/>
        </w:rPr>
        <w:lastRenderedPageBreak/>
        <w:t>Zobowiązuję się do natychmiastowego zgłoszenia Pracodawcy faktu cofnięcia lub pogorszenia warunków umożliwiających wykonywanie pracy zdalnej, co skutkować będzie koniecznością powrotu do wykonywania pracy w trybie stacjonarnym.</w:t>
      </w:r>
    </w:p>
    <w:p w14:paraId="776CE414" w14:textId="77777777" w:rsidR="007B7B22" w:rsidRPr="00115B5F" w:rsidRDefault="00000000">
      <w:pPr>
        <w:pStyle w:val="Listapunktowana"/>
        <w:spacing w:after="80"/>
        <w:rPr>
          <w:rFonts w:cs="Calibri"/>
          <w:lang w:val="pl-PL"/>
        </w:rPr>
      </w:pPr>
      <w:r w:rsidRPr="00115B5F">
        <w:rPr>
          <w:rFonts w:cs="Calibri"/>
          <w:lang w:val="pl-PL"/>
        </w:rPr>
        <w:t>Potwierdzam, że zostałem/</w:t>
      </w:r>
      <w:proofErr w:type="spellStart"/>
      <w:r w:rsidRPr="00115B5F">
        <w:rPr>
          <w:rFonts w:cs="Calibri"/>
          <w:lang w:val="pl-PL"/>
        </w:rPr>
        <w:t>am</w:t>
      </w:r>
      <w:proofErr w:type="spellEnd"/>
      <w:r w:rsidRPr="00115B5F">
        <w:rPr>
          <w:rFonts w:cs="Calibri"/>
          <w:lang w:val="pl-PL"/>
        </w:rPr>
        <w:t xml:space="preserve"> zapoznany/a z zasadami ochrony danych osobowych, procedurami bezpieczeństwa informacji oraz wymogami BHP obowiązującymi przy wykonywaniu pracy zdalnej i zobowiązuję się do ich bezwzględnego przestrzegania.</w:t>
      </w:r>
    </w:p>
    <w:p w14:paraId="2776B98B" w14:textId="77777777" w:rsidR="007B7B22" w:rsidRPr="00115B5F" w:rsidRDefault="007B7B22">
      <w:pPr>
        <w:spacing w:after="720"/>
        <w:rPr>
          <w:rFonts w:cs="Calibri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7B7B22" w:rsidRPr="00115B5F" w14:paraId="55BF20AD" w14:textId="77777777">
        <w:trPr>
          <w:jc w:val="center"/>
        </w:trPr>
        <w:tc>
          <w:tcPr>
            <w:tcW w:w="4680" w:type="dxa"/>
          </w:tcPr>
          <w:p w14:paraId="10B8E117" w14:textId="77777777" w:rsidR="007B7B22" w:rsidRPr="00115B5F" w:rsidRDefault="00000000">
            <w:pPr>
              <w:spacing w:after="40"/>
              <w:jc w:val="center"/>
              <w:rPr>
                <w:rFonts w:cs="Calibri"/>
                <w:lang w:val="pl-PL"/>
              </w:rPr>
            </w:pPr>
            <w:r w:rsidRPr="00115B5F">
              <w:rPr>
                <w:rFonts w:cs="Calibri"/>
                <w:lang w:val="pl-PL"/>
              </w:rPr>
              <w:t>..........................................................................</w:t>
            </w:r>
            <w:r w:rsidRPr="00115B5F">
              <w:rPr>
                <w:rFonts w:cs="Calibri"/>
                <w:lang w:val="pl-PL"/>
              </w:rPr>
              <w:br/>
            </w:r>
            <w:r w:rsidRPr="00115B5F">
              <w:rPr>
                <w:rFonts w:cs="Calibri"/>
                <w:color w:val="555555"/>
                <w:sz w:val="17"/>
                <w:lang w:val="pl-PL"/>
              </w:rPr>
              <w:t>(czytelny podpis Pracownika)</w:t>
            </w:r>
          </w:p>
        </w:tc>
        <w:tc>
          <w:tcPr>
            <w:tcW w:w="4680" w:type="dxa"/>
          </w:tcPr>
          <w:p w14:paraId="1F9FEFCC" w14:textId="77777777" w:rsidR="007B7B22" w:rsidRPr="00115B5F" w:rsidRDefault="00000000">
            <w:pPr>
              <w:spacing w:after="40"/>
              <w:jc w:val="center"/>
              <w:rPr>
                <w:rFonts w:cs="Calibri"/>
                <w:lang w:val="pl-PL"/>
              </w:rPr>
            </w:pPr>
            <w:r w:rsidRPr="00115B5F">
              <w:rPr>
                <w:rFonts w:cs="Calibri"/>
                <w:lang w:val="pl-PL"/>
              </w:rPr>
              <w:t>..........................................................................</w:t>
            </w:r>
            <w:r w:rsidRPr="00115B5F">
              <w:rPr>
                <w:rFonts w:cs="Calibri"/>
                <w:lang w:val="pl-PL"/>
              </w:rPr>
              <w:br/>
            </w:r>
            <w:r w:rsidRPr="00115B5F">
              <w:rPr>
                <w:rFonts w:cs="Calibri"/>
                <w:color w:val="555555"/>
                <w:sz w:val="17"/>
                <w:lang w:val="pl-PL"/>
              </w:rPr>
              <w:t>(potwierdzenie odbioru / podpis Pracodawcy)</w:t>
            </w:r>
          </w:p>
        </w:tc>
      </w:tr>
      <w:tr w:rsidR="007B7B22" w:rsidRPr="00115B5F" w14:paraId="7DF1BC6D" w14:textId="77777777">
        <w:trPr>
          <w:jc w:val="center"/>
        </w:trPr>
        <w:tc>
          <w:tcPr>
            <w:tcW w:w="4680" w:type="dxa"/>
          </w:tcPr>
          <w:p w14:paraId="20557633" w14:textId="77777777" w:rsidR="007B7B22" w:rsidRPr="00115B5F" w:rsidRDefault="007B7B22">
            <w:pPr>
              <w:rPr>
                <w:rFonts w:cs="Calibri"/>
                <w:lang w:val="pl-PL"/>
              </w:rPr>
            </w:pPr>
          </w:p>
        </w:tc>
        <w:tc>
          <w:tcPr>
            <w:tcW w:w="4680" w:type="dxa"/>
          </w:tcPr>
          <w:p w14:paraId="09A444D8" w14:textId="77777777" w:rsidR="007B7B22" w:rsidRPr="00115B5F" w:rsidRDefault="007B7B22">
            <w:pPr>
              <w:rPr>
                <w:rFonts w:cs="Calibri"/>
                <w:lang w:val="pl-PL"/>
              </w:rPr>
            </w:pPr>
          </w:p>
        </w:tc>
      </w:tr>
    </w:tbl>
    <w:p w14:paraId="3DD69703" w14:textId="77777777" w:rsidR="00C62176" w:rsidRPr="00115B5F" w:rsidRDefault="00C62176">
      <w:pPr>
        <w:rPr>
          <w:rFonts w:cs="Calibri"/>
          <w:lang w:val="pl-PL"/>
        </w:rPr>
      </w:pPr>
    </w:p>
    <w:sectPr w:rsidR="00C62176" w:rsidRPr="00115B5F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2938434">
    <w:abstractNumId w:val="8"/>
  </w:num>
  <w:num w:numId="2" w16cid:durableId="1654749338">
    <w:abstractNumId w:val="6"/>
  </w:num>
  <w:num w:numId="3" w16cid:durableId="848711797">
    <w:abstractNumId w:val="5"/>
  </w:num>
  <w:num w:numId="4" w16cid:durableId="2086878953">
    <w:abstractNumId w:val="4"/>
  </w:num>
  <w:num w:numId="5" w16cid:durableId="303897022">
    <w:abstractNumId w:val="7"/>
  </w:num>
  <w:num w:numId="6" w16cid:durableId="2130513242">
    <w:abstractNumId w:val="3"/>
  </w:num>
  <w:num w:numId="7" w16cid:durableId="1785730264">
    <w:abstractNumId w:val="2"/>
  </w:num>
  <w:num w:numId="8" w16cid:durableId="1413119370">
    <w:abstractNumId w:val="1"/>
  </w:num>
  <w:num w:numId="9" w16cid:durableId="170853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332A"/>
    <w:rsid w:val="00115B5F"/>
    <w:rsid w:val="0015074B"/>
    <w:rsid w:val="0029639D"/>
    <w:rsid w:val="00326F90"/>
    <w:rsid w:val="0064327D"/>
    <w:rsid w:val="007B7B22"/>
    <w:rsid w:val="008E286B"/>
    <w:rsid w:val="009C4DFB"/>
    <w:rsid w:val="00AA1D8D"/>
    <w:rsid w:val="00B47730"/>
    <w:rsid w:val="00C62176"/>
    <w:rsid w:val="00CB0664"/>
    <w:rsid w:val="00E846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33257"/>
  <w14:defaultImageDpi w14:val="300"/>
  <w15:docId w15:val="{8ABBC0F9-AFDB-4F7D-B416-DFEDC545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22222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2026-10-12T16:50:00Z</dcterms:created>
  <dcterms:modified xsi:type="dcterms:W3CDTF">2026-10-12T16:51:00Z</dcterms:modified>
  <cp:category/>
</cp:coreProperties>
</file>