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32F25" w:rsidRPr="006D7719" w14:paraId="4E6ED0D8" w14:textId="77777777">
        <w:trPr>
          <w:jc w:val="center"/>
        </w:trPr>
        <w:tc>
          <w:tcPr>
            <w:tcW w:w="4680" w:type="dxa"/>
          </w:tcPr>
          <w:p w14:paraId="1BC70E00" w14:textId="77777777" w:rsidR="00832F25" w:rsidRPr="006D7719" w:rsidRDefault="00CE132A">
            <w:pPr>
              <w:spacing w:after="40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b/>
                <w:sz w:val="20"/>
                <w:lang w:val="pl-PL"/>
              </w:rPr>
              <w:t>Pracownik:</w:t>
            </w:r>
            <w:r w:rsidRPr="006D7719">
              <w:rPr>
                <w:rFonts w:ascii="Calibri" w:hAnsi="Calibri" w:cs="Calibri"/>
                <w:b/>
                <w:sz w:val="20"/>
                <w:lang w:val="pl-PL"/>
              </w:rPr>
              <w:br/>
            </w:r>
          </w:p>
          <w:p w14:paraId="3E70C5BB" w14:textId="77777777" w:rsidR="00832F25" w:rsidRPr="006D7719" w:rsidRDefault="00CE132A">
            <w:pPr>
              <w:spacing w:before="40" w:line="312" w:lineRule="auto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t>Imię i nazwisko: ........................................................</w:t>
            </w: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Stanowisko/Dział: ........................................................</w:t>
            </w: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Numer PESEL: ........................................................</w:t>
            </w:r>
          </w:p>
        </w:tc>
        <w:tc>
          <w:tcPr>
            <w:tcW w:w="4680" w:type="dxa"/>
          </w:tcPr>
          <w:p w14:paraId="075E6576" w14:textId="77777777" w:rsidR="00832F25" w:rsidRPr="006D7719" w:rsidRDefault="00CE132A">
            <w:pPr>
              <w:spacing w:after="400"/>
              <w:jc w:val="right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t>Miejscowość: ........................., dnia ................... r.</w:t>
            </w: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br/>
            </w:r>
          </w:p>
          <w:p w14:paraId="4B672121" w14:textId="77777777" w:rsidR="00832F25" w:rsidRPr="006D7719" w:rsidRDefault="00CE132A">
            <w:pPr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b/>
                <w:sz w:val="20"/>
                <w:lang w:val="pl-PL"/>
              </w:rPr>
              <w:t>Pracodawca:</w:t>
            </w:r>
            <w:r w:rsidRPr="006D7719">
              <w:rPr>
                <w:rFonts w:ascii="Calibri" w:hAnsi="Calibri" w:cs="Calibri"/>
                <w:b/>
                <w:sz w:val="20"/>
                <w:lang w:val="pl-PL"/>
              </w:rPr>
              <w:br/>
            </w: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t>Nazwa firmy: ........................................................</w:t>
            </w:r>
            <w:r w:rsidRPr="006D7719">
              <w:rPr>
                <w:rFonts w:ascii="Calibri" w:hAnsi="Calibri" w:cs="Calibri"/>
                <w:color w:val="555555"/>
                <w:sz w:val="19"/>
                <w:lang w:val="pl-PL"/>
              </w:rPr>
              <w:br/>
              <w:t>Adres: ....................................................................</w:t>
            </w:r>
          </w:p>
        </w:tc>
      </w:tr>
    </w:tbl>
    <w:p w14:paraId="0C4ED0DA" w14:textId="77777777" w:rsidR="00832F25" w:rsidRPr="006D7719" w:rsidRDefault="00832F25">
      <w:pPr>
        <w:spacing w:after="360"/>
        <w:rPr>
          <w:rFonts w:ascii="Calibri" w:hAnsi="Calibri" w:cs="Calibri"/>
          <w:lang w:val="pl-PL"/>
        </w:rPr>
      </w:pPr>
    </w:p>
    <w:p w14:paraId="46AF01A1" w14:textId="77777777" w:rsidR="00832F25" w:rsidRPr="006D7719" w:rsidRDefault="00CE132A">
      <w:pPr>
        <w:spacing w:after="80"/>
        <w:jc w:val="center"/>
        <w:rPr>
          <w:rFonts w:ascii="Calibri" w:hAnsi="Calibri" w:cs="Calibri"/>
          <w:lang w:val="pl-PL"/>
        </w:rPr>
      </w:pPr>
      <w:r w:rsidRPr="006D7719">
        <w:rPr>
          <w:rFonts w:ascii="Calibri" w:hAnsi="Calibri" w:cs="Calibri"/>
          <w:b/>
          <w:color w:val="111111"/>
          <w:sz w:val="28"/>
          <w:lang w:val="pl-PL"/>
        </w:rPr>
        <w:t>OŚWIADCZENIE O BRAKU ZGODY NA PRACĘ W NADGODZINACH</w:t>
      </w:r>
    </w:p>
    <w:p w14:paraId="42DE4D70" w14:textId="77777777" w:rsidR="00832F25" w:rsidRPr="006D7719" w:rsidRDefault="00CE132A">
      <w:pPr>
        <w:spacing w:after="440"/>
        <w:jc w:val="center"/>
        <w:rPr>
          <w:rFonts w:ascii="Calibri" w:hAnsi="Calibri" w:cs="Calibri"/>
          <w:lang w:val="pl-PL"/>
        </w:rPr>
      </w:pPr>
      <w:r w:rsidRPr="006D7719">
        <w:rPr>
          <w:rFonts w:ascii="Calibri" w:hAnsi="Calibri" w:cs="Calibri"/>
          <w:i/>
          <w:color w:val="555555"/>
          <w:sz w:val="19"/>
          <w:lang w:val="pl-PL"/>
        </w:rPr>
        <w:t>(na podstawie art. 178 § 2 Kodeksu pracy / art. 178 § 1 KP / art. 148 pkt 3 KP)</w:t>
      </w:r>
    </w:p>
    <w:p w14:paraId="654D9442" w14:textId="77777777" w:rsidR="00832F25" w:rsidRPr="006D7719" w:rsidRDefault="00CE132A">
      <w:pPr>
        <w:spacing w:after="280" w:line="300" w:lineRule="auto"/>
        <w:rPr>
          <w:rFonts w:ascii="Calibri" w:hAnsi="Calibri" w:cs="Calibri"/>
          <w:lang w:val="pl-PL"/>
        </w:rPr>
      </w:pPr>
      <w:r w:rsidRPr="006D7719">
        <w:rPr>
          <w:rFonts w:ascii="Calibri" w:hAnsi="Calibri" w:cs="Calibri"/>
          <w:lang w:val="pl-PL"/>
        </w:rPr>
        <w:t xml:space="preserve">Ja, niżej podpisany/a, niniejszym oświadczam, że </w:t>
      </w:r>
      <w:r w:rsidRPr="006D7719">
        <w:rPr>
          <w:rFonts w:ascii="Calibri" w:hAnsi="Calibri" w:cs="Calibri"/>
          <w:b/>
          <w:lang w:val="pl-PL"/>
        </w:rPr>
        <w:t>NIE WYRAŻAM ZGODY</w:t>
      </w:r>
      <w:r w:rsidRPr="006D7719">
        <w:rPr>
          <w:rFonts w:ascii="Calibri" w:hAnsi="Calibri" w:cs="Calibri"/>
          <w:lang w:val="pl-PL"/>
        </w:rPr>
        <w:t xml:space="preserve"> na wykonywanie pracy w godzinach nadliczbowych.</w:t>
      </w:r>
      <w:r w:rsidRPr="006D7719">
        <w:rPr>
          <w:rFonts w:ascii="Calibri" w:hAnsi="Calibri" w:cs="Calibri"/>
          <w:lang w:val="pl-PL"/>
        </w:rPr>
        <w:br/>
      </w:r>
    </w:p>
    <w:p w14:paraId="6C3D8842" w14:textId="77777777" w:rsidR="00832F25" w:rsidRPr="006D7719" w:rsidRDefault="00CE132A">
      <w:pPr>
        <w:spacing w:before="80" w:after="160"/>
        <w:rPr>
          <w:rFonts w:ascii="Calibri" w:hAnsi="Calibri" w:cs="Calibri"/>
          <w:lang w:val="pl-PL"/>
        </w:rPr>
      </w:pPr>
      <w:r w:rsidRPr="006D7719">
        <w:rPr>
          <w:rFonts w:ascii="Calibri" w:hAnsi="Calibri" w:cs="Calibri"/>
          <w:b/>
          <w:lang w:val="pl-PL"/>
        </w:rPr>
        <w:t>Podstawa przysługującego uprawnienia (proszę zaznaczyć właściwe):</w:t>
      </w:r>
    </w:p>
    <w:p w14:paraId="0FA1357B" w14:textId="77777777" w:rsidR="00832F25" w:rsidRPr="006D7719" w:rsidRDefault="00CE132A">
      <w:pPr>
        <w:spacing w:after="320" w:line="324" w:lineRule="auto"/>
        <w:ind w:left="288"/>
        <w:rPr>
          <w:rFonts w:ascii="Calibri" w:hAnsi="Calibri" w:cs="Calibri"/>
          <w:lang w:val="pl-PL"/>
        </w:rPr>
      </w:pPr>
      <w:r w:rsidRPr="006D7719">
        <w:rPr>
          <w:rFonts w:ascii="Calibri" w:hAnsi="Calibri" w:cs="Calibri"/>
          <w:b/>
          <w:lang w:val="pl-PL"/>
        </w:rPr>
        <w:t xml:space="preserve">[  ]  </w:t>
      </w:r>
      <w:r w:rsidRPr="006D7719">
        <w:rPr>
          <w:rFonts w:ascii="Calibri" w:hAnsi="Calibri" w:cs="Calibri"/>
          <w:lang w:val="pl-PL"/>
        </w:rPr>
        <w:t>Opieka nad dzieckiem do ukończenia 8. roku życia (art. 178 § 2 Kodeksu pracy).</w:t>
      </w:r>
      <w:r w:rsidRPr="006D7719">
        <w:rPr>
          <w:rFonts w:ascii="Calibri" w:hAnsi="Calibri" w:cs="Calibri"/>
          <w:lang w:val="pl-PL"/>
        </w:rPr>
        <w:br/>
      </w:r>
      <w:r w:rsidRPr="006D7719">
        <w:rPr>
          <w:rFonts w:ascii="Calibri" w:hAnsi="Calibri" w:cs="Calibri"/>
          <w:b/>
          <w:lang w:val="pl-PL"/>
        </w:rPr>
        <w:t xml:space="preserve">[  ]  </w:t>
      </w:r>
      <w:r w:rsidRPr="006D7719">
        <w:rPr>
          <w:rFonts w:ascii="Calibri" w:hAnsi="Calibri" w:cs="Calibri"/>
          <w:lang w:val="pl-PL"/>
        </w:rPr>
        <w:t>Stan ciąży (art. 178 § 1 Kodeksu pracy – bezwzględny zakaz pracy w nadgodzinach).</w:t>
      </w:r>
      <w:r w:rsidRPr="006D7719">
        <w:rPr>
          <w:rFonts w:ascii="Calibri" w:hAnsi="Calibri" w:cs="Calibri"/>
          <w:lang w:val="pl-PL"/>
        </w:rPr>
        <w:br/>
      </w:r>
      <w:r w:rsidRPr="006D7719">
        <w:rPr>
          <w:rFonts w:ascii="Calibri" w:hAnsi="Calibri" w:cs="Calibri"/>
          <w:b/>
          <w:lang w:val="pl-PL"/>
        </w:rPr>
        <w:t xml:space="preserve">[  ]  </w:t>
      </w:r>
      <w:r w:rsidRPr="006D7719">
        <w:rPr>
          <w:rFonts w:ascii="Calibri" w:hAnsi="Calibri" w:cs="Calibri"/>
          <w:lang w:val="pl-PL"/>
        </w:rPr>
        <w:t>Pracownik młodociany (art. 202 § 3 Kodeksu pracy – bezwzględny zakaz pracy w nadgodzinach).</w:t>
      </w:r>
      <w:r w:rsidRPr="006D7719">
        <w:rPr>
          <w:rFonts w:ascii="Calibri" w:hAnsi="Calibri" w:cs="Calibri"/>
          <w:lang w:val="pl-PL"/>
        </w:rPr>
        <w:br/>
      </w:r>
      <w:r w:rsidRPr="006D7719">
        <w:rPr>
          <w:rFonts w:ascii="Calibri" w:hAnsi="Calibri" w:cs="Calibri"/>
          <w:b/>
          <w:lang w:val="pl-PL"/>
        </w:rPr>
        <w:t xml:space="preserve">[  ]  </w:t>
      </w:r>
      <w:r w:rsidRPr="006D7719">
        <w:rPr>
          <w:rFonts w:ascii="Calibri" w:hAnsi="Calibri" w:cs="Calibri"/>
          <w:lang w:val="pl-PL"/>
        </w:rPr>
        <w:t>Osoba niepełnosprawna (art. 15 ust. 2 ustawy o rehabilitacji zawodowej i społecznej...).</w:t>
      </w:r>
      <w:r w:rsidRPr="006D7719">
        <w:rPr>
          <w:rFonts w:ascii="Calibri" w:hAnsi="Calibri" w:cs="Calibri"/>
          <w:lang w:val="pl-PL"/>
        </w:rPr>
        <w:br/>
      </w:r>
      <w:r w:rsidRPr="006D7719">
        <w:rPr>
          <w:rFonts w:ascii="Calibri" w:hAnsi="Calibri" w:cs="Calibri"/>
          <w:b/>
          <w:lang w:val="pl-PL"/>
        </w:rPr>
        <w:t xml:space="preserve">[  ]  </w:t>
      </w:r>
      <w:r w:rsidRPr="006D7719">
        <w:rPr>
          <w:rFonts w:ascii="Calibri" w:hAnsi="Calibri" w:cs="Calibri"/>
          <w:lang w:val="pl-PL"/>
        </w:rPr>
        <w:t>Inne szczególne uprawnienia wynikające z przepisów prawa pracy: 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832F25" w:rsidRPr="006D7719" w14:paraId="326EBB10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368D5992" w14:textId="77777777" w:rsidR="00832F25" w:rsidRPr="006D7719" w:rsidRDefault="00CE132A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b/>
                <w:sz w:val="19"/>
                <w:lang w:val="pl-PL"/>
              </w:rPr>
              <w:t>Imię i nazwisko dziecka:</w:t>
            </w:r>
          </w:p>
        </w:tc>
        <w:tc>
          <w:tcPr>
            <w:tcW w:w="5760" w:type="dxa"/>
            <w:shd w:val="clear" w:color="auto" w:fill="F9FAFB"/>
          </w:tcPr>
          <w:p w14:paraId="67B1FE1E" w14:textId="77777777" w:rsidR="00832F25" w:rsidRPr="006D7719" w:rsidRDefault="00CE132A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....................................................................................................</w:t>
            </w:r>
          </w:p>
        </w:tc>
      </w:tr>
      <w:tr w:rsidR="00832F25" w:rsidRPr="006D7719" w14:paraId="4ECF69F0" w14:textId="77777777">
        <w:trPr>
          <w:jc w:val="center"/>
        </w:trPr>
        <w:tc>
          <w:tcPr>
            <w:tcW w:w="3600" w:type="dxa"/>
            <w:shd w:val="clear" w:color="auto" w:fill="F9FAFB"/>
          </w:tcPr>
          <w:p w14:paraId="5D0B1972" w14:textId="77777777" w:rsidR="00832F25" w:rsidRPr="006D7719" w:rsidRDefault="00CE132A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b/>
                <w:sz w:val="19"/>
                <w:lang w:val="pl-PL"/>
              </w:rPr>
              <w:t>Data urodzenia dziecka:</w:t>
            </w:r>
          </w:p>
        </w:tc>
        <w:tc>
          <w:tcPr>
            <w:tcW w:w="5760" w:type="dxa"/>
            <w:shd w:val="clear" w:color="auto" w:fill="F9FAFB"/>
          </w:tcPr>
          <w:p w14:paraId="0DDC12F1" w14:textId="77777777" w:rsidR="00832F25" w:rsidRPr="006D7719" w:rsidRDefault="00CE132A">
            <w:pPr>
              <w:spacing w:before="60" w:after="60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color w:val="444444"/>
                <w:sz w:val="19"/>
                <w:lang w:val="pl-PL"/>
              </w:rPr>
              <w:t>........................................ r. (w przypadku korzystania z art. 178 § 2 KP)</w:t>
            </w:r>
          </w:p>
        </w:tc>
      </w:tr>
    </w:tbl>
    <w:p w14:paraId="061FF37C" w14:textId="77777777" w:rsidR="00832F25" w:rsidRPr="006D7719" w:rsidRDefault="00832F25">
      <w:pPr>
        <w:rPr>
          <w:rFonts w:ascii="Calibri" w:hAnsi="Calibri" w:cs="Calibri"/>
          <w:lang w:val="pl-PL"/>
        </w:rPr>
      </w:pPr>
    </w:p>
    <w:p w14:paraId="12CC809D" w14:textId="77777777" w:rsidR="00832F25" w:rsidRPr="006D7719" w:rsidRDefault="00CE132A">
      <w:pPr>
        <w:spacing w:before="160" w:after="400" w:line="288" w:lineRule="auto"/>
        <w:rPr>
          <w:rFonts w:ascii="Calibri" w:hAnsi="Calibri" w:cs="Calibri"/>
          <w:lang w:val="pl-PL"/>
        </w:rPr>
      </w:pPr>
      <w:r w:rsidRPr="006D7719">
        <w:rPr>
          <w:rFonts w:ascii="Calibri" w:hAnsi="Calibri" w:cs="Calibri"/>
          <w:b/>
          <w:sz w:val="18"/>
          <w:lang w:val="pl-PL"/>
        </w:rPr>
        <w:t>Pouczenie i adnotacja HR:</w:t>
      </w:r>
      <w:r w:rsidRPr="006D7719">
        <w:rPr>
          <w:rFonts w:ascii="Calibri" w:hAnsi="Calibri" w:cs="Calibri"/>
          <w:b/>
          <w:sz w:val="18"/>
          <w:lang w:val="pl-PL"/>
        </w:rPr>
        <w:br/>
      </w:r>
      <w:r w:rsidRPr="006D7719">
        <w:rPr>
          <w:rFonts w:ascii="Calibri" w:hAnsi="Calibri" w:cs="Calibri"/>
          <w:i/>
          <w:color w:val="555555"/>
          <w:sz w:val="17"/>
          <w:lang w:val="pl-PL"/>
        </w:rPr>
        <w:t>1. Pracownika opiekującego się dzieckiem do ukończenia 8. roku życia nie wolno bez jego zgody zatrudniać w godzinach nadliczbowych, w porze nocnej, w systemie przerywanego czasu pracy ani delegować poza stałe miejsce pracy (art. 178 § 2 KP).</w:t>
      </w:r>
      <w:r w:rsidRPr="006D7719">
        <w:rPr>
          <w:rFonts w:ascii="Calibri" w:hAnsi="Calibri" w:cs="Calibri"/>
          <w:i/>
          <w:color w:val="555555"/>
          <w:sz w:val="17"/>
          <w:lang w:val="pl-PL"/>
        </w:rPr>
        <w:br/>
        <w:t>2. Niniejsze oświadczenie składa się do akt osobowych pracownika (Część B) i obowiązuje do czasu jego odwołania lub wygaśnięcia przesłanek prawnych.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832F25" w:rsidRPr="006D7719" w14:paraId="076C60DF" w14:textId="77777777">
        <w:trPr>
          <w:jc w:val="center"/>
        </w:trPr>
        <w:tc>
          <w:tcPr>
            <w:tcW w:w="4680" w:type="dxa"/>
          </w:tcPr>
          <w:p w14:paraId="4A6ED316" w14:textId="77777777" w:rsidR="00832F25" w:rsidRPr="006D7719" w:rsidRDefault="00CE132A">
            <w:pPr>
              <w:jc w:val="center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6D7719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6D7719">
              <w:rPr>
                <w:rFonts w:ascii="Calibri" w:hAnsi="Calibri" w:cs="Calibri"/>
                <w:color w:val="666666"/>
                <w:sz w:val="18"/>
                <w:lang w:val="pl-PL"/>
              </w:rPr>
              <w:t>Czytelny podpis Pracownika</w:t>
            </w:r>
          </w:p>
        </w:tc>
        <w:tc>
          <w:tcPr>
            <w:tcW w:w="4680" w:type="dxa"/>
          </w:tcPr>
          <w:p w14:paraId="18A4DAD8" w14:textId="77777777" w:rsidR="00832F25" w:rsidRPr="006D7719" w:rsidRDefault="00CE132A">
            <w:pPr>
              <w:jc w:val="center"/>
              <w:rPr>
                <w:rFonts w:ascii="Calibri" w:hAnsi="Calibri" w:cs="Calibri"/>
                <w:lang w:val="pl-PL"/>
              </w:rPr>
            </w:pPr>
            <w:r w:rsidRPr="006D7719">
              <w:rPr>
                <w:rFonts w:ascii="Calibri" w:hAnsi="Calibri" w:cs="Calibri"/>
                <w:color w:val="888888"/>
                <w:lang w:val="pl-PL"/>
              </w:rPr>
              <w:t>.......................................................</w:t>
            </w:r>
            <w:r w:rsidRPr="006D7719">
              <w:rPr>
                <w:rFonts w:ascii="Calibri" w:hAnsi="Calibri" w:cs="Calibri"/>
                <w:color w:val="888888"/>
                <w:lang w:val="pl-PL"/>
              </w:rPr>
              <w:br/>
            </w:r>
            <w:r w:rsidRPr="006D7719">
              <w:rPr>
                <w:rFonts w:ascii="Calibri" w:hAnsi="Calibri" w:cs="Calibri"/>
                <w:color w:val="666666"/>
                <w:sz w:val="18"/>
                <w:lang w:val="pl-PL"/>
              </w:rPr>
              <w:t>Data i podpis osoby przyjmującej oświadczenie</w:t>
            </w:r>
          </w:p>
        </w:tc>
      </w:tr>
    </w:tbl>
    <w:p w14:paraId="63CCFAAA" w14:textId="77777777" w:rsidR="00CE132A" w:rsidRPr="006D7719" w:rsidRDefault="00CE132A">
      <w:pPr>
        <w:rPr>
          <w:rFonts w:ascii="Calibri" w:hAnsi="Calibri" w:cs="Calibri"/>
          <w:lang w:val="pl-PL"/>
        </w:rPr>
      </w:pPr>
    </w:p>
    <w:sectPr w:rsidR="00CE132A" w:rsidRPr="006D771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7219169">
    <w:abstractNumId w:val="8"/>
  </w:num>
  <w:num w:numId="2" w16cid:durableId="985936814">
    <w:abstractNumId w:val="6"/>
  </w:num>
  <w:num w:numId="3" w16cid:durableId="454372936">
    <w:abstractNumId w:val="5"/>
  </w:num>
  <w:num w:numId="4" w16cid:durableId="900019894">
    <w:abstractNumId w:val="4"/>
  </w:num>
  <w:num w:numId="5" w16cid:durableId="28116527">
    <w:abstractNumId w:val="7"/>
  </w:num>
  <w:num w:numId="6" w16cid:durableId="376508150">
    <w:abstractNumId w:val="3"/>
  </w:num>
  <w:num w:numId="7" w16cid:durableId="873620010">
    <w:abstractNumId w:val="2"/>
  </w:num>
  <w:num w:numId="8" w16cid:durableId="1697734760">
    <w:abstractNumId w:val="1"/>
  </w:num>
  <w:num w:numId="9" w16cid:durableId="37188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0C03"/>
    <w:rsid w:val="006D7719"/>
    <w:rsid w:val="00832F25"/>
    <w:rsid w:val="00AA12B6"/>
    <w:rsid w:val="00AA1D8D"/>
    <w:rsid w:val="00B47730"/>
    <w:rsid w:val="00BA4FF6"/>
    <w:rsid w:val="00CB0664"/>
    <w:rsid w:val="00CE13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6C2A93"/>
  <w14:defaultImageDpi w14:val="300"/>
  <w15:docId w15:val="{2F5E8492-95C5-4153-BA77-3140049A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2026-10-20T18:11:00Z</dcterms:created>
  <dcterms:modified xsi:type="dcterms:W3CDTF">2026-10-20T18:12:00Z</dcterms:modified>
  <cp:category/>
</cp:coreProperties>
</file>