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15FA9" w14:textId="77777777" w:rsidR="009E7BA3" w:rsidRPr="006361C2" w:rsidRDefault="00517D12">
      <w:pPr>
        <w:jc w:val="right"/>
        <w:rPr>
          <w:rFonts w:cs="Calibri"/>
        </w:rPr>
      </w:pPr>
      <w:r w:rsidRPr="006361C2">
        <w:rPr>
          <w:rFonts w:cs="Calibri"/>
          <w:i/>
          <w:sz w:val="20"/>
        </w:rPr>
        <w:t>Miejscowość: ....................................., dnia .................... r.</w:t>
      </w:r>
    </w:p>
    <w:p w14:paraId="6F2FB613" w14:textId="77777777" w:rsidR="009E7BA3" w:rsidRPr="006361C2" w:rsidRDefault="009E7BA3">
      <w:pPr>
        <w:spacing w:after="120"/>
        <w:rPr>
          <w:rFonts w:cs="Calibr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9E7BA3" w:rsidRPr="006361C2" w14:paraId="199A7B75" w14:textId="77777777">
        <w:trPr>
          <w:jc w:val="center"/>
        </w:trPr>
        <w:tc>
          <w:tcPr>
            <w:tcW w:w="9792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2F4F7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1468F562" w14:textId="77777777" w:rsidR="009E7BA3" w:rsidRPr="006361C2" w:rsidRDefault="00517D12">
            <w:pPr>
              <w:jc w:val="center"/>
              <w:rPr>
                <w:rFonts w:cs="Calibri"/>
              </w:rPr>
            </w:pPr>
            <w:r w:rsidRPr="006361C2">
              <w:rPr>
                <w:rFonts w:cs="Calibri"/>
                <w:b/>
                <w:color w:val="101828"/>
                <w:sz w:val="26"/>
              </w:rPr>
              <w:t>DEKLARACJA ZMIANY WYSOKOŚCI WPŁAT DO PPK</w:t>
            </w:r>
          </w:p>
        </w:tc>
      </w:tr>
    </w:tbl>
    <w:p w14:paraId="567EFC96" w14:textId="77777777" w:rsidR="009E7BA3" w:rsidRPr="006361C2" w:rsidRDefault="009E7BA3">
      <w:pPr>
        <w:rPr>
          <w:rFonts w:cs="Calibri"/>
        </w:rPr>
      </w:pPr>
    </w:p>
    <w:p w14:paraId="60ACF276" w14:textId="77777777" w:rsidR="009E7BA3" w:rsidRPr="006361C2" w:rsidRDefault="00517D12">
      <w:pPr>
        <w:spacing w:after="80"/>
        <w:rPr>
          <w:rFonts w:cs="Calibri"/>
        </w:rPr>
      </w:pPr>
      <w:r w:rsidRPr="006361C2">
        <w:rPr>
          <w:rFonts w:cs="Calibri"/>
          <w:b/>
          <w:color w:val="1D2939"/>
          <w:sz w:val="22"/>
        </w:rPr>
        <w:t>1. DANE UCZESTNIKA PPK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9E7BA3" w:rsidRPr="006361C2" w14:paraId="4902D654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DE8F40" w14:textId="77777777" w:rsidR="009E7BA3" w:rsidRPr="006361C2" w:rsidRDefault="00517D12">
            <w:pPr>
              <w:rPr>
                <w:rFonts w:cs="Calibri"/>
              </w:rPr>
            </w:pPr>
            <w:r w:rsidRPr="006361C2">
              <w:rPr>
                <w:rFonts w:cs="Calibri"/>
                <w:b/>
                <w:sz w:val="19"/>
              </w:rPr>
              <w:t>Imię (imiona):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2A8A28" w14:textId="77777777" w:rsidR="009E7BA3" w:rsidRPr="006361C2" w:rsidRDefault="00517D12">
            <w:pPr>
              <w:rPr>
                <w:rFonts w:cs="Calibri"/>
              </w:rPr>
            </w:pPr>
            <w:r w:rsidRPr="006361C2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  <w:tr w:rsidR="009E7BA3" w:rsidRPr="006361C2" w14:paraId="34C0A5ED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E53E65" w14:textId="77777777" w:rsidR="009E7BA3" w:rsidRPr="006361C2" w:rsidRDefault="00517D12">
            <w:pPr>
              <w:rPr>
                <w:rFonts w:cs="Calibri"/>
              </w:rPr>
            </w:pPr>
            <w:r w:rsidRPr="006361C2">
              <w:rPr>
                <w:rFonts w:cs="Calibri"/>
                <w:b/>
                <w:sz w:val="19"/>
              </w:rPr>
              <w:t>Nazwisko: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974F0E" w14:textId="77777777" w:rsidR="009E7BA3" w:rsidRPr="006361C2" w:rsidRDefault="00517D12">
            <w:pPr>
              <w:rPr>
                <w:rFonts w:cs="Calibri"/>
              </w:rPr>
            </w:pPr>
            <w:r w:rsidRPr="006361C2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  <w:tr w:rsidR="009E7BA3" w:rsidRPr="006361C2" w14:paraId="3DE8A13B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AA46C5" w14:textId="77777777" w:rsidR="009E7BA3" w:rsidRPr="006361C2" w:rsidRDefault="00517D12">
            <w:pPr>
              <w:rPr>
                <w:rFonts w:cs="Calibri"/>
              </w:rPr>
            </w:pPr>
            <w:r w:rsidRPr="006361C2">
              <w:rPr>
                <w:rFonts w:cs="Calibri"/>
                <w:b/>
                <w:sz w:val="19"/>
              </w:rPr>
              <w:t>Numer PESEL (lub data urodzenia*):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69CCF4" w14:textId="77777777" w:rsidR="009E7BA3" w:rsidRPr="006361C2" w:rsidRDefault="00517D12">
            <w:pPr>
              <w:rPr>
                <w:rFonts w:cs="Calibri"/>
              </w:rPr>
            </w:pPr>
            <w:r w:rsidRPr="006361C2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  <w:tr w:rsidR="009E7BA3" w:rsidRPr="006361C2" w14:paraId="6994CC63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7E2030" w14:textId="77777777" w:rsidR="009E7BA3" w:rsidRPr="006361C2" w:rsidRDefault="00517D12">
            <w:pPr>
              <w:rPr>
                <w:rFonts w:cs="Calibri"/>
              </w:rPr>
            </w:pPr>
            <w:r w:rsidRPr="006361C2">
              <w:rPr>
                <w:rFonts w:cs="Calibri"/>
                <w:b/>
                <w:sz w:val="19"/>
              </w:rPr>
              <w:t>Seria i numer dowodu / paszportu*: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A59D6B" w14:textId="77777777" w:rsidR="009E7BA3" w:rsidRPr="006361C2" w:rsidRDefault="00517D12">
            <w:pPr>
              <w:rPr>
                <w:rFonts w:cs="Calibri"/>
              </w:rPr>
            </w:pPr>
            <w:r w:rsidRPr="006361C2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</w:tbl>
    <w:p w14:paraId="0C71ECDA" w14:textId="77777777" w:rsidR="009E7BA3" w:rsidRPr="006361C2" w:rsidRDefault="00517D12">
      <w:pPr>
        <w:rPr>
          <w:rFonts w:cs="Calibri"/>
        </w:rPr>
      </w:pPr>
      <w:r w:rsidRPr="006361C2">
        <w:rPr>
          <w:rFonts w:cs="Calibri"/>
          <w:i/>
          <w:color w:val="667085"/>
          <w:sz w:val="16"/>
        </w:rPr>
        <w:t>*Wypełnić w przypadku braku numeru PESEL.</w:t>
      </w:r>
    </w:p>
    <w:p w14:paraId="0998167B" w14:textId="77777777" w:rsidR="009E7BA3" w:rsidRPr="006361C2" w:rsidRDefault="00517D12">
      <w:pPr>
        <w:spacing w:after="80"/>
        <w:rPr>
          <w:rFonts w:cs="Calibri"/>
        </w:rPr>
      </w:pPr>
      <w:r w:rsidRPr="006361C2">
        <w:rPr>
          <w:rFonts w:cs="Calibri"/>
          <w:b/>
          <w:color w:val="1D2939"/>
          <w:sz w:val="22"/>
        </w:rPr>
        <w:t>2. DANE PODMIOTU ZATRUDNIAJĄCEGO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9E7BA3" w:rsidRPr="006361C2" w14:paraId="2E0E959B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A31166" w14:textId="77777777" w:rsidR="009E7BA3" w:rsidRPr="006361C2" w:rsidRDefault="00517D12">
            <w:pPr>
              <w:rPr>
                <w:rFonts w:cs="Calibri"/>
              </w:rPr>
            </w:pPr>
            <w:r w:rsidRPr="006361C2">
              <w:rPr>
                <w:rFonts w:cs="Calibri"/>
                <w:b/>
                <w:sz w:val="19"/>
              </w:rPr>
              <w:t>Nazwa podmiotu zatrudniającego: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F500B" w14:textId="77777777" w:rsidR="009E7BA3" w:rsidRPr="006361C2" w:rsidRDefault="00517D12">
            <w:pPr>
              <w:rPr>
                <w:rFonts w:cs="Calibri"/>
              </w:rPr>
            </w:pPr>
            <w:r w:rsidRPr="006361C2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  <w:tr w:rsidR="009E7BA3" w:rsidRPr="006361C2" w14:paraId="302B5A65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8E2C76" w14:textId="77777777" w:rsidR="009E7BA3" w:rsidRPr="006361C2" w:rsidRDefault="00517D12">
            <w:pPr>
              <w:rPr>
                <w:rFonts w:cs="Calibri"/>
              </w:rPr>
            </w:pPr>
            <w:r w:rsidRPr="006361C2">
              <w:rPr>
                <w:rFonts w:cs="Calibri"/>
                <w:b/>
                <w:sz w:val="19"/>
              </w:rPr>
              <w:t>NIP / REGON: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4C537A" w14:textId="77777777" w:rsidR="009E7BA3" w:rsidRPr="006361C2" w:rsidRDefault="00517D12">
            <w:pPr>
              <w:rPr>
                <w:rFonts w:cs="Calibri"/>
              </w:rPr>
            </w:pPr>
            <w:r w:rsidRPr="006361C2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</w:tbl>
    <w:p w14:paraId="0A37A94A" w14:textId="77777777" w:rsidR="009E7BA3" w:rsidRPr="006361C2" w:rsidRDefault="009E7BA3">
      <w:pPr>
        <w:rPr>
          <w:rFonts w:cs="Calibri"/>
        </w:rPr>
      </w:pPr>
    </w:p>
    <w:p w14:paraId="14663222" w14:textId="77777777" w:rsidR="009E7BA3" w:rsidRPr="006361C2" w:rsidRDefault="00517D12">
      <w:pPr>
        <w:spacing w:after="80"/>
        <w:rPr>
          <w:rFonts w:cs="Calibri"/>
        </w:rPr>
      </w:pPr>
      <w:r w:rsidRPr="006361C2">
        <w:rPr>
          <w:rFonts w:cs="Calibri"/>
          <w:b/>
          <w:color w:val="1D2939"/>
          <w:sz w:val="22"/>
        </w:rPr>
        <w:t>3. DEKLARACJA WYSOKOŚCI WPŁAT</w:t>
      </w:r>
    </w:p>
    <w:p w14:paraId="2F9E094F" w14:textId="77777777" w:rsidR="009E7BA3" w:rsidRPr="006361C2" w:rsidRDefault="00517D12">
      <w:pPr>
        <w:spacing w:after="120"/>
        <w:rPr>
          <w:rFonts w:cs="Calibri"/>
        </w:rPr>
      </w:pPr>
      <w:r w:rsidRPr="006361C2">
        <w:rPr>
          <w:rFonts w:cs="Calibri"/>
          <w:sz w:val="20"/>
        </w:rPr>
        <w:t>Na podstawie ustawy z dnia 4 października 2018 r. o pracowniczych planach kapitałowych (Dz. U. z 2023 r. poz. 410 z późn. zm.) deklaruję zmiana wysokości wpłat finansowanych przeze mnie w następujący sposób (proszę zaznaczyć właściwe pole):</w:t>
      </w:r>
    </w:p>
    <w:p w14:paraId="5CD7F610" w14:textId="77777777" w:rsidR="009E7BA3" w:rsidRPr="006361C2" w:rsidRDefault="00517D12">
      <w:pPr>
        <w:spacing w:after="80"/>
        <w:rPr>
          <w:rFonts w:cs="Calibri"/>
        </w:rPr>
      </w:pPr>
      <w:r w:rsidRPr="006361C2">
        <w:rPr>
          <w:rFonts w:cs="Calibri"/>
          <w:b/>
          <w:sz w:val="20"/>
        </w:rPr>
        <w:t>A. WPŁATA DODATKOWA UCZESTNIKA PPK (maksymalnie do 2% wynagrodzenia)</w:t>
      </w:r>
    </w:p>
    <w:p w14:paraId="64079FE6" w14:textId="77777777" w:rsidR="009E7BA3" w:rsidRPr="006361C2" w:rsidRDefault="00517D12">
      <w:pPr>
        <w:spacing w:after="60"/>
        <w:ind w:left="288"/>
        <w:rPr>
          <w:rFonts w:cs="Calibri"/>
        </w:rPr>
      </w:pPr>
      <w:r w:rsidRPr="006361C2">
        <w:rPr>
          <w:rFonts w:cs="Calibri"/>
          <w:sz w:val="19"/>
        </w:rPr>
        <w:t>☐</w:t>
      </w:r>
      <w:r w:rsidRPr="006361C2">
        <w:rPr>
          <w:rFonts w:cs="Calibri"/>
          <w:sz w:val="19"/>
        </w:rPr>
        <w:t xml:space="preserve">  Deklaruję dokonywanie wpłaty dodatkowej w wysokości: ...... % wynagrodzenia (od 0,5% do 2%, z dokładnością do 0,1%).</w:t>
      </w:r>
    </w:p>
    <w:p w14:paraId="138E1D77" w14:textId="77777777" w:rsidR="009E7BA3" w:rsidRPr="006361C2" w:rsidRDefault="00517D12">
      <w:pPr>
        <w:spacing w:after="60"/>
        <w:ind w:left="288"/>
        <w:rPr>
          <w:rFonts w:cs="Calibri"/>
        </w:rPr>
      </w:pPr>
      <w:r w:rsidRPr="006361C2">
        <w:rPr>
          <w:rFonts w:cs="Calibri"/>
          <w:sz w:val="19"/>
        </w:rPr>
        <w:t>☐</w:t>
      </w:r>
      <w:r w:rsidRPr="006361C2">
        <w:rPr>
          <w:rFonts w:cs="Calibri"/>
          <w:sz w:val="19"/>
        </w:rPr>
        <w:t xml:space="preserve">  Zmieniam dotychczasową wysokość wpłaty dodatkowej na: ...... % wynagrodzenia.</w:t>
      </w:r>
    </w:p>
    <w:p w14:paraId="4E0D08B7" w14:textId="77777777" w:rsidR="009E7BA3" w:rsidRPr="006361C2" w:rsidRDefault="00517D12">
      <w:pPr>
        <w:spacing w:after="60"/>
        <w:ind w:left="288"/>
        <w:rPr>
          <w:rFonts w:cs="Calibri"/>
        </w:rPr>
      </w:pPr>
      <w:r w:rsidRPr="006361C2">
        <w:rPr>
          <w:rFonts w:cs="Calibri"/>
          <w:sz w:val="19"/>
        </w:rPr>
        <w:t>☐</w:t>
      </w:r>
      <w:r w:rsidRPr="006361C2">
        <w:rPr>
          <w:rFonts w:cs="Calibri"/>
          <w:sz w:val="19"/>
        </w:rPr>
        <w:t xml:space="preserve">  Rezygnuję z dokonywania wpłaty dodatkowej (wpłata dodatkowa wynosi 0%).</w:t>
      </w:r>
    </w:p>
    <w:p w14:paraId="65142DF1" w14:textId="77777777" w:rsidR="009E7BA3" w:rsidRPr="006361C2" w:rsidRDefault="009E7BA3">
      <w:pPr>
        <w:spacing w:after="80"/>
        <w:rPr>
          <w:rFonts w:cs="Calibri"/>
        </w:rPr>
      </w:pPr>
    </w:p>
    <w:p w14:paraId="5233721B" w14:textId="77777777" w:rsidR="009E7BA3" w:rsidRPr="006361C2" w:rsidRDefault="00517D12">
      <w:pPr>
        <w:spacing w:after="80"/>
        <w:rPr>
          <w:rFonts w:cs="Calibri"/>
        </w:rPr>
      </w:pPr>
      <w:r w:rsidRPr="006361C2">
        <w:rPr>
          <w:rFonts w:cs="Calibri"/>
          <w:b/>
          <w:sz w:val="20"/>
        </w:rPr>
        <w:t>B. OBNIŻENIE WPŁATY PODSTAWOWEJ UCZESTNIKA PPK (dla osób z niższymi dochodami)</w:t>
      </w:r>
    </w:p>
    <w:p w14:paraId="1AAD63CE" w14:textId="77777777" w:rsidR="009E7BA3" w:rsidRPr="006361C2" w:rsidRDefault="00517D12">
      <w:pPr>
        <w:spacing w:after="80"/>
        <w:ind w:left="288"/>
        <w:rPr>
          <w:rFonts w:cs="Calibri"/>
        </w:rPr>
      </w:pPr>
      <w:r w:rsidRPr="006361C2">
        <w:rPr>
          <w:rFonts w:cs="Calibri"/>
          <w:sz w:val="19"/>
        </w:rPr>
        <w:t>☐</w:t>
      </w:r>
      <w:r w:rsidRPr="006361C2">
        <w:rPr>
          <w:rFonts w:cs="Calibri"/>
          <w:sz w:val="19"/>
        </w:rPr>
        <w:t xml:space="preserve">  Deklaruję obniżenie wpłaty podstawowej do wysokości: ...... % wynagrodzenia (od 0,5% do 2%).</w:t>
      </w:r>
      <w:r w:rsidRPr="006361C2">
        <w:rPr>
          <w:rFonts w:cs="Calibri"/>
          <w:sz w:val="19"/>
        </w:rPr>
        <w:br/>
        <w:t xml:space="preserve">    Oświadczam, że moje miesięczne wynagrodzenie uzyskiwane ze wszystkich źródeł nie przekracza kwoty odpowiadającej 1,2-krotności minimalnego wynagrodzenia.</w:t>
      </w:r>
    </w:p>
    <w:p w14:paraId="08DAA231" w14:textId="77777777" w:rsidR="009E7BA3" w:rsidRPr="006361C2" w:rsidRDefault="00517D12">
      <w:pPr>
        <w:spacing w:after="80"/>
        <w:ind w:left="288"/>
        <w:rPr>
          <w:rFonts w:cs="Calibri"/>
        </w:rPr>
      </w:pPr>
      <w:r w:rsidRPr="006361C2">
        <w:rPr>
          <w:rFonts w:cs="Calibri"/>
          <w:sz w:val="19"/>
        </w:rPr>
        <w:t>☐</w:t>
      </w:r>
      <w:r w:rsidRPr="006361C2">
        <w:rPr>
          <w:rFonts w:cs="Calibri"/>
          <w:sz w:val="19"/>
        </w:rPr>
        <w:t xml:space="preserve">  Cofam wniosek o obniżenie wpłaty podstawowej i deklaruję dokonywanie wpłaty podstawowej w standardowej wysokości 2% wynagrodzenia.</w:t>
      </w:r>
    </w:p>
    <w:p w14:paraId="468CE8CC" w14:textId="77777777" w:rsidR="009E7BA3" w:rsidRPr="006361C2" w:rsidRDefault="009E7BA3">
      <w:pPr>
        <w:spacing w:after="120"/>
        <w:rPr>
          <w:rFonts w:cs="Calibri"/>
        </w:rPr>
      </w:pPr>
    </w:p>
    <w:p w14:paraId="26CBC063" w14:textId="77777777" w:rsidR="009E7BA3" w:rsidRPr="006361C2" w:rsidRDefault="00517D12">
      <w:pPr>
        <w:spacing w:after="80"/>
        <w:rPr>
          <w:rFonts w:cs="Calibri"/>
        </w:rPr>
      </w:pPr>
      <w:r w:rsidRPr="006361C2">
        <w:rPr>
          <w:rFonts w:cs="Calibri"/>
          <w:b/>
          <w:color w:val="1D2939"/>
          <w:sz w:val="22"/>
        </w:rPr>
        <w:t>4. INFORMACJA DLA UCZESTNIKA</w:t>
      </w:r>
    </w:p>
    <w:p w14:paraId="71A06D7A" w14:textId="77777777" w:rsidR="009E7BA3" w:rsidRPr="006361C2" w:rsidRDefault="00517D12">
      <w:pPr>
        <w:spacing w:after="320" w:line="264" w:lineRule="auto"/>
        <w:rPr>
          <w:rFonts w:cs="Calibri"/>
        </w:rPr>
      </w:pPr>
      <w:r w:rsidRPr="006361C2">
        <w:rPr>
          <w:rFonts w:cs="Calibri"/>
          <w:i/>
          <w:color w:val="475467"/>
          <w:sz w:val="18"/>
        </w:rPr>
        <w:lastRenderedPageBreak/>
        <w:t>Zadeklarowana zmiana wpłaty obowiązuje od miesiąca następującego po miesiącu, w którym złożono niniejszą deklarację. Uczestnik PPK może zmienić wysokość wpłaty dodatkowej lub z niej zrezygnować w dowolnym momencie.</w:t>
      </w:r>
    </w:p>
    <w:p w14:paraId="3294E785" w14:textId="77777777" w:rsidR="009E7BA3" w:rsidRPr="006361C2" w:rsidRDefault="009E7BA3">
      <w:pPr>
        <w:spacing w:after="400"/>
        <w:rPr>
          <w:rFonts w:cs="Calibr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9E7BA3" w:rsidRPr="006361C2" w14:paraId="42D7CD54" w14:textId="77777777">
        <w:trPr>
          <w:jc w:val="center"/>
        </w:trPr>
        <w:tc>
          <w:tcPr>
            <w:tcW w:w="4752" w:type="dxa"/>
          </w:tcPr>
          <w:p w14:paraId="15829915" w14:textId="77777777" w:rsidR="009E7BA3" w:rsidRPr="006361C2" w:rsidRDefault="00517D12">
            <w:pPr>
              <w:jc w:val="center"/>
              <w:rPr>
                <w:rFonts w:cs="Calibri"/>
              </w:rPr>
            </w:pPr>
            <w:r w:rsidRPr="006361C2">
              <w:rPr>
                <w:rFonts w:cs="Calibri"/>
                <w:sz w:val="20"/>
              </w:rPr>
              <w:t>....................................................................</w:t>
            </w:r>
            <w:r w:rsidRPr="006361C2">
              <w:rPr>
                <w:rFonts w:cs="Calibri"/>
                <w:sz w:val="20"/>
              </w:rPr>
              <w:br/>
            </w:r>
            <w:r w:rsidRPr="006361C2">
              <w:rPr>
                <w:rFonts w:cs="Calibri"/>
                <w:i/>
                <w:sz w:val="17"/>
              </w:rPr>
              <w:t>Data i czytelny podpis Uczestnika PPK</w:t>
            </w:r>
          </w:p>
        </w:tc>
        <w:tc>
          <w:tcPr>
            <w:tcW w:w="4752" w:type="dxa"/>
          </w:tcPr>
          <w:p w14:paraId="4E378435" w14:textId="77777777" w:rsidR="009E7BA3" w:rsidRPr="006361C2" w:rsidRDefault="00517D12">
            <w:pPr>
              <w:jc w:val="center"/>
              <w:rPr>
                <w:rFonts w:cs="Calibri"/>
              </w:rPr>
            </w:pPr>
            <w:r w:rsidRPr="006361C2">
              <w:rPr>
                <w:rFonts w:cs="Calibri"/>
                <w:sz w:val="20"/>
              </w:rPr>
              <w:t>....................................................................</w:t>
            </w:r>
            <w:r w:rsidRPr="006361C2">
              <w:rPr>
                <w:rFonts w:cs="Calibri"/>
                <w:sz w:val="20"/>
              </w:rPr>
              <w:br/>
            </w:r>
            <w:r w:rsidRPr="006361C2">
              <w:rPr>
                <w:rFonts w:cs="Calibri"/>
                <w:i/>
                <w:sz w:val="17"/>
              </w:rPr>
              <w:t>Data i podpis podmiotu przyjmującego</w:t>
            </w:r>
          </w:p>
        </w:tc>
      </w:tr>
      <w:tr w:rsidR="009E7BA3" w:rsidRPr="006361C2" w14:paraId="451A3DAB" w14:textId="77777777">
        <w:trPr>
          <w:jc w:val="center"/>
        </w:trPr>
        <w:tc>
          <w:tcPr>
            <w:tcW w:w="4968" w:type="dxa"/>
          </w:tcPr>
          <w:p w14:paraId="6BECF4D1" w14:textId="77777777" w:rsidR="009E7BA3" w:rsidRPr="006361C2" w:rsidRDefault="009E7BA3">
            <w:pPr>
              <w:rPr>
                <w:rFonts w:cs="Calibri"/>
              </w:rPr>
            </w:pPr>
          </w:p>
        </w:tc>
        <w:tc>
          <w:tcPr>
            <w:tcW w:w="4968" w:type="dxa"/>
          </w:tcPr>
          <w:p w14:paraId="7C78E5F1" w14:textId="77777777" w:rsidR="009E7BA3" w:rsidRPr="006361C2" w:rsidRDefault="009E7BA3">
            <w:pPr>
              <w:rPr>
                <w:rFonts w:cs="Calibri"/>
              </w:rPr>
            </w:pPr>
          </w:p>
        </w:tc>
      </w:tr>
    </w:tbl>
    <w:p w14:paraId="1ABCB159" w14:textId="77777777" w:rsidR="00517D12" w:rsidRPr="006361C2" w:rsidRDefault="00517D12">
      <w:pPr>
        <w:rPr>
          <w:rFonts w:cs="Calibri"/>
        </w:rPr>
      </w:pPr>
    </w:p>
    <w:sectPr w:rsidR="00517D12" w:rsidRPr="006361C2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9182260">
    <w:abstractNumId w:val="8"/>
  </w:num>
  <w:num w:numId="2" w16cid:durableId="676082372">
    <w:abstractNumId w:val="6"/>
  </w:num>
  <w:num w:numId="3" w16cid:durableId="365374461">
    <w:abstractNumId w:val="5"/>
  </w:num>
  <w:num w:numId="4" w16cid:durableId="1824660963">
    <w:abstractNumId w:val="4"/>
  </w:num>
  <w:num w:numId="5" w16cid:durableId="1222715365">
    <w:abstractNumId w:val="7"/>
  </w:num>
  <w:num w:numId="6" w16cid:durableId="1354763429">
    <w:abstractNumId w:val="3"/>
  </w:num>
  <w:num w:numId="7" w16cid:durableId="583614701">
    <w:abstractNumId w:val="2"/>
  </w:num>
  <w:num w:numId="8" w16cid:durableId="745765603">
    <w:abstractNumId w:val="1"/>
  </w:num>
  <w:num w:numId="9" w16cid:durableId="480853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7D12"/>
    <w:rsid w:val="006361C2"/>
    <w:rsid w:val="009867A7"/>
    <w:rsid w:val="009E7BA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990C8C"/>
  <w14:defaultImageDpi w14:val="300"/>
  <w15:docId w15:val="{66F8CEF4-B904-47DA-88A6-31AB7F24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62626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2026-10-22T16:18:00Z</dcterms:created>
  <dcterms:modified xsi:type="dcterms:W3CDTF">2026-10-22T16:18:00Z</dcterms:modified>
  <cp:category/>
</cp:coreProperties>
</file>