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2A8E6" w14:textId="77777777" w:rsidR="00D25ECE" w:rsidRPr="00D345F6" w:rsidRDefault="003C554F">
      <w:pPr>
        <w:jc w:val="right"/>
        <w:rPr>
          <w:rFonts w:cs="Calibri"/>
          <w:lang w:val="pl-PL"/>
        </w:rPr>
      </w:pPr>
      <w:r w:rsidRPr="00D345F6">
        <w:rPr>
          <w:rFonts w:cs="Calibri"/>
          <w:i/>
          <w:sz w:val="20"/>
          <w:lang w:val="pl-PL"/>
        </w:rPr>
        <w:t>Miejscowość: ....................................., dnia .................... r.</w:t>
      </w:r>
    </w:p>
    <w:p w14:paraId="70366C93" w14:textId="77777777" w:rsidR="00D25ECE" w:rsidRPr="00D345F6" w:rsidRDefault="00D25ECE">
      <w:pPr>
        <w:spacing w:after="12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D25ECE" w:rsidRPr="00D345F6" w14:paraId="02481222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72F02854" w14:textId="3A8705A6" w:rsidR="00D25ECE" w:rsidRPr="00D345F6" w:rsidRDefault="00D345F6" w:rsidP="00D345F6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40"/>
                <w:szCs w:val="40"/>
                <w:lang w:val="pl-PL"/>
              </w:rPr>
            </w:pPr>
            <w:r w:rsidRPr="00D345F6">
              <w:rPr>
                <w:rFonts w:cs="Calibri"/>
                <w:b/>
                <w:bCs/>
                <w:color w:val="000000"/>
                <w:sz w:val="40"/>
                <w:szCs w:val="40"/>
                <w:lang w:val="pl-PL"/>
              </w:rPr>
              <w:t>Deklaracja o rezygnacji z dokonywania wpłat do PPK</w:t>
            </w:r>
          </w:p>
        </w:tc>
      </w:tr>
    </w:tbl>
    <w:p w14:paraId="21EC6052" w14:textId="77777777" w:rsidR="00D25ECE" w:rsidRPr="00D345F6" w:rsidRDefault="00D25ECE">
      <w:pPr>
        <w:rPr>
          <w:rFonts w:cs="Calibri"/>
          <w:lang w:val="pl-PL"/>
        </w:rPr>
      </w:pPr>
    </w:p>
    <w:p w14:paraId="0437E597" w14:textId="77777777" w:rsidR="00D25ECE" w:rsidRPr="00D345F6" w:rsidRDefault="003C554F">
      <w:pPr>
        <w:spacing w:after="80"/>
        <w:rPr>
          <w:rFonts w:cs="Calibri"/>
          <w:lang w:val="pl-PL"/>
        </w:rPr>
      </w:pPr>
      <w:r w:rsidRPr="00D345F6">
        <w:rPr>
          <w:rFonts w:cs="Calibri"/>
          <w:b/>
          <w:color w:val="1D2939"/>
          <w:sz w:val="22"/>
          <w:lang w:val="pl-PL"/>
        </w:rPr>
        <w:t>1. DANE UCZESTNIKA PPK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D25ECE" w:rsidRPr="00D345F6" w14:paraId="4BB570F2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6F7405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b/>
                <w:sz w:val="19"/>
                <w:lang w:val="pl-PL"/>
              </w:rPr>
              <w:t>Imię (imiona):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C2DD6D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D25ECE" w:rsidRPr="00D345F6" w14:paraId="5150C183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BABF4C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b/>
                <w:sz w:val="19"/>
                <w:lang w:val="pl-PL"/>
              </w:rPr>
              <w:t>Nazwisko: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96FBF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D25ECE" w:rsidRPr="00D345F6" w14:paraId="407BBBBD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1C913D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b/>
                <w:sz w:val="19"/>
                <w:lang w:val="pl-PL"/>
              </w:rPr>
              <w:t>Numer PESEL (lub data urodzenia*):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C920C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D25ECE" w:rsidRPr="00D345F6" w14:paraId="5430C3D2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E1248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b/>
                <w:sz w:val="19"/>
                <w:lang w:val="pl-PL"/>
              </w:rPr>
              <w:t>Seria i numer dowodu / paszportu*: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03F15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</w:tbl>
    <w:p w14:paraId="6DD53C28" w14:textId="77777777" w:rsidR="00D25ECE" w:rsidRPr="00D345F6" w:rsidRDefault="003C554F">
      <w:pPr>
        <w:rPr>
          <w:rFonts w:cs="Calibri"/>
          <w:lang w:val="pl-PL"/>
        </w:rPr>
      </w:pPr>
      <w:r w:rsidRPr="00D345F6">
        <w:rPr>
          <w:rFonts w:cs="Calibri"/>
          <w:i/>
          <w:color w:val="667085"/>
          <w:sz w:val="16"/>
          <w:lang w:val="pl-PL"/>
        </w:rPr>
        <w:t>*Wypełnić w przypadku braku numeru PESEL.</w:t>
      </w:r>
    </w:p>
    <w:p w14:paraId="2871C7D0" w14:textId="77777777" w:rsidR="00D25ECE" w:rsidRPr="00D345F6" w:rsidRDefault="003C554F">
      <w:pPr>
        <w:spacing w:after="80"/>
        <w:rPr>
          <w:rFonts w:cs="Calibri"/>
          <w:lang w:val="pl-PL"/>
        </w:rPr>
      </w:pPr>
      <w:r w:rsidRPr="00D345F6">
        <w:rPr>
          <w:rFonts w:cs="Calibri"/>
          <w:b/>
          <w:color w:val="1D2939"/>
          <w:sz w:val="22"/>
          <w:lang w:val="pl-PL"/>
        </w:rPr>
        <w:t>2. DANE PODMIOTU ZATRUDNIAJĄCEGO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D25ECE" w:rsidRPr="00D345F6" w14:paraId="6F1CD95D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B4504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b/>
                <w:sz w:val="19"/>
                <w:lang w:val="pl-PL"/>
              </w:rPr>
              <w:t>Nazwa podmiotu zatrudniającego: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364BF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D25ECE" w:rsidRPr="00D345F6" w14:paraId="772B4E94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BA6CB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b/>
                <w:sz w:val="19"/>
                <w:lang w:val="pl-PL"/>
              </w:rPr>
              <w:t>NIP / REGON: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A83B3" w14:textId="77777777" w:rsidR="00D25ECE" w:rsidRPr="00D345F6" w:rsidRDefault="003C554F">
            <w:pPr>
              <w:rPr>
                <w:rFonts w:cs="Calibri"/>
                <w:lang w:val="pl-PL"/>
              </w:rPr>
            </w:pPr>
            <w:r w:rsidRPr="00D345F6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</w:tbl>
    <w:p w14:paraId="53727AD3" w14:textId="77777777" w:rsidR="00D25ECE" w:rsidRPr="00D345F6" w:rsidRDefault="00D25ECE">
      <w:pPr>
        <w:rPr>
          <w:rFonts w:cs="Calibri"/>
          <w:lang w:val="pl-PL"/>
        </w:rPr>
      </w:pPr>
    </w:p>
    <w:p w14:paraId="69DEE29E" w14:textId="77777777" w:rsidR="00D25ECE" w:rsidRPr="00D345F6" w:rsidRDefault="003C554F">
      <w:pPr>
        <w:spacing w:after="80"/>
        <w:rPr>
          <w:rFonts w:cs="Calibri"/>
          <w:lang w:val="pl-PL"/>
        </w:rPr>
      </w:pPr>
      <w:r w:rsidRPr="00D345F6">
        <w:rPr>
          <w:rFonts w:cs="Calibri"/>
          <w:b/>
          <w:color w:val="1D2939"/>
          <w:sz w:val="22"/>
          <w:lang w:val="pl-PL"/>
        </w:rPr>
        <w:t>3. TREŚĆ OŚWIADCZENIA</w:t>
      </w:r>
    </w:p>
    <w:p w14:paraId="26A8ABCE" w14:textId="77777777" w:rsidR="00D25ECE" w:rsidRPr="00D345F6" w:rsidRDefault="003C554F">
      <w:pPr>
        <w:spacing w:after="160"/>
        <w:rPr>
          <w:rFonts w:cs="Calibri"/>
          <w:lang w:val="pl-PL"/>
        </w:rPr>
      </w:pPr>
      <w:r w:rsidRPr="00D345F6">
        <w:rPr>
          <w:rFonts w:cs="Calibri"/>
          <w:sz w:val="20"/>
          <w:lang w:val="pl-PL"/>
        </w:rPr>
        <w:t>Ja, niżej podpisany/a, rezygnuję z dokonywania wpłat do Pracowniczych Planów Kapitałowych (PPK) oraz oświadczam, że świadomie i dobrowolnie rezygnuję z uzyskiwania wpłat finansowanych przez podmiot zatrudniający oraz wpłaty powitalnej i dopłat rocznych przekazywanych ze środków Funduszu Pracy.</w:t>
      </w:r>
    </w:p>
    <w:p w14:paraId="2FD3C099" w14:textId="77777777" w:rsidR="00D25ECE" w:rsidRPr="00D345F6" w:rsidRDefault="003C554F">
      <w:pPr>
        <w:spacing w:after="80"/>
        <w:rPr>
          <w:rFonts w:cs="Calibri"/>
          <w:lang w:val="pl-PL"/>
        </w:rPr>
      </w:pPr>
      <w:r w:rsidRPr="00D345F6">
        <w:rPr>
          <w:rFonts w:cs="Calibri"/>
          <w:b/>
          <w:color w:val="1D2939"/>
          <w:sz w:val="22"/>
          <w:lang w:val="pl-PL"/>
        </w:rPr>
        <w:t>4. OŚWIADCZENIE O ZNAJOMOŚCI KONSEKWENCJI</w:t>
      </w:r>
    </w:p>
    <w:p w14:paraId="67BF3661" w14:textId="155BB539" w:rsidR="00D25ECE" w:rsidRPr="00D345F6" w:rsidRDefault="003C554F" w:rsidP="00D345F6">
      <w:pPr>
        <w:spacing w:after="240"/>
        <w:rPr>
          <w:rFonts w:cs="Calibri"/>
          <w:lang w:val="pl-PL"/>
        </w:rPr>
      </w:pPr>
      <w:r w:rsidRPr="00D345F6">
        <w:rPr>
          <w:rFonts w:cs="Calibri"/>
          <w:b/>
          <w:lang w:val="pl-PL"/>
        </w:rPr>
        <w:t>Oświadczam, że posiadam wiedzę o tym, iż:</w:t>
      </w:r>
      <w:r w:rsidRPr="00D345F6">
        <w:rPr>
          <w:rFonts w:cs="Calibri"/>
          <w:b/>
          <w:lang w:val="pl-PL"/>
        </w:rPr>
        <w:br/>
      </w:r>
      <w:r w:rsidRPr="00D345F6">
        <w:rPr>
          <w:rFonts w:cs="Calibri"/>
          <w:sz w:val="19"/>
          <w:lang w:val="pl-PL"/>
        </w:rPr>
        <w:t>Wpłaty do PPK są finansowane zarówno przez uczestnika PPK, jak i podmiot zatrudniający.</w:t>
      </w:r>
    </w:p>
    <w:p w14:paraId="2D961B87" w14:textId="77777777" w:rsidR="00D25ECE" w:rsidRPr="00D345F6" w:rsidRDefault="003C554F">
      <w:pPr>
        <w:pStyle w:val="Listapunktowana"/>
        <w:spacing w:after="60" w:line="264" w:lineRule="auto"/>
        <w:rPr>
          <w:rFonts w:cs="Calibri"/>
          <w:lang w:val="pl-PL"/>
        </w:rPr>
      </w:pPr>
      <w:r w:rsidRPr="00D345F6">
        <w:rPr>
          <w:rFonts w:cs="Calibri"/>
          <w:sz w:val="19"/>
          <w:lang w:val="pl-PL"/>
        </w:rPr>
        <w:t>Uczestnik PPK otrzymuje dopłatę powitalną (250 zł) oraz dopłaty roczne (240 zł) ze środków budżetu państwa.</w:t>
      </w:r>
    </w:p>
    <w:p w14:paraId="72AAE048" w14:textId="77777777" w:rsidR="00D25ECE" w:rsidRPr="00D345F6" w:rsidRDefault="003C554F">
      <w:pPr>
        <w:pStyle w:val="Listapunktowana"/>
        <w:spacing w:after="60" w:line="264" w:lineRule="auto"/>
        <w:rPr>
          <w:rFonts w:cs="Calibri"/>
          <w:lang w:val="pl-PL"/>
        </w:rPr>
      </w:pPr>
      <w:r w:rsidRPr="00D345F6">
        <w:rPr>
          <w:rFonts w:cs="Calibri"/>
          <w:sz w:val="19"/>
          <w:lang w:val="pl-PL"/>
        </w:rPr>
        <w:t>Rezygnacja z dokonywania wpłat oznacza brak naliczania i przekazywania wyżej wymienionych wpłat na rachunek PPK.</w:t>
      </w:r>
    </w:p>
    <w:p w14:paraId="206B2CFC" w14:textId="77777777" w:rsidR="00D25ECE" w:rsidRPr="00D345F6" w:rsidRDefault="003C554F">
      <w:pPr>
        <w:pStyle w:val="Listapunktowana"/>
        <w:spacing w:after="60" w:line="264" w:lineRule="auto"/>
        <w:rPr>
          <w:rFonts w:cs="Calibri"/>
          <w:lang w:val="pl-PL"/>
        </w:rPr>
      </w:pPr>
      <w:r w:rsidRPr="00D345F6">
        <w:rPr>
          <w:rFonts w:cs="Calibri"/>
          <w:sz w:val="19"/>
          <w:lang w:val="pl-PL"/>
        </w:rPr>
        <w:t xml:space="preserve">Oświadczenie o rezygnacji jest ważne do momentu złożenia wnoszącego o ponowne dokonywanie wpłat lub do ponownego </w:t>
      </w:r>
      <w:proofErr w:type="spellStart"/>
      <w:r w:rsidRPr="00D345F6">
        <w:rPr>
          <w:rFonts w:cs="Calibri"/>
          <w:sz w:val="19"/>
          <w:lang w:val="pl-PL"/>
        </w:rPr>
        <w:t>autozapisu</w:t>
      </w:r>
      <w:proofErr w:type="spellEnd"/>
      <w:r w:rsidRPr="00D345F6">
        <w:rPr>
          <w:rFonts w:cs="Calibri"/>
          <w:sz w:val="19"/>
          <w:lang w:val="pl-PL"/>
        </w:rPr>
        <w:t xml:space="preserve"> przeprowadzanego co 4 lata.</w:t>
      </w:r>
    </w:p>
    <w:p w14:paraId="1874476A" w14:textId="77777777" w:rsidR="00D345F6" w:rsidRDefault="00D345F6" w:rsidP="00D345F6">
      <w:pPr>
        <w:pStyle w:val="Listapunktowana"/>
        <w:numPr>
          <w:ilvl w:val="0"/>
          <w:numId w:val="0"/>
        </w:numPr>
        <w:spacing w:after="60" w:line="264" w:lineRule="auto"/>
        <w:ind w:left="360"/>
        <w:rPr>
          <w:rFonts w:cs="Calibri"/>
          <w:sz w:val="19"/>
          <w:lang w:val="pl-PL"/>
        </w:rPr>
      </w:pPr>
    </w:p>
    <w:p w14:paraId="3AFB8C18" w14:textId="77777777" w:rsidR="00D345F6" w:rsidRPr="00D345F6" w:rsidRDefault="00D345F6" w:rsidP="00D345F6">
      <w:pPr>
        <w:pStyle w:val="Listapunktowana"/>
        <w:numPr>
          <w:ilvl w:val="0"/>
          <w:numId w:val="0"/>
        </w:numPr>
        <w:spacing w:after="60" w:line="264" w:lineRule="auto"/>
        <w:ind w:left="36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19"/>
        <w:gridCol w:w="1913"/>
        <w:gridCol w:w="4120"/>
      </w:tblGrid>
      <w:tr w:rsidR="00D345F6" w:rsidRPr="00D345F6" w14:paraId="3DF2FA21" w14:textId="77777777" w:rsidTr="00D345F6">
        <w:trPr>
          <w:jc w:val="center"/>
        </w:trPr>
        <w:tc>
          <w:tcPr>
            <w:tcW w:w="4119" w:type="dxa"/>
          </w:tcPr>
          <w:p w14:paraId="6288F505" w14:textId="77777777" w:rsidR="00D345F6" w:rsidRPr="00D345F6" w:rsidRDefault="00D345F6">
            <w:pPr>
              <w:jc w:val="center"/>
              <w:rPr>
                <w:rFonts w:cs="Calibri"/>
                <w:lang w:val="pl-PL"/>
              </w:rPr>
            </w:pPr>
            <w:r w:rsidRPr="00D345F6">
              <w:rPr>
                <w:rFonts w:cs="Calibri"/>
                <w:sz w:val="20"/>
                <w:lang w:val="pl-PL"/>
              </w:rPr>
              <w:t>....................................................................</w:t>
            </w:r>
            <w:r w:rsidRPr="00D345F6">
              <w:rPr>
                <w:rFonts w:cs="Calibri"/>
                <w:sz w:val="20"/>
                <w:lang w:val="pl-PL"/>
              </w:rPr>
              <w:br/>
            </w:r>
            <w:r w:rsidRPr="00D345F6">
              <w:rPr>
                <w:rFonts w:cs="Calibri"/>
                <w:i/>
                <w:sz w:val="17"/>
                <w:lang w:val="pl-PL"/>
              </w:rPr>
              <w:t>Data i czytelny podpis Uczestnika PPK</w:t>
            </w:r>
          </w:p>
        </w:tc>
        <w:tc>
          <w:tcPr>
            <w:tcW w:w="1913" w:type="dxa"/>
          </w:tcPr>
          <w:p w14:paraId="7FF07170" w14:textId="77777777" w:rsidR="00D345F6" w:rsidRPr="00D345F6" w:rsidRDefault="00D345F6">
            <w:pPr>
              <w:jc w:val="center"/>
              <w:rPr>
                <w:rFonts w:cs="Calibri"/>
                <w:sz w:val="20"/>
                <w:lang w:val="pl-PL"/>
              </w:rPr>
            </w:pPr>
          </w:p>
        </w:tc>
        <w:tc>
          <w:tcPr>
            <w:tcW w:w="4120" w:type="dxa"/>
          </w:tcPr>
          <w:p w14:paraId="3B2CBA47" w14:textId="39A4BCEC" w:rsidR="00D345F6" w:rsidRPr="00D345F6" w:rsidRDefault="00D345F6">
            <w:pPr>
              <w:jc w:val="center"/>
              <w:rPr>
                <w:rFonts w:cs="Calibri"/>
                <w:lang w:val="pl-PL"/>
              </w:rPr>
            </w:pPr>
            <w:r w:rsidRPr="00D345F6">
              <w:rPr>
                <w:rFonts w:cs="Calibri"/>
                <w:sz w:val="20"/>
                <w:lang w:val="pl-PL"/>
              </w:rPr>
              <w:t>....................................................................</w:t>
            </w:r>
            <w:r w:rsidRPr="00D345F6">
              <w:rPr>
                <w:rFonts w:cs="Calibri"/>
                <w:sz w:val="20"/>
                <w:lang w:val="pl-PL"/>
              </w:rPr>
              <w:br/>
            </w:r>
            <w:r w:rsidRPr="00D345F6">
              <w:rPr>
                <w:rFonts w:cs="Calibri"/>
                <w:i/>
                <w:sz w:val="17"/>
                <w:lang w:val="pl-PL"/>
              </w:rPr>
              <w:t>Data i podpis podmiotu przyjmującego</w:t>
            </w:r>
          </w:p>
        </w:tc>
      </w:tr>
      <w:tr w:rsidR="00D345F6" w:rsidRPr="00D345F6" w14:paraId="381B2F92" w14:textId="77777777" w:rsidTr="00D345F6">
        <w:trPr>
          <w:jc w:val="center"/>
        </w:trPr>
        <w:tc>
          <w:tcPr>
            <w:tcW w:w="4119" w:type="dxa"/>
          </w:tcPr>
          <w:p w14:paraId="2D7290A4" w14:textId="77777777" w:rsidR="00D345F6" w:rsidRPr="00D345F6" w:rsidRDefault="00D345F6">
            <w:pPr>
              <w:rPr>
                <w:rFonts w:cs="Calibri"/>
                <w:lang w:val="pl-PL"/>
              </w:rPr>
            </w:pPr>
          </w:p>
        </w:tc>
        <w:tc>
          <w:tcPr>
            <w:tcW w:w="1913" w:type="dxa"/>
          </w:tcPr>
          <w:p w14:paraId="25EC48C1" w14:textId="77777777" w:rsidR="00D345F6" w:rsidRPr="00D345F6" w:rsidRDefault="00D345F6">
            <w:pPr>
              <w:rPr>
                <w:rFonts w:cs="Calibri"/>
                <w:lang w:val="pl-PL"/>
              </w:rPr>
            </w:pPr>
          </w:p>
        </w:tc>
        <w:tc>
          <w:tcPr>
            <w:tcW w:w="4120" w:type="dxa"/>
          </w:tcPr>
          <w:p w14:paraId="1F23B673" w14:textId="463CCF5F" w:rsidR="00D345F6" w:rsidRPr="00D345F6" w:rsidRDefault="00D345F6">
            <w:pPr>
              <w:rPr>
                <w:rFonts w:cs="Calibri"/>
                <w:lang w:val="pl-PL"/>
              </w:rPr>
            </w:pPr>
          </w:p>
        </w:tc>
      </w:tr>
    </w:tbl>
    <w:p w14:paraId="05FCCD0F" w14:textId="77777777" w:rsidR="003C554F" w:rsidRPr="00D345F6" w:rsidRDefault="003C554F" w:rsidP="00D345F6">
      <w:pPr>
        <w:rPr>
          <w:rFonts w:cs="Calibri"/>
          <w:lang w:val="pl-PL"/>
        </w:rPr>
      </w:pPr>
    </w:p>
    <w:sectPr w:rsidR="003C554F" w:rsidRPr="00D345F6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0813124">
    <w:abstractNumId w:val="8"/>
  </w:num>
  <w:num w:numId="2" w16cid:durableId="1610969828">
    <w:abstractNumId w:val="6"/>
  </w:num>
  <w:num w:numId="3" w16cid:durableId="1949047177">
    <w:abstractNumId w:val="5"/>
  </w:num>
  <w:num w:numId="4" w16cid:durableId="1223978961">
    <w:abstractNumId w:val="4"/>
  </w:num>
  <w:num w:numId="5" w16cid:durableId="1059783890">
    <w:abstractNumId w:val="7"/>
  </w:num>
  <w:num w:numId="6" w16cid:durableId="1226065888">
    <w:abstractNumId w:val="3"/>
  </w:num>
  <w:num w:numId="7" w16cid:durableId="424033742">
    <w:abstractNumId w:val="2"/>
  </w:num>
  <w:num w:numId="8" w16cid:durableId="1223180835">
    <w:abstractNumId w:val="1"/>
  </w:num>
  <w:num w:numId="9" w16cid:durableId="185757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2CAF"/>
    <w:rsid w:val="0029639D"/>
    <w:rsid w:val="00326F90"/>
    <w:rsid w:val="003C554F"/>
    <w:rsid w:val="005666F9"/>
    <w:rsid w:val="00AA1D8D"/>
    <w:rsid w:val="00B47730"/>
    <w:rsid w:val="00CB0664"/>
    <w:rsid w:val="00D25ECE"/>
    <w:rsid w:val="00D345F6"/>
    <w:rsid w:val="00EF69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11B6A"/>
  <w14:defaultImageDpi w14:val="300"/>
  <w15:docId w15:val="{9F7F6561-7182-47A4-99FE-D9C07D29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2026-10-20T18:26:00Z</dcterms:created>
  <dcterms:modified xsi:type="dcterms:W3CDTF">2026-10-20T18:28:00Z</dcterms:modified>
  <cp:category/>
</cp:coreProperties>
</file>