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FF2A9" w14:textId="77777777" w:rsidR="008979FE" w:rsidRPr="00B955E2" w:rsidRDefault="000F3F8F">
      <w:pPr>
        <w:jc w:val="right"/>
        <w:rPr>
          <w:rFonts w:cs="Calibri"/>
          <w:lang w:val="pl-PL"/>
        </w:rPr>
      </w:pPr>
      <w:r w:rsidRPr="00B955E2">
        <w:rPr>
          <w:rFonts w:cs="Calibri"/>
          <w:i/>
          <w:sz w:val="20"/>
          <w:lang w:val="pl-PL"/>
        </w:rPr>
        <w:t>Miejscowość: ....................................., dnia .................... r.</w:t>
      </w:r>
    </w:p>
    <w:p w14:paraId="3C5D2E50" w14:textId="77777777" w:rsidR="008979FE" w:rsidRPr="00B955E2" w:rsidRDefault="008979FE">
      <w:pPr>
        <w:spacing w:after="120"/>
        <w:rPr>
          <w:rFonts w:cs="Calibri"/>
          <w:lang w:val="pl-PL"/>
        </w:rPr>
      </w:pPr>
    </w:p>
    <w:p w14:paraId="2861D8D8" w14:textId="77777777" w:rsidR="00B955E2" w:rsidRPr="00B955E2" w:rsidRDefault="00B955E2">
      <w:pPr>
        <w:spacing w:after="120"/>
        <w:rPr>
          <w:rFonts w:cs="Calibri"/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8979FE" w:rsidRPr="00B955E2" w14:paraId="238E7D4F" w14:textId="77777777">
        <w:trPr>
          <w:jc w:val="center"/>
        </w:trPr>
        <w:tc>
          <w:tcPr>
            <w:tcW w:w="9792" w:type="dxa"/>
            <w:tcBorders>
              <w:top w:val="single" w:sz="6" w:space="0" w:color="C5DA9C"/>
              <w:left w:val="single" w:sz="6" w:space="0" w:color="C5DA9C"/>
              <w:bottom w:val="single" w:sz="6" w:space="0" w:color="C5DA9C"/>
              <w:right w:val="single" w:sz="6" w:space="0" w:color="C5DA9C"/>
            </w:tcBorders>
            <w:shd w:val="clear" w:color="auto" w:fill="E2EFCB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5DC682A3" w14:textId="77777777" w:rsidR="008979FE" w:rsidRPr="00B955E2" w:rsidRDefault="000F3F8F">
            <w:pPr>
              <w:jc w:val="center"/>
              <w:rPr>
                <w:rFonts w:cs="Calibri"/>
                <w:sz w:val="32"/>
                <w:szCs w:val="32"/>
                <w:lang w:val="pl-PL"/>
              </w:rPr>
            </w:pPr>
            <w:r w:rsidRPr="00B955E2">
              <w:rPr>
                <w:rFonts w:cs="Calibri"/>
                <w:b/>
                <w:color w:val="101828"/>
                <w:sz w:val="32"/>
                <w:szCs w:val="32"/>
                <w:lang w:val="pl-PL"/>
              </w:rPr>
              <w:t>Deklaracja korzystania z transportu pracowniczego</w:t>
            </w:r>
          </w:p>
        </w:tc>
      </w:tr>
    </w:tbl>
    <w:p w14:paraId="2C6A0E3A" w14:textId="77777777" w:rsidR="008979FE" w:rsidRPr="00B955E2" w:rsidRDefault="008979FE">
      <w:pPr>
        <w:rPr>
          <w:rFonts w:cs="Calibri"/>
          <w:lang w:val="pl-PL"/>
        </w:rPr>
      </w:pPr>
    </w:p>
    <w:p w14:paraId="47017C53" w14:textId="77777777" w:rsidR="00B955E2" w:rsidRDefault="00B955E2">
      <w:pPr>
        <w:rPr>
          <w:rFonts w:cs="Calibri"/>
          <w:lang w:val="pl-PL"/>
        </w:rPr>
      </w:pPr>
    </w:p>
    <w:p w14:paraId="0D58403B" w14:textId="77777777" w:rsidR="00B955E2" w:rsidRPr="00B955E2" w:rsidRDefault="00B955E2">
      <w:pPr>
        <w:rPr>
          <w:rFonts w:cs="Calibri"/>
          <w:lang w:val="pl-PL"/>
        </w:rPr>
      </w:pPr>
    </w:p>
    <w:p w14:paraId="7BB08854" w14:textId="77777777" w:rsidR="008979FE" w:rsidRPr="00B955E2" w:rsidRDefault="000F3F8F">
      <w:pPr>
        <w:spacing w:after="80"/>
        <w:rPr>
          <w:rFonts w:cs="Calibri"/>
          <w:lang w:val="pl-PL"/>
        </w:rPr>
      </w:pPr>
      <w:r w:rsidRPr="00B955E2">
        <w:rPr>
          <w:rFonts w:cs="Calibri"/>
          <w:b/>
          <w:color w:val="1D2939"/>
          <w:sz w:val="22"/>
          <w:lang w:val="pl-PL"/>
        </w:rPr>
        <w:t>1. DANE PRACOWNIKA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6048"/>
      </w:tblGrid>
      <w:tr w:rsidR="008979FE" w:rsidRPr="00B955E2" w14:paraId="10A06563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6B06BC" w14:textId="77777777" w:rsidR="008979FE" w:rsidRPr="00B955E2" w:rsidRDefault="000F3F8F">
            <w:pPr>
              <w:rPr>
                <w:rFonts w:cs="Calibri"/>
                <w:lang w:val="pl-PL"/>
              </w:rPr>
            </w:pPr>
            <w:r w:rsidRPr="00B955E2">
              <w:rPr>
                <w:rFonts w:cs="Calibri"/>
                <w:b/>
                <w:sz w:val="19"/>
                <w:lang w:val="pl-PL"/>
              </w:rPr>
              <w:t>Imię i nazwisko: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EE3CD4" w14:textId="77777777" w:rsidR="008979FE" w:rsidRPr="00B955E2" w:rsidRDefault="000F3F8F">
            <w:pPr>
              <w:rPr>
                <w:rFonts w:cs="Calibri"/>
                <w:lang w:val="pl-PL"/>
              </w:rPr>
            </w:pPr>
            <w:r w:rsidRPr="00B955E2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  <w:tr w:rsidR="008979FE" w:rsidRPr="00B955E2" w14:paraId="62888B13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5E4EAB" w14:textId="77777777" w:rsidR="008979FE" w:rsidRPr="00B955E2" w:rsidRDefault="000F3F8F">
            <w:pPr>
              <w:rPr>
                <w:rFonts w:cs="Calibri"/>
                <w:lang w:val="pl-PL"/>
              </w:rPr>
            </w:pPr>
            <w:r w:rsidRPr="00B955E2">
              <w:rPr>
                <w:rFonts w:cs="Calibri"/>
                <w:b/>
                <w:sz w:val="19"/>
                <w:lang w:val="pl-PL"/>
              </w:rPr>
              <w:t>Stanowisko / Dział: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FCEFCE" w14:textId="77777777" w:rsidR="008979FE" w:rsidRPr="00B955E2" w:rsidRDefault="000F3F8F">
            <w:pPr>
              <w:rPr>
                <w:rFonts w:cs="Calibri"/>
                <w:lang w:val="pl-PL"/>
              </w:rPr>
            </w:pPr>
            <w:r w:rsidRPr="00B955E2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  <w:tr w:rsidR="008979FE" w:rsidRPr="00B955E2" w14:paraId="112B9C5C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4C3E8E" w14:textId="77777777" w:rsidR="008979FE" w:rsidRPr="00B955E2" w:rsidRDefault="000F3F8F">
            <w:pPr>
              <w:rPr>
                <w:rFonts w:cs="Calibri"/>
                <w:lang w:val="pl-PL"/>
              </w:rPr>
            </w:pPr>
            <w:r w:rsidRPr="00B955E2">
              <w:rPr>
                <w:rFonts w:cs="Calibri"/>
                <w:b/>
                <w:sz w:val="19"/>
                <w:lang w:val="pl-PL"/>
              </w:rPr>
              <w:t>Numer telefonu kontaktowego: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08A195" w14:textId="77777777" w:rsidR="008979FE" w:rsidRPr="00B955E2" w:rsidRDefault="000F3F8F">
            <w:pPr>
              <w:rPr>
                <w:rFonts w:cs="Calibri"/>
                <w:lang w:val="pl-PL"/>
              </w:rPr>
            </w:pPr>
            <w:r w:rsidRPr="00B955E2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  <w:tr w:rsidR="008979FE" w:rsidRPr="00B955E2" w14:paraId="50E03AE7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1A36FC" w14:textId="77777777" w:rsidR="008979FE" w:rsidRPr="00B955E2" w:rsidRDefault="000F3F8F">
            <w:pPr>
              <w:rPr>
                <w:rFonts w:cs="Calibri"/>
                <w:lang w:val="pl-PL"/>
              </w:rPr>
            </w:pPr>
            <w:r w:rsidRPr="00B955E2">
              <w:rPr>
                <w:rFonts w:cs="Calibri"/>
                <w:b/>
                <w:sz w:val="19"/>
                <w:lang w:val="pl-PL"/>
              </w:rPr>
              <w:t>Adres zamieszkania: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BC38E9" w14:textId="77777777" w:rsidR="008979FE" w:rsidRPr="00B955E2" w:rsidRDefault="000F3F8F">
            <w:pPr>
              <w:rPr>
                <w:rFonts w:cs="Calibri"/>
                <w:lang w:val="pl-PL"/>
              </w:rPr>
            </w:pPr>
            <w:r w:rsidRPr="00B955E2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</w:tbl>
    <w:p w14:paraId="45409E4A" w14:textId="77777777" w:rsidR="008979FE" w:rsidRPr="00B955E2" w:rsidRDefault="008979FE">
      <w:pPr>
        <w:rPr>
          <w:rFonts w:cs="Calibri"/>
          <w:lang w:val="pl-PL"/>
        </w:rPr>
      </w:pPr>
    </w:p>
    <w:p w14:paraId="5B0545B6" w14:textId="77777777" w:rsidR="008979FE" w:rsidRPr="00B955E2" w:rsidRDefault="000F3F8F">
      <w:pPr>
        <w:spacing w:after="80"/>
        <w:rPr>
          <w:rFonts w:cs="Calibri"/>
          <w:lang w:val="pl-PL"/>
        </w:rPr>
      </w:pPr>
      <w:r w:rsidRPr="00B955E2">
        <w:rPr>
          <w:rFonts w:cs="Calibri"/>
          <w:b/>
          <w:color w:val="1D2939"/>
          <w:sz w:val="22"/>
          <w:lang w:val="pl-PL"/>
        </w:rPr>
        <w:t>2. SZCZEGÓŁY TRASY I DOWOZU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6048"/>
      </w:tblGrid>
      <w:tr w:rsidR="008979FE" w:rsidRPr="00B955E2" w14:paraId="02D85757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50463C" w14:textId="77777777" w:rsidR="008979FE" w:rsidRPr="00B955E2" w:rsidRDefault="000F3F8F">
            <w:pPr>
              <w:rPr>
                <w:rFonts w:cs="Calibri"/>
                <w:lang w:val="pl-PL"/>
              </w:rPr>
            </w:pPr>
            <w:r w:rsidRPr="00B955E2">
              <w:rPr>
                <w:rFonts w:cs="Calibri"/>
                <w:b/>
                <w:sz w:val="19"/>
                <w:lang w:val="pl-PL"/>
              </w:rPr>
              <w:t>Wybrana linia / trasa transportu: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A353F2" w14:textId="77777777" w:rsidR="008979FE" w:rsidRPr="00B955E2" w:rsidRDefault="000F3F8F">
            <w:pPr>
              <w:rPr>
                <w:rFonts w:cs="Calibri"/>
                <w:lang w:val="pl-PL"/>
              </w:rPr>
            </w:pPr>
            <w:r w:rsidRPr="00B955E2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  <w:tr w:rsidR="008979FE" w:rsidRPr="00B955E2" w14:paraId="431E24A9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9B51B6" w14:textId="77777777" w:rsidR="008979FE" w:rsidRPr="00B955E2" w:rsidRDefault="000F3F8F">
            <w:pPr>
              <w:rPr>
                <w:rFonts w:cs="Calibri"/>
                <w:lang w:val="pl-PL"/>
              </w:rPr>
            </w:pPr>
            <w:r w:rsidRPr="00B955E2">
              <w:rPr>
                <w:rFonts w:cs="Calibri"/>
                <w:b/>
                <w:sz w:val="19"/>
                <w:lang w:val="pl-PL"/>
              </w:rPr>
              <w:t>Przystanek początkowy (pożądany):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9A9A4C" w14:textId="77777777" w:rsidR="008979FE" w:rsidRPr="00B955E2" w:rsidRDefault="000F3F8F">
            <w:pPr>
              <w:rPr>
                <w:rFonts w:cs="Calibri"/>
                <w:lang w:val="pl-PL"/>
              </w:rPr>
            </w:pPr>
            <w:r w:rsidRPr="00B955E2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  <w:tr w:rsidR="008979FE" w:rsidRPr="00B955E2" w14:paraId="5FB1E3B9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713312" w14:textId="77777777" w:rsidR="008979FE" w:rsidRPr="00B955E2" w:rsidRDefault="000F3F8F">
            <w:pPr>
              <w:rPr>
                <w:rFonts w:cs="Calibri"/>
                <w:lang w:val="pl-PL"/>
              </w:rPr>
            </w:pPr>
            <w:r w:rsidRPr="00B955E2">
              <w:rPr>
                <w:rFonts w:cs="Calibri"/>
                <w:b/>
                <w:sz w:val="19"/>
                <w:lang w:val="pl-PL"/>
              </w:rPr>
              <w:t>System pracy / Zmiana: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C124E9" w14:textId="77777777" w:rsidR="008979FE" w:rsidRPr="00B955E2" w:rsidRDefault="000F3F8F">
            <w:pPr>
              <w:rPr>
                <w:rFonts w:cs="Calibri"/>
                <w:lang w:val="pl-PL"/>
              </w:rPr>
            </w:pPr>
            <w:r w:rsidRPr="00B955E2">
              <w:rPr>
                <w:rFonts w:cs="Calibri"/>
                <w:sz w:val="19"/>
                <w:lang w:val="pl-PL"/>
              </w:rPr>
              <w:t>☐ I Zmiana   ☐ II Zmiana   ☐ III Zmiana   ☐ System 4-brygadowy</w:t>
            </w:r>
          </w:p>
        </w:tc>
      </w:tr>
    </w:tbl>
    <w:p w14:paraId="467A0B65" w14:textId="77777777" w:rsidR="008979FE" w:rsidRDefault="008979FE">
      <w:pPr>
        <w:rPr>
          <w:rFonts w:cs="Calibri"/>
          <w:lang w:val="pl-PL"/>
        </w:rPr>
      </w:pPr>
    </w:p>
    <w:p w14:paraId="5313FDB4" w14:textId="77777777" w:rsidR="008979FE" w:rsidRPr="00B955E2" w:rsidRDefault="000F3F8F">
      <w:pPr>
        <w:spacing w:after="80"/>
        <w:rPr>
          <w:rFonts w:cs="Calibri"/>
          <w:lang w:val="pl-PL"/>
        </w:rPr>
      </w:pPr>
      <w:r w:rsidRPr="00B955E2">
        <w:rPr>
          <w:rFonts w:cs="Calibri"/>
          <w:b/>
          <w:color w:val="1D2939"/>
          <w:sz w:val="22"/>
          <w:lang w:val="pl-PL"/>
        </w:rPr>
        <w:t>3. ZAKRES ZGŁOSZENIA</w:t>
      </w:r>
    </w:p>
    <w:p w14:paraId="40F8BE54" w14:textId="0D6BBA8C" w:rsidR="008979FE" w:rsidRDefault="000F3F8F" w:rsidP="00B955E2">
      <w:pPr>
        <w:spacing w:after="80" w:line="360" w:lineRule="auto"/>
        <w:ind w:left="144"/>
        <w:rPr>
          <w:rFonts w:cs="Calibri"/>
          <w:sz w:val="19"/>
          <w:lang w:val="pl-PL"/>
        </w:rPr>
      </w:pPr>
      <w:r w:rsidRPr="00B955E2">
        <w:rPr>
          <w:rFonts w:cs="Calibri"/>
          <w:sz w:val="19"/>
          <w:lang w:val="pl-PL"/>
        </w:rPr>
        <w:t>☐  Deklaruję chęć korzystania z zorganizowanego transportu pracowniczego od dnia: ...........</w:t>
      </w:r>
      <w:r w:rsidR="00B955E2">
        <w:rPr>
          <w:rFonts w:cs="Calibri"/>
          <w:sz w:val="19"/>
          <w:lang w:val="pl-PL"/>
        </w:rPr>
        <w:t>......................................</w:t>
      </w:r>
      <w:r w:rsidRPr="00B955E2">
        <w:rPr>
          <w:rFonts w:cs="Calibri"/>
          <w:sz w:val="19"/>
          <w:lang w:val="pl-PL"/>
        </w:rPr>
        <w:t>......... r.</w:t>
      </w:r>
    </w:p>
    <w:p w14:paraId="28468A0D" w14:textId="35143159" w:rsidR="00B955E2" w:rsidRPr="00B955E2" w:rsidRDefault="00B955E2" w:rsidP="00B955E2">
      <w:pPr>
        <w:spacing w:after="80" w:line="360" w:lineRule="auto"/>
        <w:ind w:left="144"/>
        <w:rPr>
          <w:rFonts w:cs="Calibri"/>
          <w:lang w:val="pl-PL"/>
        </w:rPr>
      </w:pPr>
      <w:r>
        <w:rPr>
          <w:rFonts w:cs="Calibri"/>
          <w:sz w:val="19"/>
          <w:lang w:val="pl-PL"/>
        </w:rPr>
        <w:t>Na trasie ………………………………………………………….. z przystanku  ……………………………………………………………………………………………..</w:t>
      </w:r>
    </w:p>
    <w:p w14:paraId="21AA717D" w14:textId="00029447" w:rsidR="008979FE" w:rsidRPr="00B955E2" w:rsidRDefault="000F3F8F" w:rsidP="00B955E2">
      <w:pPr>
        <w:spacing w:after="80" w:line="360" w:lineRule="auto"/>
        <w:ind w:left="144"/>
        <w:rPr>
          <w:rFonts w:cs="Calibri"/>
          <w:lang w:val="pl-PL"/>
        </w:rPr>
      </w:pPr>
      <w:r w:rsidRPr="00B955E2">
        <w:rPr>
          <w:rFonts w:cs="Calibri"/>
          <w:sz w:val="19"/>
          <w:lang w:val="pl-PL"/>
        </w:rPr>
        <w:t>☐  Zgłaszam zmianę przystanku / linii transportowej od dnia: ..............</w:t>
      </w:r>
      <w:r w:rsidR="00B955E2">
        <w:rPr>
          <w:rFonts w:cs="Calibri"/>
          <w:sz w:val="19"/>
          <w:lang w:val="pl-PL"/>
        </w:rPr>
        <w:t>.............................................................................</w:t>
      </w:r>
      <w:r w:rsidRPr="00B955E2">
        <w:rPr>
          <w:rFonts w:cs="Calibri"/>
          <w:sz w:val="19"/>
          <w:lang w:val="pl-PL"/>
        </w:rPr>
        <w:t>...... r.</w:t>
      </w:r>
    </w:p>
    <w:p w14:paraId="22D07B24" w14:textId="0E396089" w:rsidR="008979FE" w:rsidRPr="00B955E2" w:rsidRDefault="000F3F8F" w:rsidP="00B955E2">
      <w:pPr>
        <w:spacing w:after="80" w:line="360" w:lineRule="auto"/>
        <w:ind w:left="144"/>
        <w:rPr>
          <w:rFonts w:cs="Calibri"/>
          <w:lang w:val="pl-PL"/>
        </w:rPr>
      </w:pPr>
      <w:r w:rsidRPr="00B955E2">
        <w:rPr>
          <w:rFonts w:cs="Calibri"/>
          <w:sz w:val="19"/>
          <w:lang w:val="pl-PL"/>
        </w:rPr>
        <w:t>☐  Rezygnuję z korzystania z transportu pracowniczego z dniem: ........</w:t>
      </w:r>
      <w:r w:rsidR="00B955E2">
        <w:rPr>
          <w:rFonts w:cs="Calibri"/>
          <w:sz w:val="19"/>
          <w:lang w:val="pl-PL"/>
        </w:rPr>
        <w:t>........................................................................</w:t>
      </w:r>
      <w:r w:rsidRPr="00B955E2">
        <w:rPr>
          <w:rFonts w:cs="Calibri"/>
          <w:sz w:val="19"/>
          <w:lang w:val="pl-PL"/>
        </w:rPr>
        <w:t>............ r.</w:t>
      </w:r>
    </w:p>
    <w:p w14:paraId="3310C66E" w14:textId="77777777" w:rsidR="008979FE" w:rsidRPr="00B955E2" w:rsidRDefault="008979FE">
      <w:pPr>
        <w:spacing w:after="160"/>
        <w:rPr>
          <w:rFonts w:cs="Calibri"/>
          <w:lang w:val="pl-PL"/>
        </w:rPr>
      </w:pPr>
    </w:p>
    <w:p w14:paraId="25994633" w14:textId="77777777" w:rsidR="008979FE" w:rsidRPr="00B955E2" w:rsidRDefault="000F3F8F">
      <w:pPr>
        <w:spacing w:after="80"/>
        <w:rPr>
          <w:rFonts w:cs="Calibri"/>
          <w:lang w:val="pl-PL"/>
        </w:rPr>
      </w:pPr>
      <w:r w:rsidRPr="00B955E2">
        <w:rPr>
          <w:rFonts w:cs="Calibri"/>
          <w:b/>
          <w:color w:val="1D2939"/>
          <w:sz w:val="22"/>
          <w:lang w:val="pl-PL"/>
        </w:rPr>
        <w:t>4. ZGODA NA POTRĄCENIE CZĘŚCIOWEJ ODPŁATNOŚCI Z WYNAGRODZENIA</w:t>
      </w:r>
    </w:p>
    <w:p w14:paraId="5FC86792" w14:textId="77777777" w:rsidR="00B955E2" w:rsidRPr="00B955E2" w:rsidRDefault="000F3F8F" w:rsidP="00B955E2">
      <w:pPr>
        <w:spacing w:after="160" w:line="360" w:lineRule="auto"/>
        <w:rPr>
          <w:rFonts w:cs="Calibri"/>
          <w:sz w:val="19"/>
          <w:lang w:val="pl-PL"/>
        </w:rPr>
      </w:pPr>
      <w:r w:rsidRPr="00B955E2">
        <w:rPr>
          <w:rFonts w:cs="Calibri"/>
          <w:sz w:val="19"/>
          <w:lang w:val="pl-PL"/>
        </w:rPr>
        <w:t>Na podstawie art. 91 § 1 Ustawy z dnia 26 czerwca 1974 r. – Kodeks pracy (</w:t>
      </w:r>
      <w:proofErr w:type="spellStart"/>
      <w:r w:rsidRPr="00B955E2">
        <w:rPr>
          <w:rFonts w:cs="Calibri"/>
          <w:sz w:val="19"/>
          <w:lang w:val="pl-PL"/>
        </w:rPr>
        <w:t>t.j</w:t>
      </w:r>
      <w:proofErr w:type="spellEnd"/>
      <w:r w:rsidRPr="00B955E2">
        <w:rPr>
          <w:rFonts w:cs="Calibri"/>
          <w:sz w:val="19"/>
          <w:lang w:val="pl-PL"/>
        </w:rPr>
        <w:t xml:space="preserve">. Dz. U. z 2023 r. poz. 1465 z </w:t>
      </w:r>
      <w:proofErr w:type="spellStart"/>
      <w:r w:rsidRPr="00B955E2">
        <w:rPr>
          <w:rFonts w:cs="Calibri"/>
          <w:sz w:val="19"/>
          <w:lang w:val="pl-PL"/>
        </w:rPr>
        <w:t>późn</w:t>
      </w:r>
      <w:proofErr w:type="spellEnd"/>
      <w:r w:rsidRPr="00B955E2">
        <w:rPr>
          <w:rFonts w:cs="Calibri"/>
          <w:sz w:val="19"/>
          <w:lang w:val="pl-PL"/>
        </w:rPr>
        <w:t xml:space="preserve">. zm.), wyrażam dobrowolną zgodę na potrącanie z mojego miesięcznego wynagrodzenia za pracę (po odliczeniu zaliczki na podatek dochodowy </w:t>
      </w:r>
      <w:r w:rsidRPr="00B955E2">
        <w:rPr>
          <w:rFonts w:cs="Calibri"/>
          <w:sz w:val="19"/>
          <w:lang w:val="pl-PL"/>
        </w:rPr>
        <w:lastRenderedPageBreak/>
        <w:t>oraz składek na ubezpieczenia społeczne i zdrowotne) kwoty stanowiącej moją częściową odpłatność za dojazdy transportem pracowniczym w wysokości: .......</w:t>
      </w:r>
      <w:r w:rsidR="00B955E2" w:rsidRPr="00B955E2">
        <w:rPr>
          <w:rFonts w:cs="Calibri"/>
          <w:sz w:val="19"/>
          <w:lang w:val="pl-PL"/>
        </w:rPr>
        <w:t>............................................</w:t>
      </w:r>
      <w:r w:rsidRPr="00B955E2">
        <w:rPr>
          <w:rFonts w:cs="Calibri"/>
          <w:sz w:val="19"/>
          <w:lang w:val="pl-PL"/>
        </w:rPr>
        <w:t xml:space="preserve">............. zł brutto miesięcznie </w:t>
      </w:r>
    </w:p>
    <w:p w14:paraId="0426DD03" w14:textId="427A1019" w:rsidR="008979FE" w:rsidRPr="00B955E2" w:rsidRDefault="000F3F8F" w:rsidP="00B955E2">
      <w:pPr>
        <w:spacing w:after="160" w:line="360" w:lineRule="auto"/>
        <w:rPr>
          <w:rFonts w:cs="Calibri"/>
          <w:lang w:val="pl-PL"/>
        </w:rPr>
      </w:pPr>
      <w:r w:rsidRPr="00B955E2">
        <w:rPr>
          <w:rFonts w:cs="Calibri"/>
          <w:sz w:val="19"/>
          <w:lang w:val="pl-PL"/>
        </w:rPr>
        <w:t>(słownie: ....................................................................................................).</w:t>
      </w:r>
      <w:r w:rsidRPr="00B955E2">
        <w:rPr>
          <w:rFonts w:cs="Calibri"/>
          <w:sz w:val="19"/>
          <w:lang w:val="pl-PL"/>
        </w:rPr>
        <w:br/>
      </w:r>
      <w:r w:rsidRPr="00B955E2">
        <w:rPr>
          <w:rFonts w:cs="Calibri"/>
          <w:sz w:val="19"/>
          <w:lang w:val="pl-PL"/>
        </w:rPr>
        <w:br/>
        <w:t>Oświadczam, że powyższa zgoda obowiązuje od dnia rozpoczęcia korzystania z transportu do momentu pisemnego odwołania zgody lub złożenia deklaracji rezygnacji z transportu pracowniczego.</w:t>
      </w:r>
    </w:p>
    <w:p w14:paraId="61F95E55" w14:textId="77777777" w:rsidR="008979FE" w:rsidRPr="00B955E2" w:rsidRDefault="008979FE" w:rsidP="00B955E2">
      <w:pPr>
        <w:spacing w:after="160" w:line="360" w:lineRule="auto"/>
        <w:rPr>
          <w:rFonts w:cs="Calibri"/>
          <w:lang w:val="pl-PL"/>
        </w:rPr>
      </w:pPr>
    </w:p>
    <w:p w14:paraId="36A4BD18" w14:textId="77777777" w:rsidR="008979FE" w:rsidRPr="00B955E2" w:rsidRDefault="000F3F8F">
      <w:pPr>
        <w:spacing w:after="80"/>
        <w:rPr>
          <w:rFonts w:cs="Calibri"/>
          <w:lang w:val="pl-PL"/>
        </w:rPr>
      </w:pPr>
      <w:r w:rsidRPr="00B955E2">
        <w:rPr>
          <w:rFonts w:cs="Calibri"/>
          <w:b/>
          <w:color w:val="1D2939"/>
          <w:sz w:val="22"/>
          <w:lang w:val="pl-PL"/>
        </w:rPr>
        <w:t>5. OŚWIADCZENIA I ZOBOWIĄZANIA</w:t>
      </w:r>
    </w:p>
    <w:p w14:paraId="68F70FDE" w14:textId="77777777" w:rsidR="008979FE" w:rsidRPr="00B955E2" w:rsidRDefault="000F3F8F" w:rsidP="00B955E2">
      <w:pPr>
        <w:pStyle w:val="Listapunktowana"/>
        <w:spacing w:after="60" w:line="360" w:lineRule="auto"/>
        <w:rPr>
          <w:rFonts w:cs="Calibri"/>
          <w:lang w:val="pl-PL"/>
        </w:rPr>
      </w:pPr>
      <w:r w:rsidRPr="00B955E2">
        <w:rPr>
          <w:rFonts w:cs="Calibri"/>
          <w:sz w:val="18"/>
          <w:lang w:val="pl-PL"/>
        </w:rPr>
        <w:t>Zobowiązuję się do przestrzegania Regulaminu Przewozu Pracowników obowiązującego w zakładzie pracy.</w:t>
      </w:r>
    </w:p>
    <w:p w14:paraId="6928A2CB" w14:textId="77777777" w:rsidR="008979FE" w:rsidRPr="00B955E2" w:rsidRDefault="000F3F8F" w:rsidP="00B955E2">
      <w:pPr>
        <w:pStyle w:val="Listapunktowana"/>
        <w:spacing w:after="60" w:line="360" w:lineRule="auto"/>
        <w:rPr>
          <w:rFonts w:cs="Calibri"/>
          <w:lang w:val="pl-PL"/>
        </w:rPr>
      </w:pPr>
      <w:r w:rsidRPr="00B955E2">
        <w:rPr>
          <w:rFonts w:cs="Calibri"/>
          <w:sz w:val="18"/>
          <w:lang w:val="pl-PL"/>
        </w:rPr>
        <w:t>Zobowiązuję się do niezwłocznego poinformowania działu HR / Logistyki o rezygnacji lub zmianie miejsca zamieszkania.</w:t>
      </w:r>
    </w:p>
    <w:p w14:paraId="56FA3C35" w14:textId="77777777" w:rsidR="008979FE" w:rsidRPr="00B955E2" w:rsidRDefault="000F3F8F" w:rsidP="00B955E2">
      <w:pPr>
        <w:pStyle w:val="Listapunktowana"/>
        <w:spacing w:after="60" w:line="360" w:lineRule="auto"/>
        <w:rPr>
          <w:rFonts w:cs="Calibri"/>
          <w:lang w:val="pl-PL"/>
        </w:rPr>
      </w:pPr>
      <w:r w:rsidRPr="00B955E2">
        <w:rPr>
          <w:rFonts w:cs="Calibri"/>
          <w:sz w:val="18"/>
          <w:lang w:val="pl-PL"/>
        </w:rPr>
        <w:t>Przyjmuję do wiadomości, że w przypadku braku stawiennictwa na przystanku autobus odjeżdża zgodnie z rozkładem jazdy.</w:t>
      </w:r>
    </w:p>
    <w:p w14:paraId="58E49DC3" w14:textId="77777777" w:rsidR="008979FE" w:rsidRPr="00B955E2" w:rsidRDefault="000F3F8F" w:rsidP="00B955E2">
      <w:pPr>
        <w:pStyle w:val="Listapunktowana"/>
        <w:spacing w:after="60" w:line="360" w:lineRule="auto"/>
        <w:rPr>
          <w:rFonts w:cs="Calibri"/>
          <w:lang w:val="pl-PL"/>
        </w:rPr>
      </w:pPr>
      <w:r w:rsidRPr="00B955E2">
        <w:rPr>
          <w:rFonts w:cs="Calibri"/>
          <w:sz w:val="18"/>
          <w:lang w:val="pl-PL"/>
        </w:rPr>
        <w:t>Karta / imienny bilet przewozowy jest dokumentem imiennym i nie może być udostępniany osobom trzecim.</w:t>
      </w:r>
    </w:p>
    <w:p w14:paraId="558519E1" w14:textId="77777777" w:rsidR="008979FE" w:rsidRPr="00B955E2" w:rsidRDefault="008979FE">
      <w:pPr>
        <w:spacing w:after="400"/>
        <w:rPr>
          <w:rFonts w:cs="Calibri"/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8979FE" w:rsidRPr="00B955E2" w14:paraId="28A93135" w14:textId="77777777">
        <w:trPr>
          <w:jc w:val="center"/>
        </w:trPr>
        <w:tc>
          <w:tcPr>
            <w:tcW w:w="4752" w:type="dxa"/>
          </w:tcPr>
          <w:p w14:paraId="6E3EB6FC" w14:textId="77777777" w:rsidR="008979FE" w:rsidRPr="00B955E2" w:rsidRDefault="000F3F8F">
            <w:pPr>
              <w:jc w:val="center"/>
              <w:rPr>
                <w:rFonts w:cs="Calibri"/>
                <w:lang w:val="pl-PL"/>
              </w:rPr>
            </w:pPr>
            <w:r w:rsidRPr="00B955E2">
              <w:rPr>
                <w:rFonts w:cs="Calibri"/>
                <w:sz w:val="20"/>
                <w:lang w:val="pl-PL"/>
              </w:rPr>
              <w:t>....................................................................</w:t>
            </w:r>
            <w:r w:rsidRPr="00B955E2">
              <w:rPr>
                <w:rFonts w:cs="Calibri"/>
                <w:sz w:val="20"/>
                <w:lang w:val="pl-PL"/>
              </w:rPr>
              <w:br/>
            </w:r>
            <w:r w:rsidRPr="00B955E2">
              <w:rPr>
                <w:rFonts w:cs="Calibri"/>
                <w:i/>
                <w:sz w:val="17"/>
                <w:lang w:val="pl-PL"/>
              </w:rPr>
              <w:t>Data i czytelny podpis Pracownika</w:t>
            </w:r>
          </w:p>
        </w:tc>
        <w:tc>
          <w:tcPr>
            <w:tcW w:w="4752" w:type="dxa"/>
          </w:tcPr>
          <w:p w14:paraId="76FED11D" w14:textId="77777777" w:rsidR="008979FE" w:rsidRPr="00B955E2" w:rsidRDefault="000F3F8F">
            <w:pPr>
              <w:jc w:val="center"/>
              <w:rPr>
                <w:rFonts w:cs="Calibri"/>
                <w:lang w:val="pl-PL"/>
              </w:rPr>
            </w:pPr>
            <w:r w:rsidRPr="00B955E2">
              <w:rPr>
                <w:rFonts w:cs="Calibri"/>
                <w:sz w:val="20"/>
                <w:lang w:val="pl-PL"/>
              </w:rPr>
              <w:t>....................................................................</w:t>
            </w:r>
            <w:r w:rsidRPr="00B955E2">
              <w:rPr>
                <w:rFonts w:cs="Calibri"/>
                <w:sz w:val="20"/>
                <w:lang w:val="pl-PL"/>
              </w:rPr>
              <w:br/>
            </w:r>
            <w:r w:rsidRPr="00B955E2">
              <w:rPr>
                <w:rFonts w:cs="Calibri"/>
                <w:i/>
                <w:sz w:val="17"/>
                <w:lang w:val="pl-PL"/>
              </w:rPr>
              <w:t>Data i podpis Działu HR / Logistyki</w:t>
            </w:r>
          </w:p>
        </w:tc>
      </w:tr>
      <w:tr w:rsidR="008979FE" w:rsidRPr="00B955E2" w14:paraId="1D56D2A0" w14:textId="77777777">
        <w:trPr>
          <w:jc w:val="center"/>
        </w:trPr>
        <w:tc>
          <w:tcPr>
            <w:tcW w:w="4968" w:type="dxa"/>
          </w:tcPr>
          <w:p w14:paraId="7DD198D7" w14:textId="77777777" w:rsidR="008979FE" w:rsidRPr="00B955E2" w:rsidRDefault="008979FE">
            <w:pPr>
              <w:rPr>
                <w:rFonts w:cs="Calibri"/>
                <w:lang w:val="pl-PL"/>
              </w:rPr>
            </w:pPr>
          </w:p>
        </w:tc>
        <w:tc>
          <w:tcPr>
            <w:tcW w:w="4968" w:type="dxa"/>
          </w:tcPr>
          <w:p w14:paraId="6CE16118" w14:textId="77777777" w:rsidR="008979FE" w:rsidRPr="00B955E2" w:rsidRDefault="008979FE">
            <w:pPr>
              <w:rPr>
                <w:rFonts w:cs="Calibri"/>
                <w:lang w:val="pl-PL"/>
              </w:rPr>
            </w:pPr>
          </w:p>
        </w:tc>
      </w:tr>
    </w:tbl>
    <w:p w14:paraId="26DB162C" w14:textId="77777777" w:rsidR="000F3F8F" w:rsidRPr="00B955E2" w:rsidRDefault="000F3F8F">
      <w:pPr>
        <w:rPr>
          <w:rFonts w:cs="Calibri"/>
          <w:lang w:val="pl-PL"/>
        </w:rPr>
      </w:pPr>
    </w:p>
    <w:sectPr w:rsidR="000F3F8F" w:rsidRPr="00B955E2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2010527">
    <w:abstractNumId w:val="8"/>
  </w:num>
  <w:num w:numId="2" w16cid:durableId="2071610639">
    <w:abstractNumId w:val="6"/>
  </w:num>
  <w:num w:numId="3" w16cid:durableId="1028532057">
    <w:abstractNumId w:val="5"/>
  </w:num>
  <w:num w:numId="4" w16cid:durableId="2124379671">
    <w:abstractNumId w:val="4"/>
  </w:num>
  <w:num w:numId="5" w16cid:durableId="1481921580">
    <w:abstractNumId w:val="7"/>
  </w:num>
  <w:num w:numId="6" w16cid:durableId="1009942172">
    <w:abstractNumId w:val="3"/>
  </w:num>
  <w:num w:numId="7" w16cid:durableId="1024091073">
    <w:abstractNumId w:val="2"/>
  </w:num>
  <w:num w:numId="8" w16cid:durableId="300842986">
    <w:abstractNumId w:val="1"/>
  </w:num>
  <w:num w:numId="9" w16cid:durableId="482699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3F8F"/>
    <w:rsid w:val="0015074B"/>
    <w:rsid w:val="0029639D"/>
    <w:rsid w:val="00300297"/>
    <w:rsid w:val="00326F90"/>
    <w:rsid w:val="008979FE"/>
    <w:rsid w:val="009875BE"/>
    <w:rsid w:val="00AA1D8D"/>
    <w:rsid w:val="00B47730"/>
    <w:rsid w:val="00B955E2"/>
    <w:rsid w:val="00CB0664"/>
    <w:rsid w:val="00D00E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76954D"/>
  <w14:defaultImageDpi w14:val="300"/>
  <w15:docId w15:val="{DBD3FCAF-3E17-4BE9-9E68-306F2740A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62626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431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Dawid</cp:lastModifiedBy>
  <cp:revision>3</cp:revision>
  <dcterms:created xsi:type="dcterms:W3CDTF">2026-10-22T19:15:00Z</dcterms:created>
  <dcterms:modified xsi:type="dcterms:W3CDTF">2026-10-22T19:19:00Z</dcterms:modified>
  <cp:category/>
</cp:coreProperties>
</file>