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6B47E5" w:rsidRPr="007776EB" w14:paraId="741884F7" w14:textId="77777777">
        <w:trPr>
          <w:jc w:val="center"/>
        </w:trPr>
        <w:tc>
          <w:tcPr>
            <w:tcW w:w="4752" w:type="dxa"/>
          </w:tcPr>
          <w:p w14:paraId="718E1380" w14:textId="77777777" w:rsidR="006B47E5" w:rsidRPr="007776EB" w:rsidRDefault="006B47E5">
            <w:pPr>
              <w:rPr>
                <w:rFonts w:cs="Calibri"/>
              </w:rPr>
            </w:pPr>
          </w:p>
        </w:tc>
        <w:tc>
          <w:tcPr>
            <w:tcW w:w="4752" w:type="dxa"/>
          </w:tcPr>
          <w:p w14:paraId="728F0750" w14:textId="77777777" w:rsidR="006B47E5" w:rsidRPr="007776EB" w:rsidRDefault="00511AFD">
            <w:pPr>
              <w:spacing w:after="480"/>
              <w:jc w:val="right"/>
              <w:rPr>
                <w:rFonts w:cs="Calibri"/>
              </w:rPr>
            </w:pPr>
            <w:r w:rsidRPr="007776EB">
              <w:rPr>
                <w:rFonts w:cs="Calibri"/>
              </w:rPr>
              <w:t>Miejscowość: ............................, dnia ............... r.</w:t>
            </w:r>
          </w:p>
        </w:tc>
      </w:tr>
      <w:tr w:rsidR="006B47E5" w:rsidRPr="007776EB" w14:paraId="225485D8" w14:textId="77777777">
        <w:trPr>
          <w:jc w:val="center"/>
        </w:trPr>
        <w:tc>
          <w:tcPr>
            <w:tcW w:w="4752" w:type="dxa"/>
          </w:tcPr>
          <w:p w14:paraId="6BB1F023" w14:textId="77777777" w:rsidR="006B47E5" w:rsidRPr="007776EB" w:rsidRDefault="00511AFD">
            <w:pPr>
              <w:spacing w:after="40"/>
              <w:rPr>
                <w:rFonts w:cs="Calibri"/>
              </w:rPr>
            </w:pPr>
            <w:r w:rsidRPr="007776EB">
              <w:rPr>
                <w:rFonts w:cs="Calibri"/>
                <w:b/>
              </w:rPr>
              <w:t>Wnioskodawca:</w:t>
            </w:r>
            <w:r w:rsidRPr="007776EB">
              <w:rPr>
                <w:rFonts w:cs="Calibri"/>
                <w:b/>
              </w:rPr>
              <w:br/>
            </w:r>
            <w:r w:rsidRPr="007776EB">
              <w:rPr>
                <w:rFonts w:cs="Calibri"/>
              </w:rPr>
              <w:t>Imię i nazwisko: ........................................................</w:t>
            </w:r>
            <w:r w:rsidRPr="007776EB">
              <w:rPr>
                <w:rFonts w:cs="Calibri"/>
              </w:rPr>
              <w:br/>
              <w:t>Stanowisko: ................................................................</w:t>
            </w:r>
            <w:r w:rsidRPr="007776EB">
              <w:rPr>
                <w:rFonts w:cs="Calibri"/>
              </w:rPr>
              <w:br/>
              <w:t>Dział/Jednostka: .......................................................</w:t>
            </w:r>
          </w:p>
        </w:tc>
        <w:tc>
          <w:tcPr>
            <w:tcW w:w="4752" w:type="dxa"/>
          </w:tcPr>
          <w:p w14:paraId="24566B06" w14:textId="77777777" w:rsidR="006B47E5" w:rsidRPr="007776EB" w:rsidRDefault="00511AFD">
            <w:pPr>
              <w:spacing w:after="40"/>
              <w:rPr>
                <w:rFonts w:cs="Calibri"/>
              </w:rPr>
            </w:pPr>
            <w:r w:rsidRPr="007776EB">
              <w:rPr>
                <w:rFonts w:cs="Calibri"/>
                <w:b/>
              </w:rPr>
              <w:t>Pracodawca / Przełożony:</w:t>
            </w:r>
            <w:r w:rsidRPr="007776EB">
              <w:rPr>
                <w:rFonts w:cs="Calibri"/>
                <w:b/>
              </w:rPr>
              <w:br/>
            </w:r>
            <w:r w:rsidRPr="007776EB">
              <w:rPr>
                <w:rFonts w:cs="Calibri"/>
              </w:rPr>
              <w:t>Nazwa firmy: ............................................................</w:t>
            </w:r>
            <w:r w:rsidRPr="007776EB">
              <w:rPr>
                <w:rFonts w:cs="Calibri"/>
              </w:rPr>
              <w:br/>
              <w:t>Imię i nazwisko przełożonego: .....................................</w:t>
            </w:r>
          </w:p>
        </w:tc>
      </w:tr>
    </w:tbl>
    <w:p w14:paraId="1F9F7FF2" w14:textId="77777777" w:rsidR="006B47E5" w:rsidRPr="007776EB" w:rsidRDefault="006B47E5">
      <w:pPr>
        <w:spacing w:before="360"/>
        <w:rPr>
          <w:rFonts w:cs="Calibri"/>
        </w:rPr>
      </w:pPr>
    </w:p>
    <w:p w14:paraId="44FC1D89" w14:textId="77777777" w:rsidR="006B47E5" w:rsidRPr="007776EB" w:rsidRDefault="00511AFD">
      <w:pPr>
        <w:spacing w:after="360"/>
        <w:jc w:val="center"/>
        <w:rPr>
          <w:rFonts w:cs="Calibri"/>
        </w:rPr>
      </w:pPr>
      <w:r w:rsidRPr="007776EB">
        <w:rPr>
          <w:rFonts w:cs="Calibri"/>
          <w:b/>
          <w:color w:val="1B365D"/>
          <w:sz w:val="30"/>
        </w:rPr>
        <w:t>WNIOSEK O WYKONYWANIE PRACY ZDALNEJ</w:t>
      </w:r>
    </w:p>
    <w:p w14:paraId="1705FA92" w14:textId="77777777" w:rsidR="006B47E5" w:rsidRPr="007776EB" w:rsidRDefault="00511AFD">
      <w:pPr>
        <w:spacing w:after="480"/>
        <w:jc w:val="center"/>
        <w:rPr>
          <w:rFonts w:cs="Calibri"/>
        </w:rPr>
      </w:pPr>
      <w:r w:rsidRPr="007776EB">
        <w:rPr>
          <w:rFonts w:cs="Calibri"/>
          <w:i/>
        </w:rPr>
        <w:t>(okazjonalnej / stałej / częściowej)</w:t>
      </w:r>
    </w:p>
    <w:p w14:paraId="5B6A78CC" w14:textId="77777777" w:rsidR="006B47E5" w:rsidRPr="007776EB" w:rsidRDefault="00511AFD">
      <w:pPr>
        <w:spacing w:after="240"/>
        <w:rPr>
          <w:rFonts w:cs="Calibri"/>
        </w:rPr>
      </w:pPr>
      <w:r w:rsidRPr="007776EB">
        <w:rPr>
          <w:rFonts w:cs="Calibri"/>
        </w:rPr>
        <w:t>Na podstawie przepisów Kodeksu pracy (art. 67¹⁹ oraz art. 67³³ KP), zwracam się z wnioskiem o wyrażenie zgody na wykonywanie pracy w formie pracy zdalnej w następującym trybie i wymiarze: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04"/>
      </w:tblGrid>
      <w:tr w:rsidR="006B47E5" w:rsidRPr="007776EB" w14:paraId="55A76BD6" w14:textId="77777777">
        <w:trPr>
          <w:jc w:val="center"/>
        </w:trPr>
        <w:tc>
          <w:tcPr>
            <w:tcW w:w="95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EA90812" w14:textId="77777777" w:rsidR="006B47E5" w:rsidRPr="007776EB" w:rsidRDefault="00511AFD">
            <w:pPr>
              <w:spacing w:after="80"/>
              <w:rPr>
                <w:rFonts w:cs="Calibri"/>
              </w:rPr>
            </w:pPr>
            <w:r w:rsidRPr="007776EB">
              <w:rPr>
                <w:rFonts w:cs="Calibri"/>
                <w:b/>
              </w:rPr>
              <w:t>☐  PRACA ZDALNA OKAZJONALNA</w:t>
            </w:r>
            <w:r w:rsidRPr="007776EB">
              <w:rPr>
                <w:rFonts w:cs="Calibri"/>
                <w:b/>
              </w:rPr>
              <w:br/>
            </w:r>
            <w:r w:rsidRPr="007776EB">
              <w:rPr>
                <w:rFonts w:cs="Calibri"/>
              </w:rPr>
              <w:t>Wymiar: ......... dni (maksymalnie 24 dni w roku kalendarzowym).</w:t>
            </w:r>
            <w:r w:rsidRPr="007776EB">
              <w:rPr>
                <w:rFonts w:cs="Calibri"/>
              </w:rPr>
              <w:br/>
              <w:t>W okresie od dnia ......................... r. do dnia ......................... r. / w dniach: ........................................................</w:t>
            </w:r>
          </w:p>
        </w:tc>
      </w:tr>
      <w:tr w:rsidR="006B47E5" w:rsidRPr="007776EB" w14:paraId="553E627F" w14:textId="77777777">
        <w:trPr>
          <w:jc w:val="center"/>
        </w:trPr>
        <w:tc>
          <w:tcPr>
            <w:tcW w:w="95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12E0CDA8" w14:textId="77777777" w:rsidR="006B47E5" w:rsidRPr="007776EB" w:rsidRDefault="00511AFD">
            <w:pPr>
              <w:spacing w:after="80"/>
              <w:rPr>
                <w:rFonts w:cs="Calibri"/>
              </w:rPr>
            </w:pPr>
            <w:r w:rsidRPr="007776EB">
              <w:rPr>
                <w:rFonts w:cs="Calibri"/>
                <w:b/>
              </w:rPr>
              <w:t>☐  PRACA ZDALNA STAŁA / CAŁKOWITA</w:t>
            </w:r>
            <w:r w:rsidRPr="007776EB">
              <w:rPr>
                <w:rFonts w:cs="Calibri"/>
                <w:b/>
              </w:rPr>
              <w:br/>
            </w:r>
            <w:r w:rsidRPr="007776EB">
              <w:rPr>
                <w:rFonts w:cs="Calibri"/>
              </w:rPr>
              <w:t>Od dnia ......................... r. na czas nieokreślony / na czas określony do dnia ......................... r.</w:t>
            </w:r>
          </w:p>
        </w:tc>
      </w:tr>
      <w:tr w:rsidR="006B47E5" w:rsidRPr="007776EB" w14:paraId="4EDD70D3" w14:textId="77777777">
        <w:trPr>
          <w:jc w:val="center"/>
        </w:trPr>
        <w:tc>
          <w:tcPr>
            <w:tcW w:w="950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14:paraId="55559261" w14:textId="77777777" w:rsidR="006B47E5" w:rsidRPr="007776EB" w:rsidRDefault="00511AFD">
            <w:pPr>
              <w:spacing w:after="80"/>
              <w:rPr>
                <w:rFonts w:cs="Calibri"/>
              </w:rPr>
            </w:pPr>
            <w:r w:rsidRPr="007776EB">
              <w:rPr>
                <w:rFonts w:cs="Calibri"/>
                <w:b/>
              </w:rPr>
              <w:t>☐  PRACA ZDALNA HYBRYDOWA / CZĘŚCIOWA</w:t>
            </w:r>
            <w:r w:rsidRPr="007776EB">
              <w:rPr>
                <w:rFonts w:cs="Calibri"/>
                <w:b/>
              </w:rPr>
              <w:br/>
            </w:r>
            <w:r w:rsidRPr="007776EB">
              <w:rPr>
                <w:rFonts w:cs="Calibri"/>
              </w:rPr>
              <w:t>Harmonogram: .......... dni w tygodniu / miesiącu w formie zdalnej, w dniach: ........................................................</w:t>
            </w:r>
            <w:r w:rsidRPr="007776EB">
              <w:rPr>
                <w:rFonts w:cs="Calibri"/>
              </w:rPr>
              <w:br/>
              <w:t>Od dnia ......................... r. do dnia ......................... r.</w:t>
            </w:r>
          </w:p>
        </w:tc>
      </w:tr>
    </w:tbl>
    <w:p w14:paraId="203E2379" w14:textId="77777777" w:rsidR="006B47E5" w:rsidRPr="007776EB" w:rsidRDefault="00511AFD">
      <w:pPr>
        <w:spacing w:before="280" w:after="160"/>
        <w:rPr>
          <w:rFonts w:cs="Calibri"/>
        </w:rPr>
      </w:pPr>
      <w:r w:rsidRPr="007776EB">
        <w:rPr>
          <w:rFonts w:cs="Calibri"/>
          <w:b/>
        </w:rPr>
        <w:t>1. Miejsce wykonywania pracy zdalnej:</w:t>
      </w:r>
      <w:r w:rsidRPr="007776EB">
        <w:rPr>
          <w:rFonts w:cs="Calibri"/>
          <w:b/>
        </w:rPr>
        <w:br/>
      </w:r>
      <w:r w:rsidRPr="007776EB">
        <w:rPr>
          <w:rFonts w:cs="Calibri"/>
        </w:rPr>
        <w:t>Wskazuję następujący adres wykonywania pracy zdalnej (każdorazowo uzgodniony z Pracodawcą):</w:t>
      </w:r>
      <w:r w:rsidRPr="007776EB">
        <w:rPr>
          <w:rFonts w:cs="Calibri"/>
        </w:rPr>
        <w:br/>
        <w:t>Adres: ....................................................................................................................................................................</w:t>
      </w:r>
      <w:r w:rsidRPr="007776EB">
        <w:rPr>
          <w:rFonts w:cs="Calibri"/>
        </w:rPr>
        <w:br/>
        <w:t>Kod pocztowy i miejscowość: .................................................................................................................................</w:t>
      </w:r>
    </w:p>
    <w:p w14:paraId="0AE3A41D" w14:textId="77777777" w:rsidR="006B47E5" w:rsidRPr="007776EB" w:rsidRDefault="00511AFD">
      <w:pPr>
        <w:spacing w:before="200" w:after="120"/>
        <w:rPr>
          <w:rFonts w:cs="Calibri"/>
        </w:rPr>
      </w:pPr>
      <w:r w:rsidRPr="007776EB">
        <w:rPr>
          <w:rFonts w:cs="Calibri"/>
          <w:b/>
        </w:rPr>
        <w:t>2. Oświadczenia Pracownika:</w:t>
      </w:r>
      <w:r w:rsidRPr="007776EB">
        <w:rPr>
          <w:rFonts w:cs="Calibri"/>
          <w:b/>
        </w:rPr>
        <w:br/>
      </w:r>
    </w:p>
    <w:p w14:paraId="5A1BA721" w14:textId="77777777" w:rsidR="006B47E5" w:rsidRPr="007776EB" w:rsidRDefault="00511AFD">
      <w:pPr>
        <w:pStyle w:val="Listapunktowana"/>
        <w:spacing w:after="60"/>
        <w:rPr>
          <w:rFonts w:cs="Calibri"/>
        </w:rPr>
      </w:pPr>
      <w:r w:rsidRPr="007776EB">
        <w:rPr>
          <w:rFonts w:cs="Calibri"/>
        </w:rPr>
        <w:t>Oświadczam, że posiadam warunki lokalowe i techniczne umożliwiające wykonywanie pracy zdalnej.</w:t>
      </w:r>
    </w:p>
    <w:p w14:paraId="71E77879" w14:textId="77777777" w:rsidR="006B47E5" w:rsidRPr="007776EB" w:rsidRDefault="00511AFD">
      <w:pPr>
        <w:pStyle w:val="Listapunktowana"/>
        <w:spacing w:after="60"/>
        <w:rPr>
          <w:rFonts w:cs="Calibri"/>
        </w:rPr>
      </w:pPr>
      <w:r w:rsidRPr="007776EB">
        <w:rPr>
          <w:rFonts w:cs="Calibri"/>
        </w:rPr>
        <w:t>Oświadczam, że stanowisko pracy zdalnej w miejscu wskazanym powyżej spełnia wymagania bezpieczeństwa i higieny pracy (BHP).</w:t>
      </w:r>
    </w:p>
    <w:p w14:paraId="5805B1D7" w14:textId="77777777" w:rsidR="006B47E5" w:rsidRPr="007776EB" w:rsidRDefault="00511AFD">
      <w:pPr>
        <w:pStyle w:val="Listapunktowana"/>
        <w:spacing w:after="60"/>
        <w:rPr>
          <w:rFonts w:cs="Calibri"/>
        </w:rPr>
      </w:pPr>
      <w:r w:rsidRPr="007776EB">
        <w:rPr>
          <w:rFonts w:cs="Calibri"/>
        </w:rPr>
        <w:t>Zobowiązuję się do przestrzegania zasad ochrony danych osobowych, informacji poufnych oraz procedur bezpieczeństwa obowiązujących u Pracodawcy.</w:t>
      </w:r>
    </w:p>
    <w:p w14:paraId="6D8476EB" w14:textId="77777777" w:rsidR="006B47E5" w:rsidRPr="007776EB" w:rsidRDefault="00511AFD">
      <w:pPr>
        <w:pStyle w:val="Listapunktowana"/>
        <w:spacing w:after="60"/>
        <w:rPr>
          <w:rFonts w:cs="Calibri"/>
        </w:rPr>
      </w:pPr>
      <w:r w:rsidRPr="007776EB">
        <w:rPr>
          <w:rFonts w:cs="Calibri"/>
        </w:rPr>
        <w:lastRenderedPageBreak/>
        <w:t>Zobowiązuję się do niezwłocznego poinformowania Pracodawcy o każdej zmianie mającej wpływ na wykonywanie pracy zdalnej lub zmianie warunków lokalowych.</w:t>
      </w:r>
    </w:p>
    <w:p w14:paraId="0DD31234" w14:textId="77777777" w:rsidR="006B47E5" w:rsidRPr="007776EB" w:rsidRDefault="006B47E5">
      <w:pPr>
        <w:spacing w:before="600" w:after="400"/>
        <w:rPr>
          <w:rFonts w:cs="Calibr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6B47E5" w:rsidRPr="007776EB" w14:paraId="78733A46" w14:textId="77777777">
        <w:trPr>
          <w:jc w:val="center"/>
        </w:trPr>
        <w:tc>
          <w:tcPr>
            <w:tcW w:w="4752" w:type="dxa"/>
          </w:tcPr>
          <w:p w14:paraId="756E200A" w14:textId="77777777" w:rsidR="006B47E5" w:rsidRPr="007776EB" w:rsidRDefault="00511AFD">
            <w:pPr>
              <w:jc w:val="center"/>
              <w:rPr>
                <w:rFonts w:cs="Calibri"/>
              </w:rPr>
            </w:pPr>
            <w:r w:rsidRPr="007776EB">
              <w:rPr>
                <w:rFonts w:cs="Calibri"/>
              </w:rPr>
              <w:t>...........................................................</w:t>
            </w:r>
            <w:r w:rsidRPr="007776EB">
              <w:rPr>
                <w:rFonts w:cs="Calibri"/>
              </w:rPr>
              <w:br/>
              <w:t>(podpis Pracownika)</w:t>
            </w:r>
          </w:p>
        </w:tc>
        <w:tc>
          <w:tcPr>
            <w:tcW w:w="4752" w:type="dxa"/>
          </w:tcPr>
          <w:p w14:paraId="1CD026F5" w14:textId="77777777" w:rsidR="006B47E5" w:rsidRPr="007776EB" w:rsidRDefault="00511AFD">
            <w:pPr>
              <w:jc w:val="center"/>
              <w:rPr>
                <w:rFonts w:cs="Calibri"/>
              </w:rPr>
            </w:pPr>
            <w:r w:rsidRPr="007776EB">
              <w:rPr>
                <w:rFonts w:cs="Calibri"/>
              </w:rPr>
              <w:t>...........................................................</w:t>
            </w:r>
            <w:r w:rsidRPr="007776EB">
              <w:rPr>
                <w:rFonts w:cs="Calibri"/>
              </w:rPr>
              <w:br/>
              <w:t>(miejscowość i data)</w:t>
            </w:r>
          </w:p>
        </w:tc>
      </w:tr>
    </w:tbl>
    <w:p w14:paraId="778F9540" w14:textId="77777777" w:rsidR="006B47E5" w:rsidRPr="007776EB" w:rsidRDefault="00511AFD">
      <w:pPr>
        <w:spacing w:before="400"/>
        <w:rPr>
          <w:rFonts w:cs="Calibri"/>
        </w:rPr>
      </w:pPr>
      <w:r w:rsidRPr="007776EB">
        <w:rPr>
          <w:rFonts w:cs="Calibri"/>
          <w:color w:val="AAAAAA"/>
        </w:rPr>
        <w:t>--------------------------------------------------------------------------------------------------------------------------------</w:t>
      </w:r>
    </w:p>
    <w:p w14:paraId="5A5DA1F9" w14:textId="77777777" w:rsidR="006B47E5" w:rsidRPr="007776EB" w:rsidRDefault="00511AFD">
      <w:pPr>
        <w:spacing w:after="160"/>
        <w:rPr>
          <w:rFonts w:cs="Calibri"/>
        </w:rPr>
      </w:pPr>
      <w:r w:rsidRPr="007776EB">
        <w:rPr>
          <w:rFonts w:cs="Calibri"/>
          <w:b/>
        </w:rPr>
        <w:t>DECYZJA PRACODAWCY / PRZEŁOŻONEGO</w:t>
      </w:r>
    </w:p>
    <w:p w14:paraId="551BB2AF" w14:textId="77777777" w:rsidR="006B47E5" w:rsidRPr="007776EB" w:rsidRDefault="00511AFD">
      <w:pPr>
        <w:spacing w:after="480"/>
        <w:rPr>
          <w:rFonts w:cs="Calibri"/>
        </w:rPr>
      </w:pPr>
      <w:r w:rsidRPr="007776EB">
        <w:rPr>
          <w:rFonts w:cs="Calibri"/>
        </w:rPr>
        <w:t>Wyrażam zgodę / Nie wyrażam zgody* na wykonywanie pracy zdalnej na warunkach określonych w niniejszym wniosku.</w:t>
      </w:r>
      <w:r w:rsidRPr="007776EB">
        <w:rPr>
          <w:rFonts w:cs="Calibri"/>
        </w:rPr>
        <w:br/>
      </w:r>
      <w:r w:rsidRPr="007776EB">
        <w:rPr>
          <w:rFonts w:cs="Calibri"/>
        </w:rPr>
        <w:br/>
        <w:t>Uwagi / Uzasadnienie (w przypadku odmowy): ....................................................................................................</w:t>
      </w:r>
      <w:r w:rsidRPr="007776EB">
        <w:rPr>
          <w:rFonts w:cs="Calibri"/>
        </w:rPr>
        <w:br/>
        <w:t>..........................................................................................................................................................................</w:t>
      </w:r>
      <w:r w:rsidRPr="007776EB">
        <w:rPr>
          <w:rFonts w:cs="Calibri"/>
        </w:rPr>
        <w:br/>
      </w:r>
      <w:r w:rsidRPr="007776EB">
        <w:rPr>
          <w:rFonts w:cs="Calibri"/>
        </w:rPr>
        <w:br/>
      </w:r>
      <w:r w:rsidRPr="007776EB">
        <w:rPr>
          <w:rFonts w:cs="Calibri"/>
          <w:i/>
        </w:rPr>
        <w:t>* niepotrzebne skreślić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6B47E5" w:rsidRPr="007776EB" w14:paraId="035E7EE9" w14:textId="77777777">
        <w:trPr>
          <w:jc w:val="center"/>
        </w:trPr>
        <w:tc>
          <w:tcPr>
            <w:tcW w:w="4752" w:type="dxa"/>
          </w:tcPr>
          <w:p w14:paraId="22A2CCA0" w14:textId="77777777" w:rsidR="006B47E5" w:rsidRPr="007776EB" w:rsidRDefault="00511AFD">
            <w:pPr>
              <w:jc w:val="center"/>
              <w:rPr>
                <w:rFonts w:cs="Calibri"/>
              </w:rPr>
            </w:pPr>
            <w:r w:rsidRPr="007776EB">
              <w:rPr>
                <w:rFonts w:cs="Calibri"/>
              </w:rPr>
              <w:t>...........................................................</w:t>
            </w:r>
            <w:r w:rsidRPr="007776EB">
              <w:rPr>
                <w:rFonts w:cs="Calibri"/>
              </w:rPr>
              <w:br/>
              <w:t>(data i podpis osoby upoważnionej)</w:t>
            </w:r>
          </w:p>
        </w:tc>
        <w:tc>
          <w:tcPr>
            <w:tcW w:w="4752" w:type="dxa"/>
          </w:tcPr>
          <w:p w14:paraId="5A90E2ED" w14:textId="77777777" w:rsidR="006B47E5" w:rsidRPr="007776EB" w:rsidRDefault="00511AFD">
            <w:pPr>
              <w:jc w:val="center"/>
              <w:rPr>
                <w:rFonts w:cs="Calibri"/>
              </w:rPr>
            </w:pPr>
            <w:r w:rsidRPr="007776EB">
              <w:rPr>
                <w:rFonts w:cs="Calibri"/>
              </w:rPr>
              <w:t>...........................................................</w:t>
            </w:r>
            <w:r w:rsidRPr="007776EB">
              <w:rPr>
                <w:rFonts w:cs="Calibri"/>
              </w:rPr>
              <w:br/>
              <w:t>(pieczęć Pracodawcy)</w:t>
            </w:r>
          </w:p>
        </w:tc>
      </w:tr>
    </w:tbl>
    <w:p w14:paraId="5B3757D5" w14:textId="77777777" w:rsidR="00511AFD" w:rsidRPr="007776EB" w:rsidRDefault="00511AFD">
      <w:pPr>
        <w:rPr>
          <w:rFonts w:cs="Calibri"/>
        </w:rPr>
      </w:pPr>
    </w:p>
    <w:sectPr w:rsidR="00511AFD" w:rsidRPr="007776EB" w:rsidSect="00034616"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9B5D6" w14:textId="77777777" w:rsidR="00CA1559" w:rsidRDefault="00CA1559" w:rsidP="00E96D96">
      <w:pPr>
        <w:spacing w:after="0" w:line="240" w:lineRule="auto"/>
      </w:pPr>
      <w:r>
        <w:separator/>
      </w:r>
    </w:p>
  </w:endnote>
  <w:endnote w:type="continuationSeparator" w:id="0">
    <w:p w14:paraId="6EABE0E9" w14:textId="77777777" w:rsidR="00CA1559" w:rsidRDefault="00CA1559" w:rsidP="00E96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A5A27" w14:textId="77777777" w:rsidR="00CA1559" w:rsidRDefault="00CA1559" w:rsidP="00E96D96">
      <w:pPr>
        <w:spacing w:after="0" w:line="240" w:lineRule="auto"/>
      </w:pPr>
      <w:r>
        <w:separator/>
      </w:r>
    </w:p>
  </w:footnote>
  <w:footnote w:type="continuationSeparator" w:id="0">
    <w:p w14:paraId="0AF0217A" w14:textId="77777777" w:rsidR="00CA1559" w:rsidRDefault="00CA1559" w:rsidP="00E96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3609841">
    <w:abstractNumId w:val="8"/>
  </w:num>
  <w:num w:numId="2" w16cid:durableId="1517422661">
    <w:abstractNumId w:val="6"/>
  </w:num>
  <w:num w:numId="3" w16cid:durableId="1329938145">
    <w:abstractNumId w:val="5"/>
  </w:num>
  <w:num w:numId="4" w16cid:durableId="306322917">
    <w:abstractNumId w:val="4"/>
  </w:num>
  <w:num w:numId="5" w16cid:durableId="164977630">
    <w:abstractNumId w:val="7"/>
  </w:num>
  <w:num w:numId="6" w16cid:durableId="1213535726">
    <w:abstractNumId w:val="3"/>
  </w:num>
  <w:num w:numId="7" w16cid:durableId="130945871">
    <w:abstractNumId w:val="2"/>
  </w:num>
  <w:num w:numId="8" w16cid:durableId="1001665219">
    <w:abstractNumId w:val="1"/>
  </w:num>
  <w:num w:numId="9" w16cid:durableId="189720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1AFD"/>
    <w:rsid w:val="006B47E5"/>
    <w:rsid w:val="007776EB"/>
    <w:rsid w:val="009C5118"/>
    <w:rsid w:val="00AA1D8D"/>
    <w:rsid w:val="00B47730"/>
    <w:rsid w:val="00CA1559"/>
    <w:rsid w:val="00CB0664"/>
    <w:rsid w:val="00D646F9"/>
    <w:rsid w:val="00E96D96"/>
    <w:rsid w:val="00FC693F"/>
    <w:rsid w:val="00FE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23AE70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33333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2865</Characters>
  <Application>Microsoft Office Word</Application>
  <DocSecurity>0</DocSecurity>
  <Lines>23</Lines>
  <Paragraphs>6</Paragraphs>
  <ScaleCrop>false</ScaleCrop>
  <Manager/>
  <Company/>
  <LinksUpToDate>false</LinksUpToDate>
  <CharactersWithSpaces>3336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2026-10-11T18:57:00Z</dcterms:created>
  <dcterms:modified xsi:type="dcterms:W3CDTF">2026-10-11T18:57:00Z</dcterms:modified>
  <cp:category/>
</cp:coreProperties>
</file>